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FA2067" w14:textId="361915CE" w:rsidR="008502DA" w:rsidRPr="00261BB7" w:rsidRDefault="009E2E5A" w:rsidP="00404717">
      <w:pPr>
        <w:jc w:val="both"/>
        <w:rPr>
          <w:lang w:val="tr-TR"/>
        </w:rPr>
      </w:pPr>
      <w:bookmarkStart w:id="0" w:name="_GoBack"/>
      <w:bookmarkEnd w:id="0"/>
      <w:r w:rsidRPr="00261BB7">
        <w:rPr>
          <w:lang w:val="tr-TR"/>
        </w:rPr>
        <w:t xml:space="preserve">Bu anket, Öğrenci İşleri Daire Başkanlığı tarafından sunulan hizmetlere ilişkin memnuniyet düzeyini belirlemek ve hizmet süreçlerini geliştirmek amacıyla hazırlanmıştır. Lütfen son bir yıl içinde yaşadığınız deneyimleri dikkate alarak yanıtlayınız. Bir konuda doğrudan deneyiminiz yoksa “Deneyimim yok” seçeneğini işaretleyiniz. </w:t>
      </w:r>
    </w:p>
    <w:p w14:paraId="17A7D8FE" w14:textId="79DCBC0D" w:rsidR="00FC1420" w:rsidRPr="00FC1420" w:rsidRDefault="00FC1420" w:rsidP="00FC1420">
      <w:pPr>
        <w:rPr>
          <w:b/>
          <w:bCs/>
          <w:lang w:val="tr-TR"/>
        </w:rPr>
      </w:pPr>
      <w:r w:rsidRPr="00FC1420">
        <w:rPr>
          <w:b/>
          <w:bCs/>
          <w:lang w:val="tr-TR"/>
        </w:rPr>
        <w:t>A. Katılımcı Bilgileri</w:t>
      </w:r>
    </w:p>
    <w:p w14:paraId="10BCC689" w14:textId="1CC9DD41" w:rsidR="008502DA" w:rsidRPr="00261BB7" w:rsidRDefault="009E2E5A" w:rsidP="00404717">
      <w:pPr>
        <w:rPr>
          <w:lang w:val="tr-TR"/>
        </w:rPr>
      </w:pPr>
      <w:r w:rsidRPr="00261BB7">
        <w:rPr>
          <w:b/>
          <w:lang w:val="tr-TR"/>
        </w:rPr>
        <w:t xml:space="preserve">1. </w:t>
      </w:r>
      <w:r w:rsidR="00246229" w:rsidRPr="00261BB7">
        <w:rPr>
          <w:b/>
          <w:lang w:val="tr-TR"/>
        </w:rPr>
        <w:t>Kurumdaki</w:t>
      </w:r>
      <w:r w:rsidR="00A904F4">
        <w:rPr>
          <w:b/>
          <w:lang w:val="tr-TR"/>
        </w:rPr>
        <w:t xml:space="preserve"> </w:t>
      </w:r>
      <w:r w:rsidR="005A496A">
        <w:rPr>
          <w:b/>
          <w:lang w:val="tr-TR"/>
        </w:rPr>
        <w:t>durumunuz:</w:t>
      </w:r>
    </w:p>
    <w:p w14:paraId="35191DA2" w14:textId="77777777" w:rsidR="008502DA" w:rsidRPr="00261BB7" w:rsidRDefault="009E2E5A" w:rsidP="00404717">
      <w:pPr>
        <w:rPr>
          <w:lang w:val="tr-TR"/>
        </w:rPr>
      </w:pPr>
      <w:r w:rsidRPr="00261BB7">
        <w:rPr>
          <w:lang w:val="tr-TR"/>
        </w:rPr>
        <w:t>☐ Öğrenci</w:t>
      </w:r>
    </w:p>
    <w:p w14:paraId="56685549" w14:textId="77777777" w:rsidR="008502DA" w:rsidRPr="00261BB7" w:rsidRDefault="009E2E5A" w:rsidP="00404717">
      <w:pPr>
        <w:rPr>
          <w:lang w:val="tr-TR"/>
        </w:rPr>
      </w:pPr>
      <w:r w:rsidRPr="00261BB7">
        <w:rPr>
          <w:lang w:val="tr-TR"/>
        </w:rPr>
        <w:t>☐ Akademik personel</w:t>
      </w:r>
    </w:p>
    <w:p w14:paraId="7B9CB266" w14:textId="77777777" w:rsidR="008502DA" w:rsidRPr="00261BB7" w:rsidRDefault="009E2E5A" w:rsidP="00404717">
      <w:pPr>
        <w:rPr>
          <w:lang w:val="tr-TR"/>
        </w:rPr>
      </w:pPr>
      <w:r w:rsidRPr="00261BB7">
        <w:rPr>
          <w:lang w:val="tr-TR"/>
        </w:rPr>
        <w:t>☐ İdari personel</w:t>
      </w:r>
    </w:p>
    <w:p w14:paraId="4574EDF0" w14:textId="77777777" w:rsidR="008502DA" w:rsidRPr="00261BB7" w:rsidRDefault="009E2E5A" w:rsidP="00404717">
      <w:pPr>
        <w:rPr>
          <w:lang w:val="tr-TR"/>
        </w:rPr>
      </w:pPr>
      <w:r w:rsidRPr="00261BB7">
        <w:rPr>
          <w:lang w:val="tr-TR"/>
        </w:rPr>
        <w:t>☐ Diğer: ...............</w:t>
      </w:r>
    </w:p>
    <w:p w14:paraId="31D8E5D5" w14:textId="3DA1EC88" w:rsidR="008502DA" w:rsidRPr="00261BB7" w:rsidRDefault="009E2E5A" w:rsidP="00404717">
      <w:pPr>
        <w:rPr>
          <w:lang w:val="tr-TR"/>
        </w:rPr>
      </w:pPr>
      <w:r w:rsidRPr="00261BB7">
        <w:rPr>
          <w:b/>
          <w:lang w:val="tr-TR"/>
        </w:rPr>
        <w:t>2. Öğrenci iseniz eğitim düzeyiniz</w:t>
      </w:r>
      <w:r w:rsidR="00AA0967">
        <w:rPr>
          <w:b/>
          <w:lang w:val="tr-TR"/>
        </w:rPr>
        <w:t>:</w:t>
      </w:r>
    </w:p>
    <w:p w14:paraId="68F5E774" w14:textId="76D2E14B" w:rsidR="008502DA" w:rsidRPr="00261BB7" w:rsidRDefault="009E2E5A" w:rsidP="00404717">
      <w:pPr>
        <w:rPr>
          <w:lang w:val="tr-TR"/>
        </w:rPr>
      </w:pPr>
      <w:r w:rsidRPr="00261BB7">
        <w:rPr>
          <w:lang w:val="tr-TR"/>
        </w:rPr>
        <w:t>☐ Ön</w:t>
      </w:r>
      <w:r w:rsidR="00D37954">
        <w:rPr>
          <w:lang w:val="tr-TR"/>
        </w:rPr>
        <w:t xml:space="preserve"> L</w:t>
      </w:r>
      <w:r w:rsidRPr="00261BB7">
        <w:rPr>
          <w:lang w:val="tr-TR"/>
        </w:rPr>
        <w:t>isans</w:t>
      </w:r>
    </w:p>
    <w:p w14:paraId="3CBD4D7E" w14:textId="77777777" w:rsidR="008502DA" w:rsidRPr="00261BB7" w:rsidRDefault="009E2E5A" w:rsidP="00404717">
      <w:pPr>
        <w:rPr>
          <w:lang w:val="tr-TR"/>
        </w:rPr>
      </w:pPr>
      <w:r w:rsidRPr="00261BB7">
        <w:rPr>
          <w:lang w:val="tr-TR"/>
        </w:rPr>
        <w:t>☐ Lisans</w:t>
      </w:r>
    </w:p>
    <w:p w14:paraId="4552BA62" w14:textId="77777777" w:rsidR="008502DA" w:rsidRPr="00261BB7" w:rsidRDefault="009E2E5A" w:rsidP="00404717">
      <w:pPr>
        <w:rPr>
          <w:lang w:val="tr-TR"/>
        </w:rPr>
      </w:pPr>
      <w:r w:rsidRPr="00261BB7">
        <w:rPr>
          <w:lang w:val="tr-TR"/>
        </w:rPr>
        <w:t>☐ Lisansüstü</w:t>
      </w:r>
    </w:p>
    <w:p w14:paraId="11C512C1" w14:textId="77777777" w:rsidR="008502DA" w:rsidRPr="00261BB7" w:rsidRDefault="009E2E5A" w:rsidP="00404717">
      <w:pPr>
        <w:rPr>
          <w:lang w:val="tr-TR"/>
        </w:rPr>
      </w:pPr>
      <w:r w:rsidRPr="00261BB7">
        <w:rPr>
          <w:lang w:val="tr-TR"/>
        </w:rPr>
        <w:t>☐ Öğrenci değilim</w:t>
      </w:r>
    </w:p>
    <w:p w14:paraId="506D1EB9" w14:textId="25EEF92A" w:rsidR="008502DA" w:rsidRPr="00261BB7" w:rsidRDefault="009E2E5A" w:rsidP="00404717">
      <w:pPr>
        <w:rPr>
          <w:lang w:val="tr-TR"/>
        </w:rPr>
      </w:pPr>
      <w:r w:rsidRPr="00261BB7">
        <w:rPr>
          <w:b/>
          <w:lang w:val="tr-TR"/>
        </w:rPr>
        <w:t>3. Bağlı olduğunuz birim</w:t>
      </w:r>
      <w:r w:rsidR="00C87AC1">
        <w:rPr>
          <w:b/>
          <w:lang w:val="tr-TR"/>
        </w:rPr>
        <w:t>:</w:t>
      </w:r>
    </w:p>
    <w:p w14:paraId="05408A49" w14:textId="77777777" w:rsidR="008502DA" w:rsidRPr="00261BB7" w:rsidRDefault="009E2E5A" w:rsidP="00404717">
      <w:pPr>
        <w:rPr>
          <w:lang w:val="tr-TR"/>
        </w:rPr>
      </w:pPr>
      <w:r w:rsidRPr="00261BB7">
        <w:rPr>
          <w:lang w:val="tr-TR"/>
        </w:rPr>
        <w:t>☐ Fakülte</w:t>
      </w:r>
    </w:p>
    <w:p w14:paraId="1805B54A" w14:textId="77777777" w:rsidR="008502DA" w:rsidRPr="00261BB7" w:rsidRDefault="009E2E5A" w:rsidP="00404717">
      <w:pPr>
        <w:rPr>
          <w:lang w:val="tr-TR"/>
        </w:rPr>
      </w:pPr>
      <w:r w:rsidRPr="00261BB7">
        <w:rPr>
          <w:lang w:val="tr-TR"/>
        </w:rPr>
        <w:t>☐ Yüksekokul</w:t>
      </w:r>
    </w:p>
    <w:p w14:paraId="2E089626" w14:textId="77777777" w:rsidR="008502DA" w:rsidRPr="00261BB7" w:rsidRDefault="009E2E5A" w:rsidP="00404717">
      <w:pPr>
        <w:rPr>
          <w:lang w:val="tr-TR"/>
        </w:rPr>
      </w:pPr>
      <w:r w:rsidRPr="00261BB7">
        <w:rPr>
          <w:lang w:val="tr-TR"/>
        </w:rPr>
        <w:t>☐ Meslek Yüksekokulu</w:t>
      </w:r>
    </w:p>
    <w:p w14:paraId="1A750779" w14:textId="77777777" w:rsidR="008502DA" w:rsidRPr="00261BB7" w:rsidRDefault="009E2E5A" w:rsidP="00404717">
      <w:pPr>
        <w:rPr>
          <w:lang w:val="tr-TR"/>
        </w:rPr>
      </w:pPr>
      <w:r w:rsidRPr="00261BB7">
        <w:rPr>
          <w:lang w:val="tr-TR"/>
        </w:rPr>
        <w:t>☐ Enstitü</w:t>
      </w:r>
    </w:p>
    <w:p w14:paraId="16AC745E" w14:textId="77777777" w:rsidR="008502DA" w:rsidRPr="00261BB7" w:rsidRDefault="009E2E5A" w:rsidP="00404717">
      <w:pPr>
        <w:rPr>
          <w:lang w:val="tr-TR"/>
        </w:rPr>
      </w:pPr>
      <w:r w:rsidRPr="00261BB7">
        <w:rPr>
          <w:lang w:val="tr-TR"/>
        </w:rPr>
        <w:t>☐ Rektörlük/İdari birim</w:t>
      </w:r>
    </w:p>
    <w:p w14:paraId="70F8F198" w14:textId="77777777" w:rsidR="008502DA" w:rsidRPr="00261BB7" w:rsidRDefault="009E2E5A" w:rsidP="00404717">
      <w:pPr>
        <w:rPr>
          <w:lang w:val="tr-TR"/>
        </w:rPr>
      </w:pPr>
      <w:r w:rsidRPr="00261BB7">
        <w:rPr>
          <w:lang w:val="tr-TR"/>
        </w:rPr>
        <w:t>☐ Diğer: ...............</w:t>
      </w:r>
    </w:p>
    <w:p w14:paraId="19593DF2" w14:textId="3A08582E" w:rsidR="008502DA" w:rsidRPr="00261BB7" w:rsidRDefault="009E2E5A" w:rsidP="00404717">
      <w:pPr>
        <w:rPr>
          <w:lang w:val="tr-TR"/>
        </w:rPr>
      </w:pPr>
      <w:r w:rsidRPr="00261BB7">
        <w:rPr>
          <w:b/>
          <w:lang w:val="tr-TR"/>
        </w:rPr>
        <w:t>4. Son bir yıl içinde Öğrenci İşleri Daire Başkanlığı ile kaç kez iletişime geçtiniz?</w:t>
      </w:r>
    </w:p>
    <w:p w14:paraId="0FAA2BC8" w14:textId="77777777" w:rsidR="008502DA" w:rsidRPr="00261BB7" w:rsidRDefault="009E2E5A" w:rsidP="00404717">
      <w:pPr>
        <w:rPr>
          <w:lang w:val="tr-TR"/>
        </w:rPr>
      </w:pPr>
      <w:r w:rsidRPr="00261BB7">
        <w:rPr>
          <w:lang w:val="tr-TR"/>
        </w:rPr>
        <w:t>☐ Hiç</w:t>
      </w:r>
    </w:p>
    <w:p w14:paraId="0E5E5A59" w14:textId="77777777" w:rsidR="008502DA" w:rsidRPr="00261BB7" w:rsidRDefault="009E2E5A" w:rsidP="00404717">
      <w:pPr>
        <w:rPr>
          <w:lang w:val="tr-TR"/>
        </w:rPr>
      </w:pPr>
      <w:r w:rsidRPr="00261BB7">
        <w:rPr>
          <w:lang w:val="tr-TR"/>
        </w:rPr>
        <w:t>☐ 1 kez</w:t>
      </w:r>
    </w:p>
    <w:p w14:paraId="54BCAEC5" w14:textId="77777777" w:rsidR="008502DA" w:rsidRPr="00261BB7" w:rsidRDefault="009E2E5A" w:rsidP="00404717">
      <w:pPr>
        <w:rPr>
          <w:lang w:val="tr-TR"/>
        </w:rPr>
      </w:pPr>
      <w:r w:rsidRPr="00261BB7">
        <w:rPr>
          <w:lang w:val="tr-TR"/>
        </w:rPr>
        <w:t>☐ 2-3 kez</w:t>
      </w:r>
    </w:p>
    <w:p w14:paraId="65899C5F" w14:textId="77777777" w:rsidR="008502DA" w:rsidRPr="00261BB7" w:rsidRDefault="009E2E5A" w:rsidP="00404717">
      <w:pPr>
        <w:rPr>
          <w:lang w:val="tr-TR"/>
        </w:rPr>
      </w:pPr>
      <w:r w:rsidRPr="00261BB7">
        <w:rPr>
          <w:lang w:val="tr-TR"/>
        </w:rPr>
        <w:t>☐ 4-5 kez</w:t>
      </w:r>
    </w:p>
    <w:p w14:paraId="6B40DC6C" w14:textId="77777777" w:rsidR="008502DA" w:rsidRDefault="009E2E5A" w:rsidP="00404717">
      <w:pPr>
        <w:rPr>
          <w:lang w:val="tr-TR"/>
        </w:rPr>
      </w:pPr>
      <w:r w:rsidRPr="00261BB7">
        <w:rPr>
          <w:lang w:val="tr-TR"/>
        </w:rPr>
        <w:lastRenderedPageBreak/>
        <w:t>☐ 6 kez ve üzeri</w:t>
      </w:r>
    </w:p>
    <w:p w14:paraId="07405E25" w14:textId="77777777" w:rsidR="0011722F" w:rsidRPr="00261BB7" w:rsidRDefault="0011722F" w:rsidP="00404717">
      <w:pPr>
        <w:rPr>
          <w:lang w:val="tr-TR"/>
        </w:rPr>
      </w:pPr>
    </w:p>
    <w:p w14:paraId="4B3C54C2" w14:textId="61ECE779" w:rsidR="00745A32" w:rsidRPr="00745A32" w:rsidRDefault="009E2E5A" w:rsidP="00404717">
      <w:pPr>
        <w:rPr>
          <w:b/>
          <w:lang w:val="tr-TR"/>
        </w:rPr>
      </w:pPr>
      <w:r w:rsidRPr="00261BB7">
        <w:rPr>
          <w:b/>
          <w:lang w:val="tr-TR"/>
        </w:rPr>
        <w:t>5. Son bir yıl içinde Öğrenci İşleri Daire Başkanlığı ile hangi kanal</w:t>
      </w:r>
      <w:r w:rsidR="00745A32">
        <w:rPr>
          <w:b/>
          <w:lang w:val="tr-TR"/>
        </w:rPr>
        <w:t>lar</w:t>
      </w:r>
      <w:r w:rsidRPr="00261BB7">
        <w:rPr>
          <w:b/>
          <w:lang w:val="tr-TR"/>
        </w:rPr>
        <w:t xml:space="preserve"> üzerinden iletişim kurdunuz?</w:t>
      </w:r>
      <w:r w:rsidR="00745A32">
        <w:rPr>
          <w:b/>
          <w:lang w:val="tr-TR"/>
        </w:rPr>
        <w:t xml:space="preserve"> (Birden fazla seçenek işaretlenebilir</w:t>
      </w:r>
      <w:r w:rsidR="0022027B">
        <w:rPr>
          <w:b/>
          <w:lang w:val="tr-TR"/>
        </w:rPr>
        <w:t>)</w:t>
      </w:r>
    </w:p>
    <w:p w14:paraId="060789A4" w14:textId="77777777" w:rsidR="008502DA" w:rsidRPr="00261BB7" w:rsidRDefault="009E2E5A" w:rsidP="00404717">
      <w:pPr>
        <w:rPr>
          <w:lang w:val="tr-TR"/>
        </w:rPr>
      </w:pPr>
      <w:r w:rsidRPr="00261BB7">
        <w:rPr>
          <w:lang w:val="tr-TR"/>
        </w:rPr>
        <w:t>☐ Yüz yüze görüşme</w:t>
      </w:r>
    </w:p>
    <w:p w14:paraId="6A381DA9" w14:textId="77777777" w:rsidR="008502DA" w:rsidRPr="00261BB7" w:rsidRDefault="009E2E5A" w:rsidP="00404717">
      <w:pPr>
        <w:rPr>
          <w:lang w:val="tr-TR"/>
        </w:rPr>
      </w:pPr>
      <w:r w:rsidRPr="00261BB7">
        <w:rPr>
          <w:lang w:val="tr-TR"/>
        </w:rPr>
        <w:t>☐ Telefon</w:t>
      </w:r>
    </w:p>
    <w:p w14:paraId="05D6C85F" w14:textId="77777777" w:rsidR="008502DA" w:rsidRPr="00261BB7" w:rsidRDefault="009E2E5A" w:rsidP="00404717">
      <w:pPr>
        <w:rPr>
          <w:lang w:val="tr-TR"/>
        </w:rPr>
      </w:pPr>
      <w:r w:rsidRPr="00261BB7">
        <w:rPr>
          <w:lang w:val="tr-TR"/>
        </w:rPr>
        <w:t>☐ E-posta</w:t>
      </w:r>
    </w:p>
    <w:p w14:paraId="1BD18E2D" w14:textId="5FD1F81C" w:rsidR="008502DA" w:rsidRPr="00261BB7" w:rsidRDefault="009E2E5A" w:rsidP="00404717">
      <w:pPr>
        <w:rPr>
          <w:lang w:val="tr-TR"/>
        </w:rPr>
      </w:pPr>
      <w:r w:rsidRPr="00261BB7">
        <w:rPr>
          <w:lang w:val="tr-TR"/>
        </w:rPr>
        <w:t>☐ Ö</w:t>
      </w:r>
      <w:r w:rsidR="00EC7C29">
        <w:rPr>
          <w:lang w:val="tr-TR"/>
        </w:rPr>
        <w:t xml:space="preserve">ğrenci </w:t>
      </w:r>
      <w:r w:rsidRPr="00261BB7">
        <w:rPr>
          <w:lang w:val="tr-TR"/>
        </w:rPr>
        <w:t>B</w:t>
      </w:r>
      <w:r w:rsidR="00EC7C29">
        <w:rPr>
          <w:lang w:val="tr-TR"/>
        </w:rPr>
        <w:t xml:space="preserve">ilgi </w:t>
      </w:r>
      <w:r w:rsidRPr="00261BB7">
        <w:rPr>
          <w:lang w:val="tr-TR"/>
        </w:rPr>
        <w:t>S</w:t>
      </w:r>
      <w:r w:rsidR="00EC7C29">
        <w:rPr>
          <w:lang w:val="tr-TR"/>
        </w:rPr>
        <w:t>istemi</w:t>
      </w:r>
      <w:r w:rsidRPr="00261BB7">
        <w:rPr>
          <w:lang w:val="tr-TR"/>
        </w:rPr>
        <w:t>/online başvuru</w:t>
      </w:r>
    </w:p>
    <w:p w14:paraId="51480786" w14:textId="77777777" w:rsidR="008502DA" w:rsidRPr="00261BB7" w:rsidRDefault="009E2E5A" w:rsidP="00404717">
      <w:pPr>
        <w:rPr>
          <w:lang w:val="tr-TR"/>
        </w:rPr>
      </w:pPr>
      <w:r w:rsidRPr="00261BB7">
        <w:rPr>
          <w:lang w:val="tr-TR"/>
        </w:rPr>
        <w:t>☐ Web sayfası/duyurular</w:t>
      </w:r>
    </w:p>
    <w:p w14:paraId="53557BD7" w14:textId="77777777" w:rsidR="008502DA" w:rsidRPr="00261BB7" w:rsidRDefault="009E2E5A" w:rsidP="00404717">
      <w:pPr>
        <w:rPr>
          <w:lang w:val="tr-TR"/>
        </w:rPr>
      </w:pPr>
      <w:r w:rsidRPr="00261BB7">
        <w:rPr>
          <w:lang w:val="tr-TR"/>
        </w:rPr>
        <w:t>☐ Resmi yazı/dilekçe</w:t>
      </w:r>
    </w:p>
    <w:p w14:paraId="117CD0FB" w14:textId="77777777" w:rsidR="008502DA" w:rsidRPr="00261BB7" w:rsidRDefault="009E2E5A" w:rsidP="00404717">
      <w:pPr>
        <w:rPr>
          <w:lang w:val="tr-TR"/>
        </w:rPr>
      </w:pPr>
      <w:r w:rsidRPr="00261BB7">
        <w:rPr>
          <w:lang w:val="tr-TR"/>
        </w:rPr>
        <w:t>☐ Diğer: ...............</w:t>
      </w:r>
    </w:p>
    <w:p w14:paraId="7C69F9E8" w14:textId="6060E5C1" w:rsidR="008502DA" w:rsidRPr="00261BB7" w:rsidRDefault="009E2E5A" w:rsidP="00404717">
      <w:pPr>
        <w:rPr>
          <w:lang w:val="tr-TR"/>
        </w:rPr>
      </w:pPr>
      <w:r w:rsidRPr="00261BB7">
        <w:rPr>
          <w:lang w:val="tr-TR"/>
        </w:rPr>
        <w:t xml:space="preserve">☐ </w:t>
      </w:r>
      <w:r w:rsidR="00BE5668" w:rsidRPr="00261BB7">
        <w:rPr>
          <w:lang w:val="tr-TR"/>
        </w:rPr>
        <w:t>İ</w:t>
      </w:r>
      <w:r w:rsidRPr="00261BB7">
        <w:rPr>
          <w:lang w:val="tr-TR"/>
        </w:rPr>
        <w:t>letişim kurmadım</w:t>
      </w:r>
    </w:p>
    <w:p w14:paraId="3A3FB620" w14:textId="1E1621A8" w:rsidR="00D76545" w:rsidRPr="00D76545" w:rsidRDefault="00D76545" w:rsidP="00D76545">
      <w:pPr>
        <w:rPr>
          <w:b/>
          <w:bCs/>
          <w:lang w:val="tr-TR"/>
        </w:rPr>
      </w:pPr>
      <w:r w:rsidRPr="00D76545">
        <w:rPr>
          <w:b/>
          <w:bCs/>
          <w:lang w:val="tr-TR"/>
        </w:rPr>
        <w:t>B. Hizmet Kalitesi ve Genel Memnuniyet</w:t>
      </w:r>
    </w:p>
    <w:p w14:paraId="45BC41B5" w14:textId="393AC14B" w:rsidR="00D76545" w:rsidRPr="00D76545" w:rsidRDefault="00D76545" w:rsidP="00D76545">
      <w:pPr>
        <w:rPr>
          <w:b/>
          <w:bCs/>
          <w:lang w:val="tr-TR"/>
        </w:rPr>
      </w:pPr>
      <w:r w:rsidRPr="00D76545">
        <w:rPr>
          <w:b/>
          <w:bCs/>
          <w:lang w:val="tr-TR"/>
        </w:rPr>
        <w:t>Aşağıdaki ifadeleri son bir yıl içindeki deneyiminizi dikkate alarak değerlendiriniz.</w:t>
      </w:r>
    </w:p>
    <w:p w14:paraId="6A861B1A" w14:textId="138B6B80" w:rsidR="008502DA" w:rsidRPr="00261BB7" w:rsidRDefault="009E2E5A" w:rsidP="003E3548">
      <w:pPr>
        <w:jc w:val="both"/>
        <w:rPr>
          <w:lang w:val="tr-TR"/>
        </w:rPr>
      </w:pPr>
      <w:r w:rsidRPr="00261BB7">
        <w:rPr>
          <w:sz w:val="18"/>
          <w:lang w:val="tr-TR"/>
        </w:rPr>
        <w:t>Yanıt ölçeği: 1=Kesinlikle katılmıyorum, 2=Katılmıyorum, 3=Kararsızım, 4=Katılıyorum, 5=Kesinlikle katılıyorum, 0=Deneyimim yok</w:t>
      </w:r>
    </w:p>
    <w:tbl>
      <w:tblPr>
        <w:tblW w:w="5000" w:type="pct"/>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6108"/>
        <w:gridCol w:w="709"/>
        <w:gridCol w:w="709"/>
        <w:gridCol w:w="708"/>
        <w:gridCol w:w="708"/>
        <w:gridCol w:w="708"/>
        <w:gridCol w:w="708"/>
      </w:tblGrid>
      <w:tr w:rsidR="008502DA" w:rsidRPr="00261BB7" w14:paraId="27745F2C" w14:textId="77777777" w:rsidTr="007E02D9">
        <w:trPr>
          <w:jc w:val="center"/>
        </w:trPr>
        <w:tc>
          <w:tcPr>
            <w:tcW w:w="2948" w:type="pct"/>
            <w:vAlign w:val="center"/>
          </w:tcPr>
          <w:p w14:paraId="35CAA4EA" w14:textId="77777777" w:rsidR="008502DA" w:rsidRPr="00261BB7" w:rsidRDefault="009E2E5A" w:rsidP="00404717">
            <w:pPr>
              <w:rPr>
                <w:szCs w:val="20"/>
                <w:lang w:val="tr-TR"/>
              </w:rPr>
            </w:pPr>
            <w:r w:rsidRPr="00261BB7">
              <w:rPr>
                <w:b/>
                <w:szCs w:val="20"/>
                <w:lang w:val="tr-TR"/>
              </w:rPr>
              <w:t>Madde</w:t>
            </w:r>
          </w:p>
        </w:tc>
        <w:tc>
          <w:tcPr>
            <w:tcW w:w="342" w:type="pct"/>
            <w:vAlign w:val="center"/>
          </w:tcPr>
          <w:p w14:paraId="3A257123" w14:textId="77777777" w:rsidR="008502DA" w:rsidRPr="00261BB7" w:rsidRDefault="009E2E5A" w:rsidP="00404717">
            <w:pPr>
              <w:rPr>
                <w:szCs w:val="20"/>
                <w:lang w:val="tr-TR"/>
              </w:rPr>
            </w:pPr>
            <w:r w:rsidRPr="00261BB7">
              <w:rPr>
                <w:b/>
                <w:szCs w:val="20"/>
                <w:lang w:val="tr-TR"/>
              </w:rPr>
              <w:t>0</w:t>
            </w:r>
          </w:p>
        </w:tc>
        <w:tc>
          <w:tcPr>
            <w:tcW w:w="342" w:type="pct"/>
            <w:vAlign w:val="center"/>
          </w:tcPr>
          <w:p w14:paraId="4972142C" w14:textId="77777777" w:rsidR="008502DA" w:rsidRPr="00261BB7" w:rsidRDefault="009E2E5A" w:rsidP="00404717">
            <w:pPr>
              <w:rPr>
                <w:szCs w:val="20"/>
                <w:lang w:val="tr-TR"/>
              </w:rPr>
            </w:pPr>
            <w:r w:rsidRPr="00261BB7">
              <w:rPr>
                <w:b/>
                <w:szCs w:val="20"/>
                <w:lang w:val="tr-TR"/>
              </w:rPr>
              <w:t>1</w:t>
            </w:r>
          </w:p>
        </w:tc>
        <w:tc>
          <w:tcPr>
            <w:tcW w:w="342" w:type="pct"/>
            <w:vAlign w:val="center"/>
          </w:tcPr>
          <w:p w14:paraId="387CA843" w14:textId="77777777" w:rsidR="008502DA" w:rsidRPr="00261BB7" w:rsidRDefault="009E2E5A" w:rsidP="00404717">
            <w:pPr>
              <w:rPr>
                <w:szCs w:val="20"/>
                <w:lang w:val="tr-TR"/>
              </w:rPr>
            </w:pPr>
            <w:r w:rsidRPr="00261BB7">
              <w:rPr>
                <w:b/>
                <w:szCs w:val="20"/>
                <w:lang w:val="tr-TR"/>
              </w:rPr>
              <w:t>2</w:t>
            </w:r>
          </w:p>
        </w:tc>
        <w:tc>
          <w:tcPr>
            <w:tcW w:w="342" w:type="pct"/>
            <w:vAlign w:val="center"/>
          </w:tcPr>
          <w:p w14:paraId="214FE8BC" w14:textId="77777777" w:rsidR="008502DA" w:rsidRPr="00261BB7" w:rsidRDefault="009E2E5A" w:rsidP="00404717">
            <w:pPr>
              <w:rPr>
                <w:szCs w:val="20"/>
                <w:lang w:val="tr-TR"/>
              </w:rPr>
            </w:pPr>
            <w:r w:rsidRPr="00261BB7">
              <w:rPr>
                <w:b/>
                <w:szCs w:val="20"/>
                <w:lang w:val="tr-TR"/>
              </w:rPr>
              <w:t>3</w:t>
            </w:r>
          </w:p>
        </w:tc>
        <w:tc>
          <w:tcPr>
            <w:tcW w:w="342" w:type="pct"/>
            <w:vAlign w:val="center"/>
          </w:tcPr>
          <w:p w14:paraId="11A03856" w14:textId="77777777" w:rsidR="008502DA" w:rsidRPr="00261BB7" w:rsidRDefault="009E2E5A" w:rsidP="00404717">
            <w:pPr>
              <w:rPr>
                <w:szCs w:val="20"/>
                <w:lang w:val="tr-TR"/>
              </w:rPr>
            </w:pPr>
            <w:r w:rsidRPr="00261BB7">
              <w:rPr>
                <w:b/>
                <w:szCs w:val="20"/>
                <w:lang w:val="tr-TR"/>
              </w:rPr>
              <w:t>4</w:t>
            </w:r>
          </w:p>
        </w:tc>
        <w:tc>
          <w:tcPr>
            <w:tcW w:w="342" w:type="pct"/>
            <w:vAlign w:val="center"/>
          </w:tcPr>
          <w:p w14:paraId="4A9DEC05" w14:textId="77777777" w:rsidR="008502DA" w:rsidRPr="00261BB7" w:rsidRDefault="009E2E5A" w:rsidP="00404717">
            <w:pPr>
              <w:rPr>
                <w:szCs w:val="20"/>
                <w:lang w:val="tr-TR"/>
              </w:rPr>
            </w:pPr>
            <w:r w:rsidRPr="00261BB7">
              <w:rPr>
                <w:b/>
                <w:szCs w:val="20"/>
                <w:lang w:val="tr-TR"/>
              </w:rPr>
              <w:t>5</w:t>
            </w:r>
          </w:p>
        </w:tc>
      </w:tr>
      <w:tr w:rsidR="008502DA" w:rsidRPr="00261BB7" w14:paraId="1BF8637B" w14:textId="77777777" w:rsidTr="007E02D9">
        <w:trPr>
          <w:jc w:val="center"/>
        </w:trPr>
        <w:tc>
          <w:tcPr>
            <w:tcW w:w="2948" w:type="pct"/>
            <w:vAlign w:val="center"/>
          </w:tcPr>
          <w:p w14:paraId="3673EF48" w14:textId="42E877CE" w:rsidR="008502DA" w:rsidRPr="00261BB7" w:rsidRDefault="002D5028" w:rsidP="001C2AA3">
            <w:pPr>
              <w:jc w:val="both"/>
              <w:rPr>
                <w:szCs w:val="20"/>
                <w:lang w:val="tr-TR"/>
              </w:rPr>
            </w:pPr>
            <w:r w:rsidRPr="00261BB7">
              <w:rPr>
                <w:szCs w:val="20"/>
                <w:lang w:val="tr-TR"/>
              </w:rPr>
              <w:t>1. Başvuru/talep süreçlerine ilişkin bilgilendirmeler açık ve anlaşılırdır.</w:t>
            </w:r>
          </w:p>
        </w:tc>
        <w:tc>
          <w:tcPr>
            <w:tcW w:w="342" w:type="pct"/>
            <w:vAlign w:val="center"/>
          </w:tcPr>
          <w:p w14:paraId="18AF5DE6" w14:textId="77777777" w:rsidR="008502DA" w:rsidRPr="00261BB7" w:rsidRDefault="009E2E5A" w:rsidP="00404717">
            <w:pPr>
              <w:rPr>
                <w:szCs w:val="20"/>
                <w:lang w:val="tr-TR"/>
              </w:rPr>
            </w:pPr>
            <w:r w:rsidRPr="00261BB7">
              <w:rPr>
                <w:szCs w:val="20"/>
                <w:lang w:val="tr-TR"/>
              </w:rPr>
              <w:t>☐</w:t>
            </w:r>
          </w:p>
        </w:tc>
        <w:tc>
          <w:tcPr>
            <w:tcW w:w="342" w:type="pct"/>
            <w:vAlign w:val="center"/>
          </w:tcPr>
          <w:p w14:paraId="1AB1F1A3" w14:textId="77777777" w:rsidR="008502DA" w:rsidRPr="00261BB7" w:rsidRDefault="009E2E5A" w:rsidP="00404717">
            <w:pPr>
              <w:rPr>
                <w:szCs w:val="20"/>
                <w:lang w:val="tr-TR"/>
              </w:rPr>
            </w:pPr>
            <w:r w:rsidRPr="00261BB7">
              <w:rPr>
                <w:szCs w:val="20"/>
                <w:lang w:val="tr-TR"/>
              </w:rPr>
              <w:t>☐</w:t>
            </w:r>
          </w:p>
        </w:tc>
        <w:tc>
          <w:tcPr>
            <w:tcW w:w="342" w:type="pct"/>
            <w:vAlign w:val="center"/>
          </w:tcPr>
          <w:p w14:paraId="378FACB8" w14:textId="77777777" w:rsidR="008502DA" w:rsidRPr="00261BB7" w:rsidRDefault="009E2E5A" w:rsidP="00404717">
            <w:pPr>
              <w:rPr>
                <w:szCs w:val="20"/>
                <w:lang w:val="tr-TR"/>
              </w:rPr>
            </w:pPr>
            <w:r w:rsidRPr="00261BB7">
              <w:rPr>
                <w:szCs w:val="20"/>
                <w:lang w:val="tr-TR"/>
              </w:rPr>
              <w:t>☐</w:t>
            </w:r>
          </w:p>
        </w:tc>
        <w:tc>
          <w:tcPr>
            <w:tcW w:w="342" w:type="pct"/>
            <w:vAlign w:val="center"/>
          </w:tcPr>
          <w:p w14:paraId="1DE1D2A8" w14:textId="77777777" w:rsidR="008502DA" w:rsidRPr="00261BB7" w:rsidRDefault="009E2E5A" w:rsidP="00404717">
            <w:pPr>
              <w:rPr>
                <w:szCs w:val="20"/>
                <w:lang w:val="tr-TR"/>
              </w:rPr>
            </w:pPr>
            <w:r w:rsidRPr="00261BB7">
              <w:rPr>
                <w:szCs w:val="20"/>
                <w:lang w:val="tr-TR"/>
              </w:rPr>
              <w:t>☐</w:t>
            </w:r>
          </w:p>
        </w:tc>
        <w:tc>
          <w:tcPr>
            <w:tcW w:w="342" w:type="pct"/>
            <w:vAlign w:val="center"/>
          </w:tcPr>
          <w:p w14:paraId="7B5B3944" w14:textId="77777777" w:rsidR="008502DA" w:rsidRPr="00261BB7" w:rsidRDefault="009E2E5A" w:rsidP="00404717">
            <w:pPr>
              <w:rPr>
                <w:szCs w:val="20"/>
                <w:lang w:val="tr-TR"/>
              </w:rPr>
            </w:pPr>
            <w:r w:rsidRPr="00261BB7">
              <w:rPr>
                <w:szCs w:val="20"/>
                <w:lang w:val="tr-TR"/>
              </w:rPr>
              <w:t>☐</w:t>
            </w:r>
          </w:p>
        </w:tc>
        <w:tc>
          <w:tcPr>
            <w:tcW w:w="342" w:type="pct"/>
            <w:vAlign w:val="center"/>
          </w:tcPr>
          <w:p w14:paraId="75B0D56B" w14:textId="77777777" w:rsidR="008502DA" w:rsidRPr="00261BB7" w:rsidRDefault="009E2E5A" w:rsidP="00404717">
            <w:pPr>
              <w:rPr>
                <w:szCs w:val="20"/>
                <w:lang w:val="tr-TR"/>
              </w:rPr>
            </w:pPr>
            <w:r w:rsidRPr="00261BB7">
              <w:rPr>
                <w:szCs w:val="20"/>
                <w:lang w:val="tr-TR"/>
              </w:rPr>
              <w:t>☐</w:t>
            </w:r>
          </w:p>
        </w:tc>
      </w:tr>
      <w:tr w:rsidR="008502DA" w:rsidRPr="00261BB7" w14:paraId="3781312A" w14:textId="77777777" w:rsidTr="007E02D9">
        <w:trPr>
          <w:jc w:val="center"/>
        </w:trPr>
        <w:tc>
          <w:tcPr>
            <w:tcW w:w="2948" w:type="pct"/>
            <w:vAlign w:val="center"/>
          </w:tcPr>
          <w:p w14:paraId="230D3808" w14:textId="6762F4E8" w:rsidR="008502DA" w:rsidRPr="00261BB7" w:rsidRDefault="002D5028" w:rsidP="00404717">
            <w:pPr>
              <w:rPr>
                <w:szCs w:val="20"/>
                <w:lang w:val="tr-TR"/>
              </w:rPr>
            </w:pPr>
            <w:r w:rsidRPr="00261BB7">
              <w:rPr>
                <w:szCs w:val="20"/>
                <w:lang w:val="tr-TR"/>
              </w:rPr>
              <w:t>2. Taleplerime dönüş yapılmaktadır.</w:t>
            </w:r>
          </w:p>
        </w:tc>
        <w:tc>
          <w:tcPr>
            <w:tcW w:w="342" w:type="pct"/>
            <w:vAlign w:val="center"/>
          </w:tcPr>
          <w:p w14:paraId="4D2B5649" w14:textId="77777777" w:rsidR="008502DA" w:rsidRPr="00261BB7" w:rsidRDefault="009E2E5A" w:rsidP="00404717">
            <w:pPr>
              <w:rPr>
                <w:szCs w:val="20"/>
                <w:lang w:val="tr-TR"/>
              </w:rPr>
            </w:pPr>
            <w:r w:rsidRPr="00261BB7">
              <w:rPr>
                <w:szCs w:val="20"/>
                <w:lang w:val="tr-TR"/>
              </w:rPr>
              <w:t>☐</w:t>
            </w:r>
          </w:p>
        </w:tc>
        <w:tc>
          <w:tcPr>
            <w:tcW w:w="342" w:type="pct"/>
            <w:vAlign w:val="center"/>
          </w:tcPr>
          <w:p w14:paraId="1299FE06" w14:textId="77777777" w:rsidR="008502DA" w:rsidRPr="00261BB7" w:rsidRDefault="009E2E5A" w:rsidP="00404717">
            <w:pPr>
              <w:rPr>
                <w:szCs w:val="20"/>
                <w:lang w:val="tr-TR"/>
              </w:rPr>
            </w:pPr>
            <w:r w:rsidRPr="00261BB7">
              <w:rPr>
                <w:szCs w:val="20"/>
                <w:lang w:val="tr-TR"/>
              </w:rPr>
              <w:t>☐</w:t>
            </w:r>
          </w:p>
        </w:tc>
        <w:tc>
          <w:tcPr>
            <w:tcW w:w="342" w:type="pct"/>
            <w:vAlign w:val="center"/>
          </w:tcPr>
          <w:p w14:paraId="38B2D4F1" w14:textId="77777777" w:rsidR="008502DA" w:rsidRPr="00261BB7" w:rsidRDefault="009E2E5A" w:rsidP="00404717">
            <w:pPr>
              <w:rPr>
                <w:szCs w:val="20"/>
                <w:lang w:val="tr-TR"/>
              </w:rPr>
            </w:pPr>
            <w:r w:rsidRPr="00261BB7">
              <w:rPr>
                <w:szCs w:val="20"/>
                <w:lang w:val="tr-TR"/>
              </w:rPr>
              <w:t>☐</w:t>
            </w:r>
          </w:p>
        </w:tc>
        <w:tc>
          <w:tcPr>
            <w:tcW w:w="342" w:type="pct"/>
            <w:vAlign w:val="center"/>
          </w:tcPr>
          <w:p w14:paraId="3F9FF432" w14:textId="77777777" w:rsidR="008502DA" w:rsidRPr="00261BB7" w:rsidRDefault="009E2E5A" w:rsidP="00404717">
            <w:pPr>
              <w:rPr>
                <w:szCs w:val="20"/>
                <w:lang w:val="tr-TR"/>
              </w:rPr>
            </w:pPr>
            <w:r w:rsidRPr="00261BB7">
              <w:rPr>
                <w:szCs w:val="20"/>
                <w:lang w:val="tr-TR"/>
              </w:rPr>
              <w:t>☐</w:t>
            </w:r>
          </w:p>
        </w:tc>
        <w:tc>
          <w:tcPr>
            <w:tcW w:w="342" w:type="pct"/>
            <w:vAlign w:val="center"/>
          </w:tcPr>
          <w:p w14:paraId="7668096A" w14:textId="77777777" w:rsidR="008502DA" w:rsidRPr="00261BB7" w:rsidRDefault="009E2E5A" w:rsidP="00404717">
            <w:pPr>
              <w:rPr>
                <w:szCs w:val="20"/>
                <w:lang w:val="tr-TR"/>
              </w:rPr>
            </w:pPr>
            <w:r w:rsidRPr="00261BB7">
              <w:rPr>
                <w:szCs w:val="20"/>
                <w:lang w:val="tr-TR"/>
              </w:rPr>
              <w:t>☐</w:t>
            </w:r>
          </w:p>
        </w:tc>
        <w:tc>
          <w:tcPr>
            <w:tcW w:w="342" w:type="pct"/>
            <w:vAlign w:val="center"/>
          </w:tcPr>
          <w:p w14:paraId="103E0CE4" w14:textId="77777777" w:rsidR="008502DA" w:rsidRPr="00261BB7" w:rsidRDefault="009E2E5A" w:rsidP="00404717">
            <w:pPr>
              <w:rPr>
                <w:szCs w:val="20"/>
                <w:lang w:val="tr-TR"/>
              </w:rPr>
            </w:pPr>
            <w:r w:rsidRPr="00261BB7">
              <w:rPr>
                <w:szCs w:val="20"/>
                <w:lang w:val="tr-TR"/>
              </w:rPr>
              <w:t>☐</w:t>
            </w:r>
          </w:p>
        </w:tc>
      </w:tr>
      <w:tr w:rsidR="008502DA" w:rsidRPr="00261BB7" w14:paraId="42C0FF0D" w14:textId="77777777" w:rsidTr="007E02D9">
        <w:trPr>
          <w:jc w:val="center"/>
        </w:trPr>
        <w:tc>
          <w:tcPr>
            <w:tcW w:w="2948" w:type="pct"/>
            <w:vAlign w:val="center"/>
          </w:tcPr>
          <w:p w14:paraId="7247E3C8" w14:textId="5819BDB8" w:rsidR="008502DA" w:rsidRPr="00261BB7" w:rsidRDefault="002D5028" w:rsidP="001C2AA3">
            <w:pPr>
              <w:jc w:val="both"/>
              <w:rPr>
                <w:szCs w:val="20"/>
                <w:lang w:val="tr-TR"/>
              </w:rPr>
            </w:pPr>
            <w:r w:rsidRPr="00261BB7">
              <w:rPr>
                <w:szCs w:val="20"/>
                <w:lang w:val="tr-TR"/>
              </w:rPr>
              <w:t>3. Başvuru/talep sonucuna ilişkin süreç ve gerekçeler yeterince açıklanmaktadır.</w:t>
            </w:r>
          </w:p>
        </w:tc>
        <w:tc>
          <w:tcPr>
            <w:tcW w:w="342" w:type="pct"/>
            <w:vAlign w:val="center"/>
          </w:tcPr>
          <w:p w14:paraId="4AFA7374" w14:textId="77777777" w:rsidR="008502DA" w:rsidRPr="00261BB7" w:rsidRDefault="009E2E5A" w:rsidP="00404717">
            <w:pPr>
              <w:rPr>
                <w:szCs w:val="20"/>
                <w:lang w:val="tr-TR"/>
              </w:rPr>
            </w:pPr>
            <w:r w:rsidRPr="00261BB7">
              <w:rPr>
                <w:szCs w:val="20"/>
                <w:lang w:val="tr-TR"/>
              </w:rPr>
              <w:t>☐</w:t>
            </w:r>
          </w:p>
        </w:tc>
        <w:tc>
          <w:tcPr>
            <w:tcW w:w="342" w:type="pct"/>
            <w:vAlign w:val="center"/>
          </w:tcPr>
          <w:p w14:paraId="052C1677" w14:textId="77777777" w:rsidR="008502DA" w:rsidRPr="00261BB7" w:rsidRDefault="009E2E5A" w:rsidP="00404717">
            <w:pPr>
              <w:rPr>
                <w:szCs w:val="20"/>
                <w:lang w:val="tr-TR"/>
              </w:rPr>
            </w:pPr>
            <w:r w:rsidRPr="00261BB7">
              <w:rPr>
                <w:szCs w:val="20"/>
                <w:lang w:val="tr-TR"/>
              </w:rPr>
              <w:t>☐</w:t>
            </w:r>
          </w:p>
        </w:tc>
        <w:tc>
          <w:tcPr>
            <w:tcW w:w="342" w:type="pct"/>
            <w:vAlign w:val="center"/>
          </w:tcPr>
          <w:p w14:paraId="0766873C" w14:textId="77777777" w:rsidR="008502DA" w:rsidRPr="00261BB7" w:rsidRDefault="009E2E5A" w:rsidP="00404717">
            <w:pPr>
              <w:rPr>
                <w:szCs w:val="20"/>
                <w:lang w:val="tr-TR"/>
              </w:rPr>
            </w:pPr>
            <w:r w:rsidRPr="00261BB7">
              <w:rPr>
                <w:szCs w:val="20"/>
                <w:lang w:val="tr-TR"/>
              </w:rPr>
              <w:t>☐</w:t>
            </w:r>
          </w:p>
        </w:tc>
        <w:tc>
          <w:tcPr>
            <w:tcW w:w="342" w:type="pct"/>
            <w:vAlign w:val="center"/>
          </w:tcPr>
          <w:p w14:paraId="035EBE86" w14:textId="77777777" w:rsidR="008502DA" w:rsidRPr="00261BB7" w:rsidRDefault="009E2E5A" w:rsidP="00404717">
            <w:pPr>
              <w:rPr>
                <w:szCs w:val="20"/>
                <w:lang w:val="tr-TR"/>
              </w:rPr>
            </w:pPr>
            <w:r w:rsidRPr="00261BB7">
              <w:rPr>
                <w:szCs w:val="20"/>
                <w:lang w:val="tr-TR"/>
              </w:rPr>
              <w:t>☐</w:t>
            </w:r>
          </w:p>
        </w:tc>
        <w:tc>
          <w:tcPr>
            <w:tcW w:w="342" w:type="pct"/>
            <w:vAlign w:val="center"/>
          </w:tcPr>
          <w:p w14:paraId="64BFD738" w14:textId="77777777" w:rsidR="008502DA" w:rsidRPr="00261BB7" w:rsidRDefault="009E2E5A" w:rsidP="00404717">
            <w:pPr>
              <w:rPr>
                <w:szCs w:val="20"/>
                <w:lang w:val="tr-TR"/>
              </w:rPr>
            </w:pPr>
            <w:r w:rsidRPr="00261BB7">
              <w:rPr>
                <w:szCs w:val="20"/>
                <w:lang w:val="tr-TR"/>
              </w:rPr>
              <w:t>☐</w:t>
            </w:r>
          </w:p>
        </w:tc>
        <w:tc>
          <w:tcPr>
            <w:tcW w:w="342" w:type="pct"/>
            <w:vAlign w:val="center"/>
          </w:tcPr>
          <w:p w14:paraId="2EB0768E" w14:textId="77777777" w:rsidR="008502DA" w:rsidRPr="00261BB7" w:rsidRDefault="009E2E5A" w:rsidP="00404717">
            <w:pPr>
              <w:rPr>
                <w:szCs w:val="20"/>
                <w:lang w:val="tr-TR"/>
              </w:rPr>
            </w:pPr>
            <w:r w:rsidRPr="00261BB7">
              <w:rPr>
                <w:szCs w:val="20"/>
                <w:lang w:val="tr-TR"/>
              </w:rPr>
              <w:t>☐</w:t>
            </w:r>
          </w:p>
        </w:tc>
      </w:tr>
      <w:tr w:rsidR="008502DA" w:rsidRPr="00261BB7" w14:paraId="51C4205A" w14:textId="77777777" w:rsidTr="000C2B2F">
        <w:trPr>
          <w:jc w:val="center"/>
        </w:trPr>
        <w:tc>
          <w:tcPr>
            <w:tcW w:w="2948" w:type="pct"/>
            <w:vAlign w:val="center"/>
          </w:tcPr>
          <w:p w14:paraId="0C748C09" w14:textId="7BE4A905" w:rsidR="008502DA" w:rsidRPr="00261BB7" w:rsidRDefault="002D5028" w:rsidP="00404717">
            <w:pPr>
              <w:rPr>
                <w:szCs w:val="20"/>
                <w:lang w:val="tr-TR"/>
              </w:rPr>
            </w:pPr>
            <w:r w:rsidRPr="00261BB7">
              <w:rPr>
                <w:szCs w:val="20"/>
                <w:lang w:val="tr-TR"/>
              </w:rPr>
              <w:t>4. Personel</w:t>
            </w:r>
            <w:r w:rsidR="00350D3B">
              <w:rPr>
                <w:szCs w:val="20"/>
                <w:lang w:val="tr-TR"/>
              </w:rPr>
              <w:t>ler</w:t>
            </w:r>
            <w:r w:rsidRPr="00261BB7">
              <w:rPr>
                <w:szCs w:val="20"/>
                <w:lang w:val="tr-TR"/>
              </w:rPr>
              <w:t xml:space="preserve"> sorularıma ilgiyle ve çözüm odaklı yaklaşmaktadır.</w:t>
            </w:r>
          </w:p>
        </w:tc>
        <w:tc>
          <w:tcPr>
            <w:tcW w:w="342" w:type="pct"/>
            <w:vAlign w:val="center"/>
          </w:tcPr>
          <w:p w14:paraId="6E2CF375" w14:textId="77777777" w:rsidR="008502DA" w:rsidRPr="00261BB7" w:rsidRDefault="009E2E5A" w:rsidP="00404717">
            <w:pPr>
              <w:rPr>
                <w:szCs w:val="20"/>
                <w:lang w:val="tr-TR"/>
              </w:rPr>
            </w:pPr>
            <w:r w:rsidRPr="00261BB7">
              <w:rPr>
                <w:szCs w:val="20"/>
                <w:lang w:val="tr-TR"/>
              </w:rPr>
              <w:t>☐</w:t>
            </w:r>
          </w:p>
        </w:tc>
        <w:tc>
          <w:tcPr>
            <w:tcW w:w="342" w:type="pct"/>
            <w:vAlign w:val="center"/>
          </w:tcPr>
          <w:p w14:paraId="4D84C691" w14:textId="77777777" w:rsidR="008502DA" w:rsidRPr="00261BB7" w:rsidRDefault="009E2E5A" w:rsidP="00404717">
            <w:pPr>
              <w:rPr>
                <w:szCs w:val="20"/>
                <w:lang w:val="tr-TR"/>
              </w:rPr>
            </w:pPr>
            <w:r w:rsidRPr="00261BB7">
              <w:rPr>
                <w:szCs w:val="20"/>
                <w:lang w:val="tr-TR"/>
              </w:rPr>
              <w:t>☐</w:t>
            </w:r>
          </w:p>
        </w:tc>
        <w:tc>
          <w:tcPr>
            <w:tcW w:w="342" w:type="pct"/>
            <w:vAlign w:val="center"/>
          </w:tcPr>
          <w:p w14:paraId="79C27446" w14:textId="77777777" w:rsidR="008502DA" w:rsidRPr="00261BB7" w:rsidRDefault="009E2E5A" w:rsidP="00404717">
            <w:pPr>
              <w:rPr>
                <w:szCs w:val="20"/>
                <w:lang w:val="tr-TR"/>
              </w:rPr>
            </w:pPr>
            <w:r w:rsidRPr="00261BB7">
              <w:rPr>
                <w:szCs w:val="20"/>
                <w:lang w:val="tr-TR"/>
              </w:rPr>
              <w:t>☐</w:t>
            </w:r>
          </w:p>
        </w:tc>
        <w:tc>
          <w:tcPr>
            <w:tcW w:w="342" w:type="pct"/>
            <w:vAlign w:val="center"/>
          </w:tcPr>
          <w:p w14:paraId="33F3AC33" w14:textId="77777777" w:rsidR="008502DA" w:rsidRPr="00261BB7" w:rsidRDefault="009E2E5A" w:rsidP="00404717">
            <w:pPr>
              <w:rPr>
                <w:szCs w:val="20"/>
                <w:lang w:val="tr-TR"/>
              </w:rPr>
            </w:pPr>
            <w:r w:rsidRPr="00261BB7">
              <w:rPr>
                <w:szCs w:val="20"/>
                <w:lang w:val="tr-TR"/>
              </w:rPr>
              <w:t>☐</w:t>
            </w:r>
          </w:p>
        </w:tc>
        <w:tc>
          <w:tcPr>
            <w:tcW w:w="342" w:type="pct"/>
            <w:vAlign w:val="center"/>
          </w:tcPr>
          <w:p w14:paraId="2621E34A" w14:textId="77777777" w:rsidR="008502DA" w:rsidRPr="00261BB7" w:rsidRDefault="009E2E5A" w:rsidP="00404717">
            <w:pPr>
              <w:rPr>
                <w:szCs w:val="20"/>
                <w:lang w:val="tr-TR"/>
              </w:rPr>
            </w:pPr>
            <w:r w:rsidRPr="00261BB7">
              <w:rPr>
                <w:szCs w:val="20"/>
                <w:lang w:val="tr-TR"/>
              </w:rPr>
              <w:t>☐</w:t>
            </w:r>
          </w:p>
        </w:tc>
        <w:tc>
          <w:tcPr>
            <w:tcW w:w="342" w:type="pct"/>
            <w:vAlign w:val="center"/>
          </w:tcPr>
          <w:p w14:paraId="7D1961A6" w14:textId="77777777" w:rsidR="008502DA" w:rsidRPr="00261BB7" w:rsidRDefault="009E2E5A" w:rsidP="00404717">
            <w:pPr>
              <w:rPr>
                <w:szCs w:val="20"/>
                <w:lang w:val="tr-TR"/>
              </w:rPr>
            </w:pPr>
            <w:r w:rsidRPr="00261BB7">
              <w:rPr>
                <w:szCs w:val="20"/>
                <w:lang w:val="tr-TR"/>
              </w:rPr>
              <w:t>☐</w:t>
            </w:r>
          </w:p>
        </w:tc>
      </w:tr>
      <w:tr w:rsidR="008502DA" w:rsidRPr="00261BB7" w14:paraId="42F12CA5" w14:textId="77777777" w:rsidTr="000C2B2F">
        <w:trPr>
          <w:jc w:val="center"/>
        </w:trPr>
        <w:tc>
          <w:tcPr>
            <w:tcW w:w="2948" w:type="pct"/>
            <w:vAlign w:val="center"/>
          </w:tcPr>
          <w:p w14:paraId="6C1A110E" w14:textId="442F19B4" w:rsidR="008502DA" w:rsidRPr="00261BB7" w:rsidRDefault="002D5028" w:rsidP="00061451">
            <w:pPr>
              <w:jc w:val="both"/>
              <w:rPr>
                <w:szCs w:val="20"/>
                <w:lang w:val="tr-TR"/>
              </w:rPr>
            </w:pPr>
            <w:r w:rsidRPr="00261BB7">
              <w:rPr>
                <w:szCs w:val="20"/>
                <w:lang w:val="tr-TR"/>
              </w:rPr>
              <w:t>5. Personel</w:t>
            </w:r>
            <w:r w:rsidR="00350D3B">
              <w:rPr>
                <w:szCs w:val="20"/>
                <w:lang w:val="tr-TR"/>
              </w:rPr>
              <w:t>ler</w:t>
            </w:r>
            <w:r w:rsidRPr="00261BB7">
              <w:rPr>
                <w:szCs w:val="20"/>
                <w:lang w:val="tr-TR"/>
              </w:rPr>
              <w:t xml:space="preserve"> ilgili mevzuat ve süreçler hakkında yeterli bilgi vermektedir.</w:t>
            </w:r>
          </w:p>
        </w:tc>
        <w:tc>
          <w:tcPr>
            <w:tcW w:w="342" w:type="pct"/>
            <w:vAlign w:val="center"/>
          </w:tcPr>
          <w:p w14:paraId="3F0D49A9" w14:textId="77777777" w:rsidR="008502DA" w:rsidRPr="00261BB7" w:rsidRDefault="009E2E5A" w:rsidP="00404717">
            <w:pPr>
              <w:rPr>
                <w:szCs w:val="20"/>
                <w:lang w:val="tr-TR"/>
              </w:rPr>
            </w:pPr>
            <w:r w:rsidRPr="00261BB7">
              <w:rPr>
                <w:szCs w:val="20"/>
                <w:lang w:val="tr-TR"/>
              </w:rPr>
              <w:t>☐</w:t>
            </w:r>
          </w:p>
        </w:tc>
        <w:tc>
          <w:tcPr>
            <w:tcW w:w="342" w:type="pct"/>
            <w:vAlign w:val="center"/>
          </w:tcPr>
          <w:p w14:paraId="7BCFB0BB" w14:textId="77777777" w:rsidR="008502DA" w:rsidRPr="00261BB7" w:rsidRDefault="009E2E5A" w:rsidP="00404717">
            <w:pPr>
              <w:rPr>
                <w:szCs w:val="20"/>
                <w:lang w:val="tr-TR"/>
              </w:rPr>
            </w:pPr>
            <w:r w:rsidRPr="00261BB7">
              <w:rPr>
                <w:szCs w:val="20"/>
                <w:lang w:val="tr-TR"/>
              </w:rPr>
              <w:t>☐</w:t>
            </w:r>
          </w:p>
        </w:tc>
        <w:tc>
          <w:tcPr>
            <w:tcW w:w="342" w:type="pct"/>
            <w:vAlign w:val="center"/>
          </w:tcPr>
          <w:p w14:paraId="69BBFC0E" w14:textId="77777777" w:rsidR="008502DA" w:rsidRPr="00261BB7" w:rsidRDefault="009E2E5A" w:rsidP="00404717">
            <w:pPr>
              <w:rPr>
                <w:szCs w:val="20"/>
                <w:lang w:val="tr-TR"/>
              </w:rPr>
            </w:pPr>
            <w:r w:rsidRPr="00261BB7">
              <w:rPr>
                <w:szCs w:val="20"/>
                <w:lang w:val="tr-TR"/>
              </w:rPr>
              <w:t>☐</w:t>
            </w:r>
          </w:p>
        </w:tc>
        <w:tc>
          <w:tcPr>
            <w:tcW w:w="342" w:type="pct"/>
            <w:vAlign w:val="center"/>
          </w:tcPr>
          <w:p w14:paraId="6BC18451" w14:textId="77777777" w:rsidR="008502DA" w:rsidRPr="00261BB7" w:rsidRDefault="009E2E5A" w:rsidP="00404717">
            <w:pPr>
              <w:rPr>
                <w:szCs w:val="20"/>
                <w:lang w:val="tr-TR"/>
              </w:rPr>
            </w:pPr>
            <w:r w:rsidRPr="00261BB7">
              <w:rPr>
                <w:szCs w:val="20"/>
                <w:lang w:val="tr-TR"/>
              </w:rPr>
              <w:t>☐</w:t>
            </w:r>
          </w:p>
        </w:tc>
        <w:tc>
          <w:tcPr>
            <w:tcW w:w="342" w:type="pct"/>
            <w:vAlign w:val="center"/>
          </w:tcPr>
          <w:p w14:paraId="79FE1274" w14:textId="77777777" w:rsidR="008502DA" w:rsidRPr="00261BB7" w:rsidRDefault="009E2E5A" w:rsidP="00404717">
            <w:pPr>
              <w:rPr>
                <w:szCs w:val="20"/>
                <w:lang w:val="tr-TR"/>
              </w:rPr>
            </w:pPr>
            <w:r w:rsidRPr="00261BB7">
              <w:rPr>
                <w:szCs w:val="20"/>
                <w:lang w:val="tr-TR"/>
              </w:rPr>
              <w:t>☐</w:t>
            </w:r>
          </w:p>
        </w:tc>
        <w:tc>
          <w:tcPr>
            <w:tcW w:w="342" w:type="pct"/>
            <w:vAlign w:val="center"/>
          </w:tcPr>
          <w:p w14:paraId="2316F63C" w14:textId="77777777" w:rsidR="008502DA" w:rsidRPr="00261BB7" w:rsidRDefault="009E2E5A" w:rsidP="00404717">
            <w:pPr>
              <w:rPr>
                <w:szCs w:val="20"/>
                <w:lang w:val="tr-TR"/>
              </w:rPr>
            </w:pPr>
            <w:r w:rsidRPr="00261BB7">
              <w:rPr>
                <w:szCs w:val="20"/>
                <w:lang w:val="tr-TR"/>
              </w:rPr>
              <w:t>☐</w:t>
            </w:r>
          </w:p>
        </w:tc>
      </w:tr>
      <w:tr w:rsidR="008502DA" w:rsidRPr="00261BB7" w14:paraId="041E5033" w14:textId="77777777" w:rsidTr="000C2B2F">
        <w:trPr>
          <w:jc w:val="center"/>
        </w:trPr>
        <w:tc>
          <w:tcPr>
            <w:tcW w:w="2948" w:type="pct"/>
            <w:vAlign w:val="center"/>
          </w:tcPr>
          <w:p w14:paraId="394A8F68" w14:textId="753760F2" w:rsidR="008502DA" w:rsidRPr="00261BB7" w:rsidRDefault="002D5028" w:rsidP="002D5028">
            <w:pPr>
              <w:jc w:val="both"/>
              <w:rPr>
                <w:szCs w:val="20"/>
                <w:lang w:val="tr-TR"/>
              </w:rPr>
            </w:pPr>
            <w:r w:rsidRPr="00261BB7">
              <w:rPr>
                <w:szCs w:val="20"/>
                <w:lang w:val="tr-TR"/>
              </w:rPr>
              <w:t>6. Personel</w:t>
            </w:r>
            <w:r w:rsidR="00061D49">
              <w:rPr>
                <w:szCs w:val="20"/>
                <w:lang w:val="tr-TR"/>
              </w:rPr>
              <w:t>ler</w:t>
            </w:r>
            <w:r w:rsidRPr="00261BB7">
              <w:rPr>
                <w:szCs w:val="20"/>
                <w:lang w:val="tr-TR"/>
              </w:rPr>
              <w:t xml:space="preserve"> gerektiğinde beni doğru birime veya kişiye yönlendirmektedir.</w:t>
            </w:r>
          </w:p>
        </w:tc>
        <w:tc>
          <w:tcPr>
            <w:tcW w:w="342" w:type="pct"/>
            <w:vAlign w:val="center"/>
          </w:tcPr>
          <w:p w14:paraId="7C6C5DF9" w14:textId="77777777" w:rsidR="008502DA" w:rsidRPr="00261BB7" w:rsidRDefault="009E2E5A" w:rsidP="00404717">
            <w:pPr>
              <w:rPr>
                <w:szCs w:val="20"/>
                <w:lang w:val="tr-TR"/>
              </w:rPr>
            </w:pPr>
            <w:r w:rsidRPr="00261BB7">
              <w:rPr>
                <w:szCs w:val="20"/>
                <w:lang w:val="tr-TR"/>
              </w:rPr>
              <w:t>☐</w:t>
            </w:r>
          </w:p>
        </w:tc>
        <w:tc>
          <w:tcPr>
            <w:tcW w:w="342" w:type="pct"/>
            <w:vAlign w:val="center"/>
          </w:tcPr>
          <w:p w14:paraId="645E0773" w14:textId="77777777" w:rsidR="008502DA" w:rsidRPr="00261BB7" w:rsidRDefault="009E2E5A" w:rsidP="00404717">
            <w:pPr>
              <w:rPr>
                <w:szCs w:val="20"/>
                <w:lang w:val="tr-TR"/>
              </w:rPr>
            </w:pPr>
            <w:r w:rsidRPr="00261BB7">
              <w:rPr>
                <w:szCs w:val="20"/>
                <w:lang w:val="tr-TR"/>
              </w:rPr>
              <w:t>☐</w:t>
            </w:r>
          </w:p>
        </w:tc>
        <w:tc>
          <w:tcPr>
            <w:tcW w:w="342" w:type="pct"/>
            <w:vAlign w:val="center"/>
          </w:tcPr>
          <w:p w14:paraId="0650B97F" w14:textId="77777777" w:rsidR="008502DA" w:rsidRPr="00261BB7" w:rsidRDefault="009E2E5A" w:rsidP="00404717">
            <w:pPr>
              <w:rPr>
                <w:szCs w:val="20"/>
                <w:lang w:val="tr-TR"/>
              </w:rPr>
            </w:pPr>
            <w:r w:rsidRPr="00261BB7">
              <w:rPr>
                <w:szCs w:val="20"/>
                <w:lang w:val="tr-TR"/>
              </w:rPr>
              <w:t>☐</w:t>
            </w:r>
          </w:p>
        </w:tc>
        <w:tc>
          <w:tcPr>
            <w:tcW w:w="342" w:type="pct"/>
            <w:vAlign w:val="center"/>
          </w:tcPr>
          <w:p w14:paraId="61E8F422" w14:textId="77777777" w:rsidR="008502DA" w:rsidRPr="00261BB7" w:rsidRDefault="009E2E5A" w:rsidP="00404717">
            <w:pPr>
              <w:rPr>
                <w:szCs w:val="20"/>
                <w:lang w:val="tr-TR"/>
              </w:rPr>
            </w:pPr>
            <w:r w:rsidRPr="00261BB7">
              <w:rPr>
                <w:szCs w:val="20"/>
                <w:lang w:val="tr-TR"/>
              </w:rPr>
              <w:t>☐</w:t>
            </w:r>
          </w:p>
        </w:tc>
        <w:tc>
          <w:tcPr>
            <w:tcW w:w="342" w:type="pct"/>
            <w:vAlign w:val="center"/>
          </w:tcPr>
          <w:p w14:paraId="40EAA2A1" w14:textId="77777777" w:rsidR="008502DA" w:rsidRPr="00261BB7" w:rsidRDefault="009E2E5A" w:rsidP="00404717">
            <w:pPr>
              <w:rPr>
                <w:szCs w:val="20"/>
                <w:lang w:val="tr-TR"/>
              </w:rPr>
            </w:pPr>
            <w:r w:rsidRPr="00261BB7">
              <w:rPr>
                <w:szCs w:val="20"/>
                <w:lang w:val="tr-TR"/>
              </w:rPr>
              <w:t>☐</w:t>
            </w:r>
          </w:p>
        </w:tc>
        <w:tc>
          <w:tcPr>
            <w:tcW w:w="342" w:type="pct"/>
            <w:vAlign w:val="center"/>
          </w:tcPr>
          <w:p w14:paraId="046DD202" w14:textId="77777777" w:rsidR="008502DA" w:rsidRPr="00261BB7" w:rsidRDefault="009E2E5A" w:rsidP="00404717">
            <w:pPr>
              <w:rPr>
                <w:szCs w:val="20"/>
                <w:lang w:val="tr-TR"/>
              </w:rPr>
            </w:pPr>
            <w:r w:rsidRPr="00261BB7">
              <w:rPr>
                <w:szCs w:val="20"/>
                <w:lang w:val="tr-TR"/>
              </w:rPr>
              <w:t>☐</w:t>
            </w:r>
          </w:p>
        </w:tc>
      </w:tr>
      <w:tr w:rsidR="008502DA" w:rsidRPr="00261BB7" w14:paraId="6D46D540" w14:textId="77777777" w:rsidTr="00951F78">
        <w:trPr>
          <w:jc w:val="center"/>
        </w:trPr>
        <w:tc>
          <w:tcPr>
            <w:tcW w:w="2948" w:type="pct"/>
            <w:vAlign w:val="center"/>
          </w:tcPr>
          <w:p w14:paraId="55AF7543" w14:textId="13E0571E" w:rsidR="008502DA" w:rsidRPr="00261BB7" w:rsidRDefault="0025121C" w:rsidP="00C443C0">
            <w:pPr>
              <w:jc w:val="both"/>
              <w:rPr>
                <w:szCs w:val="20"/>
                <w:lang w:val="tr-TR"/>
              </w:rPr>
            </w:pPr>
            <w:r w:rsidRPr="00261BB7">
              <w:rPr>
                <w:szCs w:val="20"/>
                <w:lang w:val="tr-TR"/>
              </w:rPr>
              <w:lastRenderedPageBreak/>
              <w:t>7. Öğrenci İşleri Daire Başkanlığı web sayfasındaki duyuru ve bilgiler günceldir.</w:t>
            </w:r>
          </w:p>
        </w:tc>
        <w:tc>
          <w:tcPr>
            <w:tcW w:w="342" w:type="pct"/>
            <w:vAlign w:val="center"/>
          </w:tcPr>
          <w:p w14:paraId="473281F4" w14:textId="77777777" w:rsidR="008502DA" w:rsidRPr="00261BB7" w:rsidRDefault="009E2E5A" w:rsidP="00404717">
            <w:pPr>
              <w:rPr>
                <w:szCs w:val="20"/>
                <w:lang w:val="tr-TR"/>
              </w:rPr>
            </w:pPr>
            <w:r w:rsidRPr="00261BB7">
              <w:rPr>
                <w:szCs w:val="20"/>
                <w:lang w:val="tr-TR"/>
              </w:rPr>
              <w:t>☐</w:t>
            </w:r>
          </w:p>
        </w:tc>
        <w:tc>
          <w:tcPr>
            <w:tcW w:w="342" w:type="pct"/>
            <w:vAlign w:val="center"/>
          </w:tcPr>
          <w:p w14:paraId="77B035B8" w14:textId="77777777" w:rsidR="008502DA" w:rsidRPr="00261BB7" w:rsidRDefault="009E2E5A" w:rsidP="00404717">
            <w:pPr>
              <w:rPr>
                <w:szCs w:val="20"/>
                <w:lang w:val="tr-TR"/>
              </w:rPr>
            </w:pPr>
            <w:r w:rsidRPr="00261BB7">
              <w:rPr>
                <w:szCs w:val="20"/>
                <w:lang w:val="tr-TR"/>
              </w:rPr>
              <w:t>☐</w:t>
            </w:r>
          </w:p>
        </w:tc>
        <w:tc>
          <w:tcPr>
            <w:tcW w:w="342" w:type="pct"/>
            <w:vAlign w:val="center"/>
          </w:tcPr>
          <w:p w14:paraId="3E09CA02" w14:textId="77777777" w:rsidR="008502DA" w:rsidRPr="00261BB7" w:rsidRDefault="009E2E5A" w:rsidP="00404717">
            <w:pPr>
              <w:rPr>
                <w:szCs w:val="20"/>
                <w:lang w:val="tr-TR"/>
              </w:rPr>
            </w:pPr>
            <w:r w:rsidRPr="00261BB7">
              <w:rPr>
                <w:szCs w:val="20"/>
                <w:lang w:val="tr-TR"/>
              </w:rPr>
              <w:t>☐</w:t>
            </w:r>
          </w:p>
        </w:tc>
        <w:tc>
          <w:tcPr>
            <w:tcW w:w="342" w:type="pct"/>
            <w:vAlign w:val="center"/>
          </w:tcPr>
          <w:p w14:paraId="18977370" w14:textId="77777777" w:rsidR="008502DA" w:rsidRPr="00261BB7" w:rsidRDefault="009E2E5A" w:rsidP="00404717">
            <w:pPr>
              <w:rPr>
                <w:szCs w:val="20"/>
                <w:lang w:val="tr-TR"/>
              </w:rPr>
            </w:pPr>
            <w:r w:rsidRPr="00261BB7">
              <w:rPr>
                <w:szCs w:val="20"/>
                <w:lang w:val="tr-TR"/>
              </w:rPr>
              <w:t>☐</w:t>
            </w:r>
          </w:p>
        </w:tc>
        <w:tc>
          <w:tcPr>
            <w:tcW w:w="342" w:type="pct"/>
            <w:vAlign w:val="center"/>
          </w:tcPr>
          <w:p w14:paraId="053458D2" w14:textId="77777777" w:rsidR="008502DA" w:rsidRPr="00261BB7" w:rsidRDefault="009E2E5A" w:rsidP="00404717">
            <w:pPr>
              <w:rPr>
                <w:szCs w:val="20"/>
                <w:lang w:val="tr-TR"/>
              </w:rPr>
            </w:pPr>
            <w:r w:rsidRPr="00261BB7">
              <w:rPr>
                <w:szCs w:val="20"/>
                <w:lang w:val="tr-TR"/>
              </w:rPr>
              <w:t>☐</w:t>
            </w:r>
          </w:p>
        </w:tc>
        <w:tc>
          <w:tcPr>
            <w:tcW w:w="342" w:type="pct"/>
            <w:vAlign w:val="center"/>
          </w:tcPr>
          <w:p w14:paraId="44402E8E" w14:textId="77777777" w:rsidR="008502DA" w:rsidRPr="00261BB7" w:rsidRDefault="009E2E5A" w:rsidP="00404717">
            <w:pPr>
              <w:rPr>
                <w:szCs w:val="20"/>
                <w:lang w:val="tr-TR"/>
              </w:rPr>
            </w:pPr>
            <w:r w:rsidRPr="00261BB7">
              <w:rPr>
                <w:szCs w:val="20"/>
                <w:lang w:val="tr-TR"/>
              </w:rPr>
              <w:t>☐</w:t>
            </w:r>
          </w:p>
        </w:tc>
      </w:tr>
      <w:tr w:rsidR="008502DA" w:rsidRPr="00261BB7" w14:paraId="3DD2CFDD" w14:textId="77777777" w:rsidTr="00951F78">
        <w:trPr>
          <w:jc w:val="center"/>
        </w:trPr>
        <w:tc>
          <w:tcPr>
            <w:tcW w:w="2948" w:type="pct"/>
            <w:vAlign w:val="center"/>
          </w:tcPr>
          <w:p w14:paraId="516FE605" w14:textId="35905EDC" w:rsidR="008502DA" w:rsidRPr="00261BB7" w:rsidRDefault="0025121C" w:rsidP="00135B98">
            <w:pPr>
              <w:jc w:val="both"/>
              <w:rPr>
                <w:szCs w:val="20"/>
                <w:lang w:val="tr-TR"/>
              </w:rPr>
            </w:pPr>
            <w:r w:rsidRPr="00261BB7">
              <w:rPr>
                <w:szCs w:val="20"/>
                <w:lang w:val="tr-TR"/>
              </w:rPr>
              <w:t xml:space="preserve">8. </w:t>
            </w:r>
            <w:r w:rsidR="00891DC1" w:rsidRPr="00261BB7">
              <w:rPr>
                <w:szCs w:val="20"/>
                <w:lang w:val="tr-TR"/>
              </w:rPr>
              <w:t xml:space="preserve">Öğrenci İşleri Daire Başkanlığı </w:t>
            </w:r>
            <w:r w:rsidR="0054400A">
              <w:rPr>
                <w:szCs w:val="20"/>
                <w:lang w:val="tr-TR"/>
              </w:rPr>
              <w:t>w</w:t>
            </w:r>
            <w:r w:rsidRPr="00261BB7">
              <w:rPr>
                <w:szCs w:val="20"/>
                <w:lang w:val="tr-TR"/>
              </w:rPr>
              <w:t>eb sayfasında aradığım bilgiye ulaşabiliyorum.</w:t>
            </w:r>
          </w:p>
        </w:tc>
        <w:tc>
          <w:tcPr>
            <w:tcW w:w="342" w:type="pct"/>
            <w:vAlign w:val="center"/>
          </w:tcPr>
          <w:p w14:paraId="4CD82BB3" w14:textId="77777777" w:rsidR="008502DA" w:rsidRPr="00261BB7" w:rsidRDefault="009E2E5A" w:rsidP="00404717">
            <w:pPr>
              <w:rPr>
                <w:szCs w:val="20"/>
                <w:lang w:val="tr-TR"/>
              </w:rPr>
            </w:pPr>
            <w:r w:rsidRPr="00261BB7">
              <w:rPr>
                <w:szCs w:val="20"/>
                <w:lang w:val="tr-TR"/>
              </w:rPr>
              <w:t>☐</w:t>
            </w:r>
          </w:p>
        </w:tc>
        <w:tc>
          <w:tcPr>
            <w:tcW w:w="342" w:type="pct"/>
            <w:vAlign w:val="center"/>
          </w:tcPr>
          <w:p w14:paraId="1C1162B9" w14:textId="77777777" w:rsidR="008502DA" w:rsidRPr="00261BB7" w:rsidRDefault="009E2E5A" w:rsidP="00404717">
            <w:pPr>
              <w:rPr>
                <w:szCs w:val="20"/>
                <w:lang w:val="tr-TR"/>
              </w:rPr>
            </w:pPr>
            <w:r w:rsidRPr="00261BB7">
              <w:rPr>
                <w:szCs w:val="20"/>
                <w:lang w:val="tr-TR"/>
              </w:rPr>
              <w:t>☐</w:t>
            </w:r>
          </w:p>
        </w:tc>
        <w:tc>
          <w:tcPr>
            <w:tcW w:w="342" w:type="pct"/>
            <w:vAlign w:val="center"/>
          </w:tcPr>
          <w:p w14:paraId="62050DE0" w14:textId="77777777" w:rsidR="008502DA" w:rsidRPr="00261BB7" w:rsidRDefault="009E2E5A" w:rsidP="00404717">
            <w:pPr>
              <w:rPr>
                <w:szCs w:val="20"/>
                <w:lang w:val="tr-TR"/>
              </w:rPr>
            </w:pPr>
            <w:r w:rsidRPr="00261BB7">
              <w:rPr>
                <w:szCs w:val="20"/>
                <w:lang w:val="tr-TR"/>
              </w:rPr>
              <w:t>☐</w:t>
            </w:r>
          </w:p>
        </w:tc>
        <w:tc>
          <w:tcPr>
            <w:tcW w:w="342" w:type="pct"/>
            <w:vAlign w:val="center"/>
          </w:tcPr>
          <w:p w14:paraId="76F22CD4" w14:textId="77777777" w:rsidR="008502DA" w:rsidRPr="00261BB7" w:rsidRDefault="009E2E5A" w:rsidP="00404717">
            <w:pPr>
              <w:rPr>
                <w:szCs w:val="20"/>
                <w:lang w:val="tr-TR"/>
              </w:rPr>
            </w:pPr>
            <w:r w:rsidRPr="00261BB7">
              <w:rPr>
                <w:szCs w:val="20"/>
                <w:lang w:val="tr-TR"/>
              </w:rPr>
              <w:t>☐</w:t>
            </w:r>
          </w:p>
        </w:tc>
        <w:tc>
          <w:tcPr>
            <w:tcW w:w="342" w:type="pct"/>
            <w:vAlign w:val="center"/>
          </w:tcPr>
          <w:p w14:paraId="43AEB4C8" w14:textId="77777777" w:rsidR="008502DA" w:rsidRPr="00261BB7" w:rsidRDefault="009E2E5A" w:rsidP="00404717">
            <w:pPr>
              <w:rPr>
                <w:szCs w:val="20"/>
                <w:lang w:val="tr-TR"/>
              </w:rPr>
            </w:pPr>
            <w:r w:rsidRPr="00261BB7">
              <w:rPr>
                <w:szCs w:val="20"/>
                <w:lang w:val="tr-TR"/>
              </w:rPr>
              <w:t>☐</w:t>
            </w:r>
          </w:p>
        </w:tc>
        <w:tc>
          <w:tcPr>
            <w:tcW w:w="342" w:type="pct"/>
            <w:vAlign w:val="center"/>
          </w:tcPr>
          <w:p w14:paraId="205A2890" w14:textId="77777777" w:rsidR="008502DA" w:rsidRPr="00261BB7" w:rsidRDefault="009E2E5A" w:rsidP="00404717">
            <w:pPr>
              <w:rPr>
                <w:szCs w:val="20"/>
                <w:lang w:val="tr-TR"/>
              </w:rPr>
            </w:pPr>
            <w:r w:rsidRPr="00261BB7">
              <w:rPr>
                <w:szCs w:val="20"/>
                <w:lang w:val="tr-TR"/>
              </w:rPr>
              <w:t>☐</w:t>
            </w:r>
          </w:p>
        </w:tc>
      </w:tr>
      <w:tr w:rsidR="008502DA" w:rsidRPr="00261BB7" w14:paraId="0FA500C6" w14:textId="77777777" w:rsidTr="00951F78">
        <w:trPr>
          <w:jc w:val="center"/>
        </w:trPr>
        <w:tc>
          <w:tcPr>
            <w:tcW w:w="2948" w:type="pct"/>
            <w:vAlign w:val="center"/>
          </w:tcPr>
          <w:p w14:paraId="3B7EA136" w14:textId="52C2C755" w:rsidR="008502DA" w:rsidRPr="00261BB7" w:rsidRDefault="00042DF9" w:rsidP="00ED5F30">
            <w:pPr>
              <w:jc w:val="both"/>
              <w:rPr>
                <w:szCs w:val="20"/>
                <w:lang w:val="tr-TR"/>
              </w:rPr>
            </w:pPr>
            <w:r>
              <w:rPr>
                <w:szCs w:val="20"/>
                <w:lang w:val="tr-TR"/>
              </w:rPr>
              <w:t>9</w:t>
            </w:r>
            <w:r w:rsidRPr="00261BB7">
              <w:rPr>
                <w:szCs w:val="20"/>
                <w:lang w:val="tr-TR"/>
              </w:rPr>
              <w:t xml:space="preserve">. </w:t>
            </w:r>
            <w:r w:rsidR="00970251" w:rsidRPr="00261BB7">
              <w:rPr>
                <w:szCs w:val="20"/>
                <w:lang w:val="tr-TR"/>
              </w:rPr>
              <w:t>Öğrenci Bilgi Sistemi (ÖBS)</w:t>
            </w:r>
            <w:r w:rsidR="00970251">
              <w:rPr>
                <w:szCs w:val="20"/>
                <w:lang w:val="tr-TR"/>
              </w:rPr>
              <w:t xml:space="preserve"> </w:t>
            </w:r>
            <w:r>
              <w:rPr>
                <w:szCs w:val="20"/>
                <w:lang w:val="tr-TR"/>
              </w:rPr>
              <w:t xml:space="preserve">otomasyonu </w:t>
            </w:r>
            <w:r w:rsidRPr="00261BB7">
              <w:rPr>
                <w:szCs w:val="20"/>
                <w:lang w:val="tr-TR"/>
              </w:rPr>
              <w:t>üzerinden yapılan başvuru/işlem sonuçları ve bildirimler yeterince açıktır.</w:t>
            </w:r>
          </w:p>
        </w:tc>
        <w:tc>
          <w:tcPr>
            <w:tcW w:w="342" w:type="pct"/>
            <w:vAlign w:val="center"/>
          </w:tcPr>
          <w:p w14:paraId="03FB5E80" w14:textId="77777777" w:rsidR="008502DA" w:rsidRPr="00261BB7" w:rsidRDefault="009E2E5A" w:rsidP="00404717">
            <w:pPr>
              <w:rPr>
                <w:szCs w:val="20"/>
                <w:lang w:val="tr-TR"/>
              </w:rPr>
            </w:pPr>
            <w:r w:rsidRPr="00261BB7">
              <w:rPr>
                <w:szCs w:val="20"/>
                <w:lang w:val="tr-TR"/>
              </w:rPr>
              <w:t>☐</w:t>
            </w:r>
          </w:p>
        </w:tc>
        <w:tc>
          <w:tcPr>
            <w:tcW w:w="342" w:type="pct"/>
            <w:vAlign w:val="center"/>
          </w:tcPr>
          <w:p w14:paraId="5D650BB8" w14:textId="77777777" w:rsidR="008502DA" w:rsidRPr="00261BB7" w:rsidRDefault="009E2E5A" w:rsidP="00404717">
            <w:pPr>
              <w:rPr>
                <w:szCs w:val="20"/>
                <w:lang w:val="tr-TR"/>
              </w:rPr>
            </w:pPr>
            <w:r w:rsidRPr="00261BB7">
              <w:rPr>
                <w:szCs w:val="20"/>
                <w:lang w:val="tr-TR"/>
              </w:rPr>
              <w:t>☐</w:t>
            </w:r>
          </w:p>
        </w:tc>
        <w:tc>
          <w:tcPr>
            <w:tcW w:w="342" w:type="pct"/>
            <w:vAlign w:val="center"/>
          </w:tcPr>
          <w:p w14:paraId="087F8D08" w14:textId="77777777" w:rsidR="008502DA" w:rsidRPr="00261BB7" w:rsidRDefault="009E2E5A" w:rsidP="00404717">
            <w:pPr>
              <w:rPr>
                <w:szCs w:val="20"/>
                <w:lang w:val="tr-TR"/>
              </w:rPr>
            </w:pPr>
            <w:r w:rsidRPr="00261BB7">
              <w:rPr>
                <w:szCs w:val="20"/>
                <w:lang w:val="tr-TR"/>
              </w:rPr>
              <w:t>☐</w:t>
            </w:r>
          </w:p>
        </w:tc>
        <w:tc>
          <w:tcPr>
            <w:tcW w:w="342" w:type="pct"/>
            <w:vAlign w:val="center"/>
          </w:tcPr>
          <w:p w14:paraId="205210B3" w14:textId="77777777" w:rsidR="008502DA" w:rsidRPr="00261BB7" w:rsidRDefault="009E2E5A" w:rsidP="00404717">
            <w:pPr>
              <w:rPr>
                <w:szCs w:val="20"/>
                <w:lang w:val="tr-TR"/>
              </w:rPr>
            </w:pPr>
            <w:r w:rsidRPr="00261BB7">
              <w:rPr>
                <w:szCs w:val="20"/>
                <w:lang w:val="tr-TR"/>
              </w:rPr>
              <w:t>☐</w:t>
            </w:r>
          </w:p>
        </w:tc>
        <w:tc>
          <w:tcPr>
            <w:tcW w:w="342" w:type="pct"/>
            <w:vAlign w:val="center"/>
          </w:tcPr>
          <w:p w14:paraId="07575DA0" w14:textId="77777777" w:rsidR="008502DA" w:rsidRPr="00261BB7" w:rsidRDefault="009E2E5A" w:rsidP="00404717">
            <w:pPr>
              <w:rPr>
                <w:szCs w:val="20"/>
                <w:lang w:val="tr-TR"/>
              </w:rPr>
            </w:pPr>
            <w:r w:rsidRPr="00261BB7">
              <w:rPr>
                <w:szCs w:val="20"/>
                <w:lang w:val="tr-TR"/>
              </w:rPr>
              <w:t>☐</w:t>
            </w:r>
          </w:p>
        </w:tc>
        <w:tc>
          <w:tcPr>
            <w:tcW w:w="342" w:type="pct"/>
            <w:vAlign w:val="center"/>
          </w:tcPr>
          <w:p w14:paraId="3DAF7840" w14:textId="77777777" w:rsidR="008502DA" w:rsidRPr="00261BB7" w:rsidRDefault="009E2E5A" w:rsidP="00404717">
            <w:pPr>
              <w:rPr>
                <w:szCs w:val="20"/>
                <w:lang w:val="tr-TR"/>
              </w:rPr>
            </w:pPr>
            <w:r w:rsidRPr="00261BB7">
              <w:rPr>
                <w:szCs w:val="20"/>
                <w:lang w:val="tr-TR"/>
              </w:rPr>
              <w:t>☐</w:t>
            </w:r>
          </w:p>
        </w:tc>
      </w:tr>
      <w:tr w:rsidR="008502DA" w:rsidRPr="00261BB7" w14:paraId="6C014026" w14:textId="77777777" w:rsidTr="0025121C">
        <w:trPr>
          <w:jc w:val="center"/>
        </w:trPr>
        <w:tc>
          <w:tcPr>
            <w:tcW w:w="2948" w:type="pct"/>
            <w:vAlign w:val="center"/>
          </w:tcPr>
          <w:p w14:paraId="4461752C" w14:textId="6D035E63" w:rsidR="008502DA" w:rsidRPr="00261BB7" w:rsidRDefault="0025121C" w:rsidP="00404717">
            <w:pPr>
              <w:rPr>
                <w:szCs w:val="20"/>
                <w:lang w:val="tr-TR"/>
              </w:rPr>
            </w:pPr>
            <w:r w:rsidRPr="00261BB7">
              <w:rPr>
                <w:szCs w:val="20"/>
                <w:lang w:val="tr-TR"/>
              </w:rPr>
              <w:t>1</w:t>
            </w:r>
            <w:r w:rsidR="00FE2783">
              <w:rPr>
                <w:szCs w:val="20"/>
                <w:lang w:val="tr-TR"/>
              </w:rPr>
              <w:t>0</w:t>
            </w:r>
            <w:r w:rsidRPr="00261BB7">
              <w:rPr>
                <w:szCs w:val="20"/>
                <w:lang w:val="tr-TR"/>
              </w:rPr>
              <w:t>. Öğrenci İşleri Daire Başkanlığının hizmet kalitesi beklentilerimi karşılamaktadır.</w:t>
            </w:r>
          </w:p>
        </w:tc>
        <w:tc>
          <w:tcPr>
            <w:tcW w:w="342" w:type="pct"/>
            <w:vAlign w:val="center"/>
          </w:tcPr>
          <w:p w14:paraId="69D8FB37" w14:textId="77777777" w:rsidR="008502DA" w:rsidRPr="00261BB7" w:rsidRDefault="009E2E5A" w:rsidP="00404717">
            <w:pPr>
              <w:rPr>
                <w:szCs w:val="20"/>
                <w:lang w:val="tr-TR"/>
              </w:rPr>
            </w:pPr>
            <w:r w:rsidRPr="00261BB7">
              <w:rPr>
                <w:szCs w:val="20"/>
                <w:lang w:val="tr-TR"/>
              </w:rPr>
              <w:t>☐</w:t>
            </w:r>
          </w:p>
        </w:tc>
        <w:tc>
          <w:tcPr>
            <w:tcW w:w="342" w:type="pct"/>
            <w:vAlign w:val="center"/>
          </w:tcPr>
          <w:p w14:paraId="442A4BD7" w14:textId="77777777" w:rsidR="008502DA" w:rsidRPr="00261BB7" w:rsidRDefault="009E2E5A" w:rsidP="00404717">
            <w:pPr>
              <w:rPr>
                <w:szCs w:val="20"/>
                <w:lang w:val="tr-TR"/>
              </w:rPr>
            </w:pPr>
            <w:r w:rsidRPr="00261BB7">
              <w:rPr>
                <w:szCs w:val="20"/>
                <w:lang w:val="tr-TR"/>
              </w:rPr>
              <w:t>☐</w:t>
            </w:r>
          </w:p>
        </w:tc>
        <w:tc>
          <w:tcPr>
            <w:tcW w:w="342" w:type="pct"/>
            <w:vAlign w:val="center"/>
          </w:tcPr>
          <w:p w14:paraId="25AC4F4C" w14:textId="77777777" w:rsidR="008502DA" w:rsidRPr="00261BB7" w:rsidRDefault="009E2E5A" w:rsidP="00404717">
            <w:pPr>
              <w:rPr>
                <w:szCs w:val="20"/>
                <w:lang w:val="tr-TR"/>
              </w:rPr>
            </w:pPr>
            <w:r w:rsidRPr="00261BB7">
              <w:rPr>
                <w:szCs w:val="20"/>
                <w:lang w:val="tr-TR"/>
              </w:rPr>
              <w:t>☐</w:t>
            </w:r>
          </w:p>
        </w:tc>
        <w:tc>
          <w:tcPr>
            <w:tcW w:w="342" w:type="pct"/>
            <w:vAlign w:val="center"/>
          </w:tcPr>
          <w:p w14:paraId="5E6AE86E" w14:textId="77777777" w:rsidR="008502DA" w:rsidRPr="00261BB7" w:rsidRDefault="009E2E5A" w:rsidP="00404717">
            <w:pPr>
              <w:rPr>
                <w:szCs w:val="20"/>
                <w:lang w:val="tr-TR"/>
              </w:rPr>
            </w:pPr>
            <w:r w:rsidRPr="00261BB7">
              <w:rPr>
                <w:szCs w:val="20"/>
                <w:lang w:val="tr-TR"/>
              </w:rPr>
              <w:t>☐</w:t>
            </w:r>
          </w:p>
        </w:tc>
        <w:tc>
          <w:tcPr>
            <w:tcW w:w="342" w:type="pct"/>
            <w:vAlign w:val="center"/>
          </w:tcPr>
          <w:p w14:paraId="4663AB49" w14:textId="77777777" w:rsidR="008502DA" w:rsidRPr="00261BB7" w:rsidRDefault="009E2E5A" w:rsidP="00404717">
            <w:pPr>
              <w:rPr>
                <w:szCs w:val="20"/>
                <w:lang w:val="tr-TR"/>
              </w:rPr>
            </w:pPr>
            <w:r w:rsidRPr="00261BB7">
              <w:rPr>
                <w:szCs w:val="20"/>
                <w:lang w:val="tr-TR"/>
              </w:rPr>
              <w:t>☐</w:t>
            </w:r>
          </w:p>
        </w:tc>
        <w:tc>
          <w:tcPr>
            <w:tcW w:w="342" w:type="pct"/>
            <w:vAlign w:val="center"/>
          </w:tcPr>
          <w:p w14:paraId="78AEFBDD" w14:textId="77777777" w:rsidR="008502DA" w:rsidRPr="00261BB7" w:rsidRDefault="009E2E5A" w:rsidP="00404717">
            <w:pPr>
              <w:rPr>
                <w:szCs w:val="20"/>
                <w:lang w:val="tr-TR"/>
              </w:rPr>
            </w:pPr>
            <w:r w:rsidRPr="00261BB7">
              <w:rPr>
                <w:szCs w:val="20"/>
                <w:lang w:val="tr-TR"/>
              </w:rPr>
              <w:t>☐</w:t>
            </w:r>
          </w:p>
        </w:tc>
      </w:tr>
    </w:tbl>
    <w:p w14:paraId="65A27026" w14:textId="77777777" w:rsidR="00895E40" w:rsidRDefault="00895E40" w:rsidP="00404717">
      <w:pPr>
        <w:rPr>
          <w:b/>
          <w:lang w:val="tr-TR"/>
        </w:rPr>
      </w:pPr>
    </w:p>
    <w:p w14:paraId="332257E3" w14:textId="77777777" w:rsidR="00895E40" w:rsidRPr="00895E40" w:rsidRDefault="00895E40" w:rsidP="00895E40">
      <w:pPr>
        <w:rPr>
          <w:b/>
          <w:bCs/>
          <w:lang w:val="tr-TR"/>
        </w:rPr>
      </w:pPr>
      <w:r w:rsidRPr="00895E40">
        <w:rPr>
          <w:b/>
          <w:bCs/>
          <w:lang w:val="tr-TR"/>
        </w:rPr>
        <w:t>C. Öncelikli İyileştirme Alanı ve Açık Uçlu Görüşler</w:t>
      </w:r>
    </w:p>
    <w:p w14:paraId="7FCB806A" w14:textId="47926EBD" w:rsidR="00895E40" w:rsidRPr="00895E40" w:rsidRDefault="00895E40" w:rsidP="00895E40">
      <w:pPr>
        <w:rPr>
          <w:b/>
          <w:bCs/>
          <w:lang w:val="tr-TR"/>
        </w:rPr>
      </w:pPr>
      <w:r w:rsidRPr="00895E40">
        <w:rPr>
          <w:b/>
          <w:bCs/>
          <w:lang w:val="tr-TR"/>
        </w:rPr>
        <w:t>1. Sizce öncelikli olarak hangi alan/alanlar iyileştirilmesi gerekir? (Birden fazla seçenek işaretlenebilir)</w:t>
      </w:r>
    </w:p>
    <w:p w14:paraId="53FDECB6" w14:textId="77777777" w:rsidR="008502DA" w:rsidRPr="00261BB7" w:rsidRDefault="009E2E5A" w:rsidP="00404717">
      <w:pPr>
        <w:rPr>
          <w:lang w:val="tr-TR"/>
        </w:rPr>
      </w:pPr>
      <w:r w:rsidRPr="00261BB7">
        <w:rPr>
          <w:lang w:val="tr-TR"/>
        </w:rPr>
        <w:t>☐ Yanıt süresi</w:t>
      </w:r>
    </w:p>
    <w:p w14:paraId="4F6ED729" w14:textId="77777777" w:rsidR="008502DA" w:rsidRPr="00261BB7" w:rsidRDefault="009E2E5A" w:rsidP="00404717">
      <w:pPr>
        <w:rPr>
          <w:lang w:val="tr-TR"/>
        </w:rPr>
      </w:pPr>
      <w:r w:rsidRPr="00261BB7">
        <w:rPr>
          <w:lang w:val="tr-TR"/>
        </w:rPr>
        <w:t>☐ Telefon/e-posta erişilebilirliği</w:t>
      </w:r>
    </w:p>
    <w:p w14:paraId="6A411FF3" w14:textId="77777777" w:rsidR="008502DA" w:rsidRPr="00261BB7" w:rsidRDefault="009E2E5A" w:rsidP="00404717">
      <w:pPr>
        <w:rPr>
          <w:lang w:val="tr-TR"/>
        </w:rPr>
      </w:pPr>
      <w:r w:rsidRPr="00261BB7">
        <w:rPr>
          <w:lang w:val="tr-TR"/>
        </w:rPr>
        <w:t>☐ Bilgilendirme ve duyuruların açıklığı</w:t>
      </w:r>
    </w:p>
    <w:p w14:paraId="5F73A83C" w14:textId="77777777" w:rsidR="008502DA" w:rsidRPr="00261BB7" w:rsidRDefault="009E2E5A" w:rsidP="00404717">
      <w:pPr>
        <w:rPr>
          <w:lang w:val="tr-TR"/>
        </w:rPr>
      </w:pPr>
      <w:r w:rsidRPr="00261BB7">
        <w:rPr>
          <w:lang w:val="tr-TR"/>
        </w:rPr>
        <w:t>☐ Personel iletişimi</w:t>
      </w:r>
    </w:p>
    <w:p w14:paraId="5D3F9D1A" w14:textId="77777777" w:rsidR="008502DA" w:rsidRPr="00261BB7" w:rsidRDefault="009E2E5A" w:rsidP="00404717">
      <w:pPr>
        <w:rPr>
          <w:lang w:val="tr-TR"/>
        </w:rPr>
      </w:pPr>
      <w:r w:rsidRPr="00261BB7">
        <w:rPr>
          <w:lang w:val="tr-TR"/>
        </w:rPr>
        <w:t>☐ Web sayfası</w:t>
      </w:r>
    </w:p>
    <w:p w14:paraId="6C7AC8E2" w14:textId="77777777" w:rsidR="008502DA" w:rsidRPr="00261BB7" w:rsidRDefault="009E2E5A" w:rsidP="00404717">
      <w:pPr>
        <w:rPr>
          <w:lang w:val="tr-TR"/>
        </w:rPr>
      </w:pPr>
      <w:r w:rsidRPr="00261BB7">
        <w:rPr>
          <w:lang w:val="tr-TR"/>
        </w:rPr>
        <w:t>☐ Öğrenci Bilgi Sistemi (ÖBS)</w:t>
      </w:r>
    </w:p>
    <w:p w14:paraId="3D796928" w14:textId="77777777" w:rsidR="008502DA" w:rsidRPr="00261BB7" w:rsidRDefault="009E2E5A" w:rsidP="00404717">
      <w:pPr>
        <w:rPr>
          <w:lang w:val="tr-TR"/>
        </w:rPr>
      </w:pPr>
      <w:r w:rsidRPr="00261BB7">
        <w:rPr>
          <w:lang w:val="tr-TR"/>
        </w:rPr>
        <w:t>☐ Başvuru/işlem takibi</w:t>
      </w:r>
    </w:p>
    <w:p w14:paraId="75C40276" w14:textId="77777777" w:rsidR="008502DA" w:rsidRPr="00261BB7" w:rsidRDefault="009E2E5A" w:rsidP="00404717">
      <w:pPr>
        <w:rPr>
          <w:lang w:val="tr-TR"/>
        </w:rPr>
      </w:pPr>
      <w:r w:rsidRPr="00261BB7">
        <w:rPr>
          <w:lang w:val="tr-TR"/>
        </w:rPr>
        <w:t>☐ Öncelikli iyileştirme ihtiyacı görmüyorum</w:t>
      </w:r>
    </w:p>
    <w:p w14:paraId="7B9F6E63" w14:textId="77777777" w:rsidR="008502DA" w:rsidRPr="00261BB7" w:rsidRDefault="009E2E5A" w:rsidP="00404717">
      <w:pPr>
        <w:rPr>
          <w:lang w:val="tr-TR"/>
        </w:rPr>
      </w:pPr>
      <w:r w:rsidRPr="00261BB7">
        <w:rPr>
          <w:lang w:val="tr-TR"/>
        </w:rPr>
        <w:t>☐ Diğer: ...............</w:t>
      </w:r>
    </w:p>
    <w:p w14:paraId="023FFFF9" w14:textId="37D0D903" w:rsidR="008502DA" w:rsidRPr="00261BB7" w:rsidRDefault="00E32C91" w:rsidP="00404717">
      <w:pPr>
        <w:rPr>
          <w:lang w:val="tr-TR"/>
        </w:rPr>
      </w:pPr>
      <w:r w:rsidRPr="00261BB7">
        <w:rPr>
          <w:b/>
          <w:lang w:val="tr-TR"/>
        </w:rPr>
        <w:t>2. Öğrenci İşleri Daire Başkanlığı hizmetlerinde geliştirilmesini istediğiniz yönler nelerdir?</w:t>
      </w:r>
      <w:r w:rsidRPr="00261BB7">
        <w:rPr>
          <w:lang w:val="tr-TR"/>
        </w:rPr>
        <w:t xml:space="preserve"> (En fazla </w:t>
      </w:r>
      <w:r w:rsidR="00615190">
        <w:rPr>
          <w:lang w:val="tr-TR"/>
        </w:rPr>
        <w:t>150</w:t>
      </w:r>
      <w:r w:rsidRPr="00261BB7">
        <w:rPr>
          <w:lang w:val="tr-TR"/>
        </w:rPr>
        <w:t xml:space="preserve"> </w:t>
      </w:r>
      <w:r w:rsidR="00615190">
        <w:rPr>
          <w:lang w:val="tr-TR"/>
        </w:rPr>
        <w:t>kelime</w:t>
      </w:r>
      <w:r w:rsidRPr="00261BB7">
        <w:rPr>
          <w:lang w:val="tr-TR"/>
        </w:rPr>
        <w:t>)</w:t>
      </w:r>
    </w:p>
    <w:p w14:paraId="6C4BAA27" w14:textId="77777777" w:rsidR="008502DA" w:rsidRPr="00261BB7" w:rsidRDefault="009E2E5A" w:rsidP="00404717">
      <w:pPr>
        <w:rPr>
          <w:lang w:val="tr-TR"/>
        </w:rPr>
      </w:pPr>
      <w:r w:rsidRPr="00261BB7">
        <w:rPr>
          <w:lang w:val="tr-TR"/>
        </w:rPr>
        <w:t>................................................................................................................................................................</w:t>
      </w:r>
    </w:p>
    <w:p w14:paraId="2DCB8AF0" w14:textId="77777777" w:rsidR="008502DA" w:rsidRPr="00261BB7" w:rsidRDefault="009E2E5A" w:rsidP="00404717">
      <w:pPr>
        <w:rPr>
          <w:lang w:val="tr-TR"/>
        </w:rPr>
      </w:pPr>
      <w:r w:rsidRPr="00261BB7">
        <w:rPr>
          <w:lang w:val="tr-TR"/>
        </w:rPr>
        <w:t>................................................................................................................................................................</w:t>
      </w:r>
    </w:p>
    <w:p w14:paraId="749DF1D3" w14:textId="77777777" w:rsidR="008502DA" w:rsidRPr="00261BB7" w:rsidRDefault="009E2E5A" w:rsidP="00404717">
      <w:pPr>
        <w:rPr>
          <w:lang w:val="tr-TR"/>
        </w:rPr>
      </w:pPr>
      <w:r w:rsidRPr="00261BB7">
        <w:rPr>
          <w:lang w:val="tr-TR"/>
        </w:rPr>
        <w:t>................................................................................................................................................................</w:t>
      </w:r>
    </w:p>
    <w:p w14:paraId="60EEE64A" w14:textId="697EF110" w:rsidR="008502DA" w:rsidRPr="00261BB7" w:rsidRDefault="008502DA" w:rsidP="00404717">
      <w:pPr>
        <w:rPr>
          <w:lang w:val="tr-TR"/>
        </w:rPr>
      </w:pPr>
    </w:p>
    <w:sectPr w:rsidR="008502DA" w:rsidRPr="00261BB7" w:rsidSect="00234F7A">
      <w:headerReference w:type="default" r:id="rId8"/>
      <w:footerReference w:type="default" r:id="rId9"/>
      <w:pgSz w:w="12240" w:h="15840"/>
      <w:pgMar w:top="936" w:right="936" w:bottom="936" w:left="936"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CD3512" w14:textId="77777777" w:rsidR="005C3B8F" w:rsidRDefault="005C3B8F">
      <w:pPr>
        <w:spacing w:after="0" w:line="240" w:lineRule="auto"/>
      </w:pPr>
      <w:r>
        <w:separator/>
      </w:r>
    </w:p>
  </w:endnote>
  <w:endnote w:type="continuationSeparator" w:id="0">
    <w:p w14:paraId="765BEFD7" w14:textId="77777777" w:rsidR="005C3B8F" w:rsidRDefault="005C3B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F659FC" w14:textId="6AE11B5C" w:rsidR="00234F7A" w:rsidRPr="00234F7A" w:rsidRDefault="00234F7A">
    <w:pPr>
      <w:pStyle w:val="AltBilgi"/>
      <w:rPr>
        <w:rFonts w:cs="Arial"/>
      </w:rPr>
    </w:pPr>
    <w:r w:rsidRPr="00234F7A">
      <w:rPr>
        <w:rFonts w:cs="Arial"/>
      </w:rPr>
      <w:t>KYT-FRM-571/00</w:t>
    </w:r>
  </w:p>
  <w:p w14:paraId="54484AF1" w14:textId="451ECD93" w:rsidR="008502DA" w:rsidRDefault="008502DA">
    <w:pPr>
      <w:pStyle w:val="AltBilgi"/>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947074" w14:textId="77777777" w:rsidR="005C3B8F" w:rsidRDefault="005C3B8F">
      <w:pPr>
        <w:spacing w:after="0" w:line="240" w:lineRule="auto"/>
      </w:pPr>
      <w:r>
        <w:separator/>
      </w:r>
    </w:p>
  </w:footnote>
  <w:footnote w:type="continuationSeparator" w:id="0">
    <w:p w14:paraId="2B29C789" w14:textId="77777777" w:rsidR="005C3B8F" w:rsidRDefault="005C3B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4E9DA1" w14:textId="4C749C6B" w:rsidR="00234F7A" w:rsidRDefault="00234F7A">
    <w:pPr>
      <w:pStyle w:val="stBilgi"/>
    </w:pPr>
  </w:p>
  <w:tbl>
    <w:tblPr>
      <w:tblW w:w="5211" w:type="pct"/>
      <w:tblInd w:w="-157" w:type="dxa"/>
      <w:tblBorders>
        <w:top w:val="double" w:sz="4" w:space="0" w:color="auto"/>
        <w:left w:val="double" w:sz="4" w:space="0" w:color="auto"/>
        <w:bottom w:val="double" w:sz="4" w:space="0" w:color="auto"/>
        <w:right w:val="double" w:sz="4" w:space="0" w:color="auto"/>
        <w:insideH w:val="dotted"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1603"/>
      <w:gridCol w:w="9171"/>
    </w:tblGrid>
    <w:tr w:rsidR="00234F7A" w:rsidRPr="008C3F20" w14:paraId="2970501C" w14:textId="77777777" w:rsidTr="00234F7A">
      <w:tblPrEx>
        <w:tblCellMar>
          <w:top w:w="0" w:type="dxa"/>
          <w:bottom w:w="0" w:type="dxa"/>
        </w:tblCellMar>
      </w:tblPrEx>
      <w:trPr>
        <w:cantSplit/>
        <w:trHeight w:val="1246"/>
      </w:trPr>
      <w:tc>
        <w:tcPr>
          <w:tcW w:w="744" w:type="pct"/>
          <w:vAlign w:val="center"/>
        </w:tcPr>
        <w:p w14:paraId="78C4CDFC" w14:textId="134BFBF5" w:rsidR="00234F7A" w:rsidRPr="008C3F20" w:rsidRDefault="00234F7A" w:rsidP="00234F7A">
          <w:pPr>
            <w:jc w:val="center"/>
            <w:rPr>
              <w:rFonts w:cs="Arial"/>
            </w:rPr>
          </w:pPr>
          <w:r w:rsidRPr="008C3F20">
            <w:rPr>
              <w:rFonts w:cs="Arial"/>
              <w:noProof/>
            </w:rPr>
            <w:drawing>
              <wp:inline distT="0" distB="0" distL="0" distR="0" wp14:anchorId="5B020D4B" wp14:editId="5C450C93">
                <wp:extent cx="800100" cy="83820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838200"/>
                        </a:xfrm>
                        <a:prstGeom prst="rect">
                          <a:avLst/>
                        </a:prstGeom>
                        <a:noFill/>
                        <a:ln>
                          <a:noFill/>
                        </a:ln>
                      </pic:spPr>
                    </pic:pic>
                  </a:graphicData>
                </a:graphic>
              </wp:inline>
            </w:drawing>
          </w:r>
        </w:p>
      </w:tc>
      <w:tc>
        <w:tcPr>
          <w:tcW w:w="4256" w:type="pct"/>
          <w:vAlign w:val="center"/>
        </w:tcPr>
        <w:p w14:paraId="743BFC02" w14:textId="77777777" w:rsidR="00234F7A" w:rsidRDefault="00234F7A" w:rsidP="00234F7A">
          <w:pPr>
            <w:pStyle w:val="a"/>
            <w:jc w:val="center"/>
            <w:rPr>
              <w:rFonts w:ascii="Arial" w:hAnsi="Arial" w:cs="Arial"/>
              <w:b/>
              <w:bCs/>
              <w:sz w:val="40"/>
              <w:szCs w:val="40"/>
              <w:lang w:val="tr-TR" w:eastAsia="tr-TR"/>
            </w:rPr>
          </w:pPr>
        </w:p>
        <w:p w14:paraId="311F3149" w14:textId="74BF9174" w:rsidR="00234F7A" w:rsidRPr="008C3F20" w:rsidRDefault="00234F7A" w:rsidP="00234F7A">
          <w:pPr>
            <w:pStyle w:val="a"/>
            <w:jc w:val="center"/>
            <w:rPr>
              <w:rFonts w:ascii="Arial" w:hAnsi="Arial" w:cs="Arial"/>
              <w:b/>
              <w:bCs/>
              <w:sz w:val="40"/>
              <w:szCs w:val="40"/>
              <w:lang w:val="tr-TR" w:eastAsia="tr-TR"/>
            </w:rPr>
          </w:pPr>
          <w:r w:rsidRPr="008C3F20">
            <w:rPr>
              <w:rFonts w:ascii="Arial" w:hAnsi="Arial" w:cs="Arial"/>
              <w:b/>
              <w:bCs/>
              <w:sz w:val="40"/>
              <w:szCs w:val="40"/>
              <w:lang w:val="tr-TR" w:eastAsia="tr-TR"/>
            </w:rPr>
            <w:t xml:space="preserve">SİNOP ÜNİVERSİTESİ </w:t>
          </w:r>
        </w:p>
        <w:p w14:paraId="14B2975D" w14:textId="06B58EC5" w:rsidR="00234F7A" w:rsidRPr="00234F7A" w:rsidRDefault="00234F7A" w:rsidP="00234F7A">
          <w:pPr>
            <w:pStyle w:val="a"/>
            <w:jc w:val="center"/>
            <w:rPr>
              <w:rFonts w:ascii="Arial" w:hAnsi="Arial" w:cs="Arial"/>
              <w:b/>
              <w:bCs/>
              <w:sz w:val="32"/>
              <w:szCs w:val="32"/>
              <w:lang w:val="tr-TR" w:eastAsia="tr-TR"/>
            </w:rPr>
          </w:pPr>
          <w:r w:rsidRPr="008C3F20">
            <w:rPr>
              <w:rFonts w:ascii="Arial" w:hAnsi="Arial" w:cs="Arial"/>
              <w:b/>
              <w:bCs/>
              <w:sz w:val="40"/>
              <w:szCs w:val="40"/>
              <w:lang w:val="tr-TR" w:eastAsia="tr-TR"/>
            </w:rPr>
            <w:t xml:space="preserve"> </w:t>
          </w:r>
          <w:r w:rsidRPr="00234F7A">
            <w:rPr>
              <w:rFonts w:ascii="Arial" w:hAnsi="Arial" w:cs="Arial"/>
              <w:b/>
              <w:bCs/>
              <w:sz w:val="32"/>
              <w:szCs w:val="32"/>
              <w:lang w:val="tr-TR" w:eastAsia="tr-TR"/>
            </w:rPr>
            <w:t>ÖĞRENCİ İŞLERİ BAŞKANLIĞI HİZMET MEMNUNİYET ANKET FORMU</w:t>
          </w:r>
        </w:p>
        <w:p w14:paraId="22657619" w14:textId="77777777" w:rsidR="00234F7A" w:rsidRPr="008C3F20" w:rsidRDefault="00234F7A" w:rsidP="00234F7A">
          <w:pPr>
            <w:pStyle w:val="a"/>
            <w:rPr>
              <w:rFonts w:ascii="Arial" w:hAnsi="Arial" w:cs="Arial"/>
              <w:b/>
              <w:bCs/>
              <w:sz w:val="18"/>
              <w:szCs w:val="18"/>
              <w:lang w:val="tr-TR" w:eastAsia="tr-TR"/>
            </w:rPr>
          </w:pPr>
        </w:p>
      </w:tc>
    </w:tr>
  </w:tbl>
  <w:p w14:paraId="60AEE77D" w14:textId="1A731836" w:rsidR="00234F7A" w:rsidRDefault="00234F7A">
    <w:pPr>
      <w:pStyle w:val="stBilgi"/>
    </w:pPr>
  </w:p>
  <w:p w14:paraId="3E6A8D13" w14:textId="77777777" w:rsidR="00234F7A" w:rsidRDefault="00234F7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abstractNum w:abstractNumId="9" w15:restartNumberingAfterBreak="0">
    <w:nsid w:val="66F63FD9"/>
    <w:multiLevelType w:val="hybridMultilevel"/>
    <w:tmpl w:val="8AF091A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42DF9"/>
    <w:rsid w:val="00045E2F"/>
    <w:rsid w:val="0006063C"/>
    <w:rsid w:val="00061451"/>
    <w:rsid w:val="00061B53"/>
    <w:rsid w:val="00061D49"/>
    <w:rsid w:val="000A4041"/>
    <w:rsid w:val="000C2B2F"/>
    <w:rsid w:val="000F06C9"/>
    <w:rsid w:val="00112711"/>
    <w:rsid w:val="00114F13"/>
    <w:rsid w:val="0011651D"/>
    <w:rsid w:val="0011722F"/>
    <w:rsid w:val="00133A64"/>
    <w:rsid w:val="00135B98"/>
    <w:rsid w:val="001431C9"/>
    <w:rsid w:val="0015074B"/>
    <w:rsid w:val="00186E8E"/>
    <w:rsid w:val="001921C2"/>
    <w:rsid w:val="001C2AA3"/>
    <w:rsid w:val="001E5635"/>
    <w:rsid w:val="001F12E1"/>
    <w:rsid w:val="0022027B"/>
    <w:rsid w:val="00231659"/>
    <w:rsid w:val="00234F7A"/>
    <w:rsid w:val="00246229"/>
    <w:rsid w:val="0025121C"/>
    <w:rsid w:val="00261BB7"/>
    <w:rsid w:val="0029639D"/>
    <w:rsid w:val="002A27E7"/>
    <w:rsid w:val="002A2C04"/>
    <w:rsid w:val="002D5028"/>
    <w:rsid w:val="002D6A3B"/>
    <w:rsid w:val="00326F90"/>
    <w:rsid w:val="00337C3B"/>
    <w:rsid w:val="00350D3B"/>
    <w:rsid w:val="003520D6"/>
    <w:rsid w:val="00381650"/>
    <w:rsid w:val="00386F89"/>
    <w:rsid w:val="003E3548"/>
    <w:rsid w:val="004037FE"/>
    <w:rsid w:val="00404717"/>
    <w:rsid w:val="00432BD6"/>
    <w:rsid w:val="004D1A1D"/>
    <w:rsid w:val="004D787F"/>
    <w:rsid w:val="004E27DA"/>
    <w:rsid w:val="0054400A"/>
    <w:rsid w:val="00597F2A"/>
    <w:rsid w:val="005A496A"/>
    <w:rsid w:val="005C3B8F"/>
    <w:rsid w:val="005D37EE"/>
    <w:rsid w:val="005E587B"/>
    <w:rsid w:val="00615190"/>
    <w:rsid w:val="00653DC8"/>
    <w:rsid w:val="006551AE"/>
    <w:rsid w:val="00666076"/>
    <w:rsid w:val="006C54B5"/>
    <w:rsid w:val="006D02A5"/>
    <w:rsid w:val="00702EC5"/>
    <w:rsid w:val="00745A32"/>
    <w:rsid w:val="00751EB7"/>
    <w:rsid w:val="00771C7F"/>
    <w:rsid w:val="00784F4D"/>
    <w:rsid w:val="007C0943"/>
    <w:rsid w:val="007E02D9"/>
    <w:rsid w:val="007E39F3"/>
    <w:rsid w:val="007F32C2"/>
    <w:rsid w:val="00835CBA"/>
    <w:rsid w:val="00847688"/>
    <w:rsid w:val="008502DA"/>
    <w:rsid w:val="00866394"/>
    <w:rsid w:val="00891DC1"/>
    <w:rsid w:val="00895E40"/>
    <w:rsid w:val="008A049D"/>
    <w:rsid w:val="008B52C5"/>
    <w:rsid w:val="008C5B92"/>
    <w:rsid w:val="008D4CD8"/>
    <w:rsid w:val="00901B0C"/>
    <w:rsid w:val="009312A7"/>
    <w:rsid w:val="00951F78"/>
    <w:rsid w:val="00953B33"/>
    <w:rsid w:val="00970251"/>
    <w:rsid w:val="00972B61"/>
    <w:rsid w:val="00987C5C"/>
    <w:rsid w:val="009A050C"/>
    <w:rsid w:val="009E2E5A"/>
    <w:rsid w:val="009E4B73"/>
    <w:rsid w:val="00A0513B"/>
    <w:rsid w:val="00A10383"/>
    <w:rsid w:val="00A36159"/>
    <w:rsid w:val="00A40B19"/>
    <w:rsid w:val="00A45CF4"/>
    <w:rsid w:val="00A614E9"/>
    <w:rsid w:val="00A7304E"/>
    <w:rsid w:val="00A904F4"/>
    <w:rsid w:val="00A9092E"/>
    <w:rsid w:val="00AA0967"/>
    <w:rsid w:val="00AA1D8D"/>
    <w:rsid w:val="00AA79A6"/>
    <w:rsid w:val="00AF5BAD"/>
    <w:rsid w:val="00B47730"/>
    <w:rsid w:val="00B47C75"/>
    <w:rsid w:val="00B87382"/>
    <w:rsid w:val="00BB1AE9"/>
    <w:rsid w:val="00BB4944"/>
    <w:rsid w:val="00BE5668"/>
    <w:rsid w:val="00C443C0"/>
    <w:rsid w:val="00C44B31"/>
    <w:rsid w:val="00C81E30"/>
    <w:rsid w:val="00C87AC1"/>
    <w:rsid w:val="00CB0664"/>
    <w:rsid w:val="00CC35A3"/>
    <w:rsid w:val="00CD2B57"/>
    <w:rsid w:val="00D0007D"/>
    <w:rsid w:val="00D37954"/>
    <w:rsid w:val="00D66D02"/>
    <w:rsid w:val="00D76545"/>
    <w:rsid w:val="00E32C91"/>
    <w:rsid w:val="00E37F49"/>
    <w:rsid w:val="00E72022"/>
    <w:rsid w:val="00E83935"/>
    <w:rsid w:val="00EB1FA8"/>
    <w:rsid w:val="00EC198C"/>
    <w:rsid w:val="00EC7C29"/>
    <w:rsid w:val="00EC7CE8"/>
    <w:rsid w:val="00ED5F30"/>
    <w:rsid w:val="00FA754E"/>
    <w:rsid w:val="00FC1420"/>
    <w:rsid w:val="00FC3F26"/>
    <w:rsid w:val="00FC693F"/>
    <w:rsid w:val="00FE278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A30200C"/>
  <w14:defaultImageDpi w14:val="300"/>
  <w15:docId w15:val="{492F21C9-338A-4A7D-8ACD-ADC461914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rPr>
      <w:rFonts w:ascii="Arial" w:eastAsia="Arial" w:hAnsi="Arial"/>
      <w:sz w:val="20"/>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1F4E79"/>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1F4E79"/>
      <w:sz w:val="24"/>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1F4E79"/>
      <w:sz w:val="22"/>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
    <w:basedOn w:val="Normal"/>
    <w:next w:val="stBilgi"/>
    <w:link w:val="stbilgiChar0"/>
    <w:rsid w:val="00234F7A"/>
    <w:pPr>
      <w:tabs>
        <w:tab w:val="center" w:pos="4536"/>
        <w:tab w:val="right" w:pos="9072"/>
      </w:tabs>
      <w:spacing w:after="0" w:line="240" w:lineRule="auto"/>
    </w:pPr>
    <w:rPr>
      <w:rFonts w:asciiTheme="minorHAnsi" w:eastAsiaTheme="minorEastAsia" w:hAnsiTheme="minorHAnsi"/>
      <w:sz w:val="24"/>
      <w:szCs w:val="24"/>
    </w:rPr>
  </w:style>
  <w:style w:type="character" w:customStyle="1" w:styleId="stbilgiChar0">
    <w:name w:val="Üstbilgi Char"/>
    <w:link w:val="a"/>
    <w:rsid w:val="00234F7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EA1833-2B62-469D-8E1B-E7975EB18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494</Words>
  <Characters>2816</Characters>
  <Application>Microsoft Office Word</Application>
  <DocSecurity>0</DocSecurity>
  <Lines>23</Lines>
  <Paragraphs>6</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3304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garat</cp:lastModifiedBy>
  <cp:revision>4</cp:revision>
  <dcterms:created xsi:type="dcterms:W3CDTF">2026-06-17T07:37:00Z</dcterms:created>
  <dcterms:modified xsi:type="dcterms:W3CDTF">2026-06-17T07:56:00Z</dcterms:modified>
  <cp:category/>
</cp:coreProperties>
</file>