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6689E3" w14:textId="51742092" w:rsidR="00325CD8" w:rsidRPr="00FA0D0A" w:rsidRDefault="00325CD8" w:rsidP="00DD45DD">
      <w:pPr>
        <w:spacing w:after="160" w:line="240" w:lineRule="auto"/>
        <w:rPr>
          <w:rFonts w:cs="Arial"/>
          <w:noProof/>
          <w:sz w:val="28"/>
          <w:szCs w:val="28"/>
          <w:lang w:val="tr-TR"/>
        </w:rPr>
      </w:pPr>
      <w:bookmarkStart w:id="0" w:name="_GoBack"/>
      <w:bookmarkEnd w:id="0"/>
    </w:p>
    <w:tbl>
      <w:tblPr>
        <w:tblW w:w="10815"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815"/>
      </w:tblGrid>
      <w:tr w:rsidR="0028576F" w:rsidRPr="00FA0D0A" w14:paraId="6BC0F3A4" w14:textId="77777777" w:rsidTr="00572E18">
        <w:trPr>
          <w:trHeight w:val="1203"/>
          <w:jc w:val="center"/>
        </w:trPr>
        <w:tc>
          <w:tcPr>
            <w:tcW w:w="10815" w:type="dxa"/>
            <w:tcMar>
              <w:top w:w="120" w:type="dxa"/>
              <w:left w:w="140" w:type="dxa"/>
              <w:bottom w:w="120" w:type="dxa"/>
              <w:right w:w="140" w:type="dxa"/>
            </w:tcMar>
          </w:tcPr>
          <w:p w14:paraId="7CC49EE1" w14:textId="16479D32" w:rsidR="00325CD8" w:rsidRPr="00FA0D0A" w:rsidRDefault="00EC3642" w:rsidP="00572E18">
            <w:pPr>
              <w:spacing w:after="0"/>
              <w:jc w:val="both"/>
              <w:rPr>
                <w:rFonts w:cs="Arial"/>
                <w:noProof/>
                <w:sz w:val="22"/>
                <w:lang w:val="tr-TR"/>
              </w:rPr>
            </w:pPr>
            <w:r w:rsidRPr="00FA0D0A">
              <w:rPr>
                <w:rFonts w:cs="Arial"/>
                <w:noProof/>
                <w:sz w:val="22"/>
                <w:lang w:val="tr-TR"/>
              </w:rPr>
              <w:t xml:space="preserve">Bu </w:t>
            </w:r>
            <w:r w:rsidR="009F68D7" w:rsidRPr="00FA0D0A">
              <w:rPr>
                <w:rFonts w:cs="Arial"/>
                <w:noProof/>
                <w:sz w:val="22"/>
                <w:lang w:val="tr-TR"/>
              </w:rPr>
              <w:t>form</w:t>
            </w:r>
            <w:r w:rsidRPr="00FA0D0A">
              <w:rPr>
                <w:rFonts w:cs="Arial"/>
                <w:noProof/>
                <w:sz w:val="22"/>
                <w:lang w:val="tr-TR"/>
              </w:rPr>
              <w:t xml:space="preserve">, </w:t>
            </w:r>
            <w:r w:rsidR="009F68D7" w:rsidRPr="00FA0D0A">
              <w:rPr>
                <w:rFonts w:cs="Arial"/>
                <w:noProof/>
                <w:sz w:val="22"/>
                <w:lang w:val="tr-TR"/>
              </w:rPr>
              <w:t xml:space="preserve">Sinop Üniversitesi </w:t>
            </w:r>
            <w:r w:rsidRPr="00FA0D0A">
              <w:rPr>
                <w:rFonts w:cs="Arial"/>
                <w:noProof/>
                <w:sz w:val="22"/>
                <w:lang w:val="tr-TR"/>
              </w:rPr>
              <w:t xml:space="preserve">öğretim elemanlarının mevcut ders yükü dağılımını belirlemek, genel durumu bütüncül biçimde </w:t>
            </w:r>
            <w:r w:rsidR="0022661F" w:rsidRPr="00FA0D0A">
              <w:rPr>
                <w:rFonts w:cs="Arial"/>
                <w:noProof/>
                <w:sz w:val="22"/>
                <w:lang w:val="tr-TR"/>
              </w:rPr>
              <w:t>ortaya koymak</w:t>
            </w:r>
            <w:r w:rsidRPr="00FA0D0A">
              <w:rPr>
                <w:rFonts w:cs="Arial"/>
                <w:noProof/>
                <w:sz w:val="22"/>
                <w:lang w:val="tr-TR"/>
              </w:rPr>
              <w:t xml:space="preserve"> ve özellikle bir öğretim elemanının bir günde üstlenmesi gereken azami ders yüküne ilişkin görüş ve beklentilerini </w:t>
            </w:r>
            <w:r w:rsidR="0022661F" w:rsidRPr="00FA0D0A">
              <w:rPr>
                <w:rFonts w:cs="Arial"/>
                <w:noProof/>
                <w:sz w:val="22"/>
                <w:lang w:val="tr-TR"/>
              </w:rPr>
              <w:t>belirlemek</w:t>
            </w:r>
            <w:r w:rsidRPr="00FA0D0A">
              <w:rPr>
                <w:rFonts w:cs="Arial"/>
                <w:noProof/>
                <w:sz w:val="22"/>
                <w:lang w:val="tr-TR"/>
              </w:rPr>
              <w:t xml:space="preserve"> amacıyla hazırlanmıştır.</w:t>
            </w:r>
          </w:p>
          <w:p w14:paraId="2CE290C4" w14:textId="461649E9" w:rsidR="008A67DD" w:rsidRPr="00FA0D0A" w:rsidRDefault="008A67DD" w:rsidP="00572E18">
            <w:pPr>
              <w:spacing w:after="0"/>
              <w:jc w:val="both"/>
              <w:rPr>
                <w:rFonts w:cs="Arial"/>
                <w:noProof/>
                <w:sz w:val="22"/>
                <w:lang w:val="tr-TR"/>
              </w:rPr>
            </w:pPr>
            <w:r w:rsidRPr="00FA0D0A">
              <w:rPr>
                <w:rFonts w:cs="Arial"/>
                <w:noProof/>
                <w:sz w:val="22"/>
                <w:lang w:val="tr-TR"/>
              </w:rPr>
              <w:t xml:space="preserve">“Ders saati” ifadesi, haftalık ders programında yer alan teorik, uygulama, laboratuvar, atölye, çevrim içi ders, uzmanlık alanı ve danışmanlık dersleri için tanımlanan haftalık saati ifade etmektedir. Maddelerde özellikle “yüz yüze ders” denildiğinde, sınıf, laboratuvar, atölye veya uygulama ortamında yürütülen dersler </w:t>
            </w:r>
            <w:r w:rsidR="00E422C1" w:rsidRPr="00FA0D0A">
              <w:rPr>
                <w:rFonts w:cs="Arial"/>
                <w:noProof/>
                <w:sz w:val="22"/>
                <w:lang w:val="tr-TR"/>
              </w:rPr>
              <w:t>ifade edilmektedir</w:t>
            </w:r>
            <w:r w:rsidRPr="00FA0D0A">
              <w:rPr>
                <w:rFonts w:cs="Arial"/>
                <w:noProof/>
                <w:sz w:val="22"/>
                <w:lang w:val="tr-TR"/>
              </w:rPr>
              <w:t>.</w:t>
            </w:r>
          </w:p>
          <w:p w14:paraId="1C01DE80" w14:textId="77777777" w:rsidR="00A95FB2" w:rsidRPr="00FA0D0A" w:rsidRDefault="00A95FB2" w:rsidP="00572E18">
            <w:pPr>
              <w:spacing w:after="0"/>
              <w:jc w:val="both"/>
              <w:rPr>
                <w:rFonts w:cs="Arial"/>
                <w:noProof/>
                <w:sz w:val="22"/>
                <w:lang w:val="tr-TR"/>
              </w:rPr>
            </w:pPr>
          </w:p>
          <w:p w14:paraId="1E1020A4" w14:textId="534EA63C" w:rsidR="00325CD8" w:rsidRPr="00FA0D0A" w:rsidRDefault="001F2CAE" w:rsidP="00572E18">
            <w:pPr>
              <w:spacing w:after="0"/>
              <w:jc w:val="both"/>
              <w:rPr>
                <w:rFonts w:cs="Arial"/>
                <w:noProof/>
                <w:lang w:val="tr-TR"/>
              </w:rPr>
            </w:pPr>
            <w:r w:rsidRPr="00FA0D0A">
              <w:rPr>
                <w:rFonts w:cs="Arial"/>
                <w:noProof/>
                <w:sz w:val="22"/>
                <w:lang w:val="tr-TR"/>
              </w:rPr>
              <w:t xml:space="preserve">Lütfen </w:t>
            </w:r>
            <w:r w:rsidR="00FA28FC" w:rsidRPr="00FA0D0A">
              <w:rPr>
                <w:rFonts w:cs="Arial"/>
                <w:noProof/>
                <w:sz w:val="22"/>
                <w:lang w:val="tr-TR"/>
              </w:rPr>
              <w:t xml:space="preserve">Sinop Üniversitesinde </w:t>
            </w:r>
            <w:r w:rsidRPr="00FA0D0A">
              <w:rPr>
                <w:rFonts w:cs="Arial"/>
                <w:noProof/>
                <w:sz w:val="22"/>
                <w:lang w:val="tr-TR"/>
              </w:rPr>
              <w:t>bu dönemde yürüttüğünüz dersleri esas alarak soruları yanıtlayınız.</w:t>
            </w:r>
          </w:p>
        </w:tc>
      </w:tr>
    </w:tbl>
    <w:p w14:paraId="6286CAA5" w14:textId="77777777" w:rsidR="00325CD8" w:rsidRPr="00FA0D0A" w:rsidRDefault="001F2CAE" w:rsidP="0028576F">
      <w:pPr>
        <w:spacing w:before="160" w:after="100" w:line="240" w:lineRule="auto"/>
        <w:rPr>
          <w:rFonts w:cs="Arial"/>
          <w:noProof/>
          <w:sz w:val="24"/>
          <w:szCs w:val="24"/>
          <w:lang w:val="tr-TR"/>
        </w:rPr>
      </w:pPr>
      <w:r w:rsidRPr="00FA0D0A">
        <w:rPr>
          <w:rFonts w:cs="Arial"/>
          <w:b/>
          <w:noProof/>
          <w:sz w:val="24"/>
          <w:szCs w:val="24"/>
          <w:lang w:val="tr-TR"/>
        </w:rPr>
        <w:t>A. Genel Bilgiler ve Mevcut Ders Dağılımı</w:t>
      </w:r>
    </w:p>
    <w:p w14:paraId="681910AD" w14:textId="165D0771" w:rsidR="00325CD8" w:rsidRPr="00FA0D0A" w:rsidRDefault="001F2CAE" w:rsidP="0028576F">
      <w:pPr>
        <w:spacing w:before="20" w:after="40" w:line="264" w:lineRule="auto"/>
        <w:rPr>
          <w:rFonts w:cs="Arial"/>
          <w:noProof/>
          <w:sz w:val="22"/>
          <w:lang w:val="tr-TR"/>
        </w:rPr>
      </w:pPr>
      <w:r w:rsidRPr="00FA0D0A">
        <w:rPr>
          <w:rFonts w:cs="Arial"/>
          <w:b/>
          <w:noProof/>
          <w:sz w:val="22"/>
          <w:lang w:val="tr-TR"/>
        </w:rPr>
        <w:t xml:space="preserve">1. </w:t>
      </w:r>
      <w:r w:rsidRPr="00FA0D0A">
        <w:rPr>
          <w:rFonts w:cs="Arial"/>
          <w:b/>
          <w:bCs/>
          <w:noProof/>
          <w:sz w:val="22"/>
          <w:lang w:val="tr-TR"/>
        </w:rPr>
        <w:t>Unvanınız</w:t>
      </w:r>
      <w:r w:rsidR="001D67C1" w:rsidRPr="00FA0D0A">
        <w:rPr>
          <w:rFonts w:cs="Arial"/>
          <w:b/>
          <w:bCs/>
          <w:noProof/>
          <w:sz w:val="22"/>
          <w:lang w:val="tr-TR"/>
        </w:rPr>
        <w:t>:</w:t>
      </w:r>
    </w:p>
    <w:p w14:paraId="24A1BCE7"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Profesör</w:t>
      </w:r>
    </w:p>
    <w:p w14:paraId="6BD8ADA7"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Doçent</w:t>
      </w:r>
    </w:p>
    <w:p w14:paraId="728AC14C" w14:textId="1822AB75"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D</w:t>
      </w:r>
      <w:r w:rsidR="00145266" w:rsidRPr="00FA0D0A">
        <w:rPr>
          <w:rFonts w:cs="Arial"/>
          <w:noProof/>
          <w:sz w:val="22"/>
          <w:lang w:val="tr-TR"/>
        </w:rPr>
        <w:t>oktor</w:t>
      </w:r>
      <w:r w:rsidRPr="00FA0D0A">
        <w:rPr>
          <w:rFonts w:cs="Arial"/>
          <w:noProof/>
          <w:sz w:val="22"/>
          <w:lang w:val="tr-TR"/>
        </w:rPr>
        <w:t xml:space="preserve"> Öğretim Üyesi</w:t>
      </w:r>
    </w:p>
    <w:p w14:paraId="50267486"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Öğretim Görevlisi</w:t>
      </w:r>
    </w:p>
    <w:p w14:paraId="6E511284" w14:textId="1C73F9B8"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xml:space="preserve">□ </w:t>
      </w:r>
      <w:r w:rsidR="00B35956" w:rsidRPr="00FA0D0A">
        <w:rPr>
          <w:rFonts w:cs="Arial"/>
          <w:noProof/>
          <w:sz w:val="22"/>
          <w:lang w:val="tr-TR"/>
        </w:rPr>
        <w:t xml:space="preserve">Dr. </w:t>
      </w:r>
      <w:r w:rsidRPr="00FA0D0A">
        <w:rPr>
          <w:rFonts w:cs="Arial"/>
          <w:noProof/>
          <w:sz w:val="22"/>
          <w:lang w:val="tr-TR"/>
        </w:rPr>
        <w:t>Araştırma Görevlisi</w:t>
      </w:r>
    </w:p>
    <w:p w14:paraId="374049FD" w14:textId="4AC9EA58" w:rsidR="00325CD8" w:rsidRPr="00FA0D0A" w:rsidRDefault="00325CD8" w:rsidP="0028576F">
      <w:pPr>
        <w:spacing w:after="0" w:line="240" w:lineRule="auto"/>
        <w:ind w:left="283"/>
        <w:rPr>
          <w:rFonts w:cs="Arial"/>
          <w:noProof/>
          <w:sz w:val="22"/>
          <w:lang w:val="tr-TR"/>
        </w:rPr>
      </w:pPr>
    </w:p>
    <w:p w14:paraId="38634873" w14:textId="05E4F374" w:rsidR="00325CD8" w:rsidRPr="00FA0D0A" w:rsidRDefault="001F2CAE" w:rsidP="0028576F">
      <w:pPr>
        <w:spacing w:before="20" w:after="40" w:line="264" w:lineRule="auto"/>
        <w:rPr>
          <w:rFonts w:cs="Arial"/>
          <w:noProof/>
          <w:sz w:val="22"/>
          <w:lang w:val="tr-TR"/>
        </w:rPr>
      </w:pPr>
      <w:r w:rsidRPr="00FA0D0A">
        <w:rPr>
          <w:rFonts w:cs="Arial"/>
          <w:b/>
          <w:noProof/>
          <w:sz w:val="22"/>
          <w:lang w:val="tr-TR"/>
        </w:rPr>
        <w:t xml:space="preserve">2. </w:t>
      </w:r>
      <w:r w:rsidRPr="00FA0D0A">
        <w:rPr>
          <w:rFonts w:cs="Arial"/>
          <w:b/>
          <w:bCs/>
          <w:noProof/>
          <w:sz w:val="22"/>
          <w:lang w:val="tr-TR"/>
        </w:rPr>
        <w:t>Görev yaptığınız birim</w:t>
      </w:r>
      <w:r w:rsidR="001D67C1" w:rsidRPr="00FA0D0A">
        <w:rPr>
          <w:rFonts w:cs="Arial"/>
          <w:b/>
          <w:bCs/>
          <w:noProof/>
          <w:sz w:val="22"/>
          <w:lang w:val="tr-TR"/>
        </w:rPr>
        <w:t>:</w:t>
      </w:r>
    </w:p>
    <w:p w14:paraId="53DF3FF0"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Fakülte</w:t>
      </w:r>
    </w:p>
    <w:p w14:paraId="36A4C410"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Yüksekokul</w:t>
      </w:r>
    </w:p>
    <w:p w14:paraId="6A026689"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Meslek Yüksekokulu</w:t>
      </w:r>
    </w:p>
    <w:p w14:paraId="792495F8"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Enstitü</w:t>
      </w:r>
    </w:p>
    <w:p w14:paraId="0B9A4322"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Rektörlüğe bağlı birim</w:t>
      </w:r>
    </w:p>
    <w:p w14:paraId="31DD0EE3" w14:textId="77777777" w:rsidR="0005435C" w:rsidRPr="00FA0D0A" w:rsidRDefault="0005435C" w:rsidP="0028576F">
      <w:pPr>
        <w:spacing w:before="20" w:after="40" w:line="264" w:lineRule="auto"/>
        <w:rPr>
          <w:rFonts w:cs="Arial"/>
          <w:noProof/>
          <w:sz w:val="22"/>
          <w:lang w:val="tr-TR"/>
        </w:rPr>
      </w:pPr>
    </w:p>
    <w:p w14:paraId="114F7135" w14:textId="19E64753" w:rsidR="00325CD8" w:rsidRPr="00FA0D0A" w:rsidRDefault="001F2CAE" w:rsidP="0028576F">
      <w:pPr>
        <w:spacing w:before="20" w:after="40" w:line="264" w:lineRule="auto"/>
        <w:rPr>
          <w:rFonts w:cs="Arial"/>
          <w:iCs/>
          <w:noProof/>
          <w:sz w:val="22"/>
          <w:lang w:val="tr-TR"/>
        </w:rPr>
      </w:pPr>
      <w:r w:rsidRPr="00FA0D0A">
        <w:rPr>
          <w:rFonts w:cs="Arial"/>
          <w:b/>
          <w:noProof/>
          <w:sz w:val="22"/>
          <w:lang w:val="tr-TR"/>
        </w:rPr>
        <w:t xml:space="preserve">3. </w:t>
      </w:r>
      <w:r w:rsidRPr="00FA0D0A">
        <w:rPr>
          <w:rFonts w:cs="Arial"/>
          <w:b/>
          <w:bCs/>
          <w:noProof/>
          <w:sz w:val="22"/>
          <w:lang w:val="tr-TR"/>
        </w:rPr>
        <w:t>Bu dönemde yürüttüğünüz derslerin düzeyi</w:t>
      </w:r>
      <w:r w:rsidRPr="00FA0D0A">
        <w:rPr>
          <w:rFonts w:cs="Arial"/>
          <w:b/>
          <w:bCs/>
          <w:i/>
          <w:noProof/>
          <w:sz w:val="22"/>
          <w:lang w:val="tr-TR"/>
        </w:rPr>
        <w:t xml:space="preserve"> (Birden fazla seçenek işaretlenebilir)</w:t>
      </w:r>
      <w:r w:rsidR="001D67C1" w:rsidRPr="00FA0D0A">
        <w:rPr>
          <w:rFonts w:cs="Arial"/>
          <w:b/>
          <w:bCs/>
          <w:iCs/>
          <w:noProof/>
          <w:sz w:val="22"/>
          <w:lang w:val="tr-TR"/>
        </w:rPr>
        <w:t>:</w:t>
      </w:r>
    </w:p>
    <w:p w14:paraId="2FB6C1C4"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Ön lisans</w:t>
      </w:r>
    </w:p>
    <w:p w14:paraId="113448EF"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Lisans</w:t>
      </w:r>
    </w:p>
    <w:p w14:paraId="1DDEAC4D"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Lisansüstü</w:t>
      </w:r>
    </w:p>
    <w:p w14:paraId="519FD1CA" w14:textId="219A9B6B" w:rsidR="00071888" w:rsidRPr="00FA0D0A" w:rsidRDefault="00071888" w:rsidP="0028576F">
      <w:pPr>
        <w:spacing w:after="0" w:line="240" w:lineRule="auto"/>
        <w:ind w:left="283"/>
        <w:rPr>
          <w:rFonts w:cs="Arial"/>
          <w:noProof/>
          <w:sz w:val="22"/>
          <w:lang w:val="tr-TR"/>
        </w:rPr>
      </w:pPr>
      <w:r w:rsidRPr="00FA0D0A">
        <w:rPr>
          <w:rFonts w:cs="Arial"/>
          <w:noProof/>
          <w:sz w:val="22"/>
          <w:lang w:val="tr-TR"/>
        </w:rPr>
        <w:t>□ Bu dönemde ders yürütmüyorum</w:t>
      </w:r>
    </w:p>
    <w:p w14:paraId="0284D7A6" w14:textId="369D0E60" w:rsidR="00325CD8" w:rsidRPr="00FA0D0A" w:rsidRDefault="00325CD8" w:rsidP="0028576F">
      <w:pPr>
        <w:spacing w:after="0" w:line="240" w:lineRule="auto"/>
        <w:ind w:left="283"/>
        <w:rPr>
          <w:rFonts w:cs="Arial"/>
          <w:noProof/>
          <w:sz w:val="22"/>
          <w:lang w:val="tr-TR"/>
        </w:rPr>
      </w:pPr>
    </w:p>
    <w:p w14:paraId="3D51AE55" w14:textId="3224D87B" w:rsidR="00325CD8" w:rsidRPr="00FA0D0A" w:rsidRDefault="001F2CAE" w:rsidP="0028576F">
      <w:pPr>
        <w:spacing w:before="20" w:after="40" w:line="264" w:lineRule="auto"/>
        <w:rPr>
          <w:rFonts w:cs="Arial"/>
          <w:b/>
          <w:bCs/>
          <w:noProof/>
          <w:sz w:val="22"/>
          <w:lang w:val="tr-TR"/>
        </w:rPr>
      </w:pPr>
      <w:r w:rsidRPr="00FA0D0A">
        <w:rPr>
          <w:rFonts w:cs="Arial"/>
          <w:b/>
          <w:noProof/>
          <w:sz w:val="22"/>
          <w:lang w:val="tr-TR"/>
        </w:rPr>
        <w:t xml:space="preserve">4. </w:t>
      </w:r>
      <w:r w:rsidRPr="00FA0D0A">
        <w:rPr>
          <w:rFonts w:cs="Arial"/>
          <w:b/>
          <w:bCs/>
          <w:noProof/>
          <w:sz w:val="22"/>
          <w:lang w:val="tr-TR"/>
        </w:rPr>
        <w:t>Bu dönemde yürüttüğünüz derslerin niteliği</w:t>
      </w:r>
      <w:r w:rsidRPr="00FA0D0A">
        <w:rPr>
          <w:rFonts w:cs="Arial"/>
          <w:b/>
          <w:bCs/>
          <w:i/>
          <w:noProof/>
          <w:sz w:val="22"/>
          <w:lang w:val="tr-TR"/>
        </w:rPr>
        <w:t xml:space="preserve"> (Uygun olanların tümünü işaretleyiniz)</w:t>
      </w:r>
      <w:r w:rsidR="001D67C1" w:rsidRPr="00FA0D0A">
        <w:rPr>
          <w:rFonts w:cs="Arial"/>
          <w:b/>
          <w:bCs/>
          <w:iCs/>
          <w:noProof/>
          <w:sz w:val="22"/>
          <w:lang w:val="tr-TR"/>
        </w:rPr>
        <w:t>:</w:t>
      </w:r>
    </w:p>
    <w:p w14:paraId="02920B91" w14:textId="59640FF2" w:rsidR="00325CD8" w:rsidRPr="00FA0D0A" w:rsidRDefault="001F2CAE" w:rsidP="00437B0B">
      <w:pPr>
        <w:spacing w:after="0" w:line="240" w:lineRule="auto"/>
        <w:ind w:left="283"/>
        <w:rPr>
          <w:rFonts w:cs="Arial"/>
          <w:noProof/>
          <w:sz w:val="22"/>
          <w:lang w:val="tr-TR"/>
        </w:rPr>
      </w:pPr>
      <w:r w:rsidRPr="00FA0D0A">
        <w:rPr>
          <w:rFonts w:cs="Arial"/>
          <w:noProof/>
          <w:sz w:val="22"/>
          <w:lang w:val="tr-TR"/>
        </w:rPr>
        <w:t xml:space="preserve">□ </w:t>
      </w:r>
      <w:r w:rsidR="00437B0B" w:rsidRPr="00FA0D0A">
        <w:rPr>
          <w:rFonts w:cs="Arial"/>
          <w:noProof/>
          <w:sz w:val="22"/>
          <w:lang w:val="tr-TR"/>
        </w:rPr>
        <w:t>Yüz yüze ders (teorik</w:t>
      </w:r>
      <w:r w:rsidR="005C4658" w:rsidRPr="00FA0D0A">
        <w:rPr>
          <w:rFonts w:cs="Arial"/>
          <w:noProof/>
          <w:sz w:val="22"/>
          <w:lang w:val="tr-TR"/>
        </w:rPr>
        <w:t xml:space="preserve"> </w:t>
      </w:r>
      <w:r w:rsidR="00437B0B" w:rsidRPr="00FA0D0A">
        <w:rPr>
          <w:rFonts w:cs="Arial"/>
          <w:noProof/>
          <w:sz w:val="22"/>
          <w:lang w:val="tr-TR"/>
        </w:rPr>
        <w:t>/</w:t>
      </w:r>
      <w:r w:rsidR="005C4658" w:rsidRPr="00FA0D0A">
        <w:rPr>
          <w:rFonts w:cs="Arial"/>
          <w:noProof/>
          <w:sz w:val="22"/>
          <w:lang w:val="tr-TR"/>
        </w:rPr>
        <w:t xml:space="preserve"> </w:t>
      </w:r>
      <w:r w:rsidRPr="00FA0D0A">
        <w:rPr>
          <w:rFonts w:cs="Arial"/>
          <w:noProof/>
          <w:sz w:val="22"/>
          <w:lang w:val="tr-TR"/>
        </w:rPr>
        <w:t xml:space="preserve">uygulama / laboratuvar / atölye </w:t>
      </w:r>
      <w:r w:rsidR="00437B0B" w:rsidRPr="00FA0D0A">
        <w:rPr>
          <w:rFonts w:cs="Arial"/>
          <w:noProof/>
          <w:sz w:val="22"/>
          <w:lang w:val="tr-TR"/>
        </w:rPr>
        <w:t>vb.)</w:t>
      </w:r>
    </w:p>
    <w:p w14:paraId="37D27C97" w14:textId="25A23378"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xml:space="preserve">□ </w:t>
      </w:r>
      <w:r w:rsidR="00437B0B" w:rsidRPr="00FA0D0A">
        <w:rPr>
          <w:rFonts w:cs="Arial"/>
          <w:noProof/>
          <w:sz w:val="22"/>
          <w:lang w:val="tr-TR"/>
        </w:rPr>
        <w:t xml:space="preserve">Uzaktan eğitim kapsamındaki </w:t>
      </w:r>
      <w:r w:rsidRPr="00FA0D0A">
        <w:rPr>
          <w:rFonts w:cs="Arial"/>
          <w:noProof/>
          <w:sz w:val="22"/>
          <w:lang w:val="tr-TR"/>
        </w:rPr>
        <w:t>ders</w:t>
      </w:r>
    </w:p>
    <w:p w14:paraId="761D6627" w14:textId="33985648"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Uzmanlık alan</w:t>
      </w:r>
      <w:r w:rsidR="00B34842" w:rsidRPr="00FA0D0A">
        <w:rPr>
          <w:rFonts w:cs="Arial"/>
          <w:noProof/>
          <w:sz w:val="22"/>
          <w:lang w:val="tr-TR"/>
        </w:rPr>
        <w:t xml:space="preserve"> dersi</w:t>
      </w:r>
      <w:r w:rsidRPr="00FA0D0A">
        <w:rPr>
          <w:rFonts w:cs="Arial"/>
          <w:noProof/>
          <w:sz w:val="22"/>
          <w:lang w:val="tr-TR"/>
        </w:rPr>
        <w:t xml:space="preserve"> </w:t>
      </w:r>
      <w:r w:rsidR="00B34842" w:rsidRPr="00FA0D0A">
        <w:rPr>
          <w:rFonts w:cs="Arial"/>
          <w:noProof/>
          <w:sz w:val="22"/>
          <w:lang w:val="tr-TR"/>
        </w:rPr>
        <w:t>veya</w:t>
      </w:r>
      <w:r w:rsidRPr="00FA0D0A">
        <w:rPr>
          <w:rFonts w:cs="Arial"/>
          <w:noProof/>
          <w:sz w:val="22"/>
          <w:lang w:val="tr-TR"/>
        </w:rPr>
        <w:t xml:space="preserve"> </w:t>
      </w:r>
      <w:r w:rsidR="00437B0B" w:rsidRPr="00FA0D0A">
        <w:rPr>
          <w:rFonts w:cs="Arial"/>
          <w:noProof/>
          <w:sz w:val="22"/>
          <w:lang w:val="tr-TR"/>
        </w:rPr>
        <w:t>d</w:t>
      </w:r>
      <w:r w:rsidRPr="00FA0D0A">
        <w:rPr>
          <w:rFonts w:cs="Arial"/>
          <w:noProof/>
          <w:sz w:val="22"/>
          <w:lang w:val="tr-TR"/>
        </w:rPr>
        <w:t xml:space="preserve">anışmanlık </w:t>
      </w:r>
      <w:r w:rsidR="00437B0B" w:rsidRPr="00FA0D0A">
        <w:rPr>
          <w:rFonts w:cs="Arial"/>
          <w:noProof/>
          <w:sz w:val="22"/>
          <w:lang w:val="tr-TR"/>
        </w:rPr>
        <w:t xml:space="preserve">dersi vb. </w:t>
      </w:r>
      <w:r w:rsidRPr="00FA0D0A">
        <w:rPr>
          <w:rFonts w:cs="Arial"/>
          <w:noProof/>
          <w:sz w:val="22"/>
          <w:lang w:val="tr-TR"/>
        </w:rPr>
        <w:t>niteli</w:t>
      </w:r>
      <w:r w:rsidR="00437B0B" w:rsidRPr="00FA0D0A">
        <w:rPr>
          <w:rFonts w:cs="Arial"/>
          <w:noProof/>
          <w:sz w:val="22"/>
          <w:lang w:val="tr-TR"/>
        </w:rPr>
        <w:t>ktek</w:t>
      </w:r>
      <w:r w:rsidRPr="00FA0D0A">
        <w:rPr>
          <w:rFonts w:cs="Arial"/>
          <w:noProof/>
          <w:sz w:val="22"/>
          <w:lang w:val="tr-TR"/>
        </w:rPr>
        <w:t>i ders</w:t>
      </w:r>
    </w:p>
    <w:p w14:paraId="60E4D4FC" w14:textId="4E317A39" w:rsidR="00325CD8" w:rsidRPr="00FA0D0A" w:rsidRDefault="00325CD8" w:rsidP="0028576F">
      <w:pPr>
        <w:spacing w:after="0" w:line="240" w:lineRule="auto"/>
        <w:ind w:left="283"/>
        <w:rPr>
          <w:rFonts w:cs="Arial"/>
          <w:noProof/>
          <w:sz w:val="22"/>
          <w:lang w:val="tr-TR"/>
        </w:rPr>
      </w:pPr>
    </w:p>
    <w:p w14:paraId="45CBBA43" w14:textId="62877F28" w:rsidR="00325CD8" w:rsidRPr="00FA0D0A" w:rsidRDefault="001F2CAE" w:rsidP="0028576F">
      <w:pPr>
        <w:spacing w:before="20" w:after="40" w:line="264" w:lineRule="auto"/>
        <w:rPr>
          <w:rFonts w:cs="Arial"/>
          <w:noProof/>
          <w:sz w:val="22"/>
          <w:lang w:val="tr-TR"/>
        </w:rPr>
      </w:pPr>
      <w:r w:rsidRPr="00FA0D0A">
        <w:rPr>
          <w:rFonts w:cs="Arial"/>
          <w:b/>
          <w:noProof/>
          <w:sz w:val="22"/>
          <w:lang w:val="tr-TR"/>
        </w:rPr>
        <w:t xml:space="preserve">5. </w:t>
      </w:r>
      <w:r w:rsidRPr="00FA0D0A">
        <w:rPr>
          <w:rFonts w:cs="Arial"/>
          <w:b/>
          <w:bCs/>
          <w:noProof/>
          <w:sz w:val="22"/>
          <w:lang w:val="tr-TR"/>
        </w:rPr>
        <w:t xml:space="preserve">Bu dönemde yürüttüğünüz </w:t>
      </w:r>
      <w:r w:rsidR="00412BFC" w:rsidRPr="00FA0D0A">
        <w:rPr>
          <w:rFonts w:cs="Arial"/>
          <w:b/>
          <w:bCs/>
          <w:noProof/>
          <w:sz w:val="22"/>
          <w:lang w:val="tr-TR"/>
        </w:rPr>
        <w:t xml:space="preserve">farklı </w:t>
      </w:r>
      <w:r w:rsidRPr="00FA0D0A">
        <w:rPr>
          <w:rFonts w:cs="Arial"/>
          <w:b/>
          <w:bCs/>
          <w:noProof/>
          <w:sz w:val="22"/>
          <w:lang w:val="tr-TR"/>
        </w:rPr>
        <w:t xml:space="preserve">ders </w:t>
      </w:r>
      <w:r w:rsidR="00973093" w:rsidRPr="00FA0D0A">
        <w:rPr>
          <w:rFonts w:cs="Arial"/>
          <w:b/>
          <w:bCs/>
          <w:noProof/>
          <w:sz w:val="22"/>
          <w:lang w:val="tr-TR"/>
        </w:rPr>
        <w:t>sayısı</w:t>
      </w:r>
      <w:r w:rsidR="001D67C1" w:rsidRPr="00FA0D0A">
        <w:rPr>
          <w:rFonts w:cs="Arial"/>
          <w:b/>
          <w:bCs/>
          <w:noProof/>
          <w:sz w:val="22"/>
          <w:lang w:val="tr-TR"/>
        </w:rPr>
        <w:t>:</w:t>
      </w:r>
    </w:p>
    <w:p w14:paraId="33B579B4"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1–2 ders</w:t>
      </w:r>
    </w:p>
    <w:p w14:paraId="540AAE4E"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3–4 ders</w:t>
      </w:r>
    </w:p>
    <w:p w14:paraId="38CDBDDA" w14:textId="17138248"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5–6 ders</w:t>
      </w:r>
      <w:r w:rsidR="00412BFC" w:rsidRPr="00FA0D0A">
        <w:rPr>
          <w:rFonts w:cs="Arial"/>
          <w:noProof/>
          <w:sz w:val="22"/>
          <w:lang w:val="tr-TR"/>
        </w:rPr>
        <w:t xml:space="preserve"> </w:t>
      </w:r>
    </w:p>
    <w:p w14:paraId="47F93407"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7 ders ve üzeri</w:t>
      </w:r>
    </w:p>
    <w:p w14:paraId="4A4C0A6A" w14:textId="77777777" w:rsidR="00DC1CEF" w:rsidRPr="00FA0D0A" w:rsidRDefault="00DC1CEF" w:rsidP="0028576F">
      <w:pPr>
        <w:spacing w:after="0" w:line="240" w:lineRule="auto"/>
        <w:ind w:left="283"/>
        <w:rPr>
          <w:rFonts w:cs="Arial"/>
          <w:noProof/>
          <w:sz w:val="22"/>
          <w:lang w:val="tr-TR"/>
        </w:rPr>
      </w:pPr>
    </w:p>
    <w:p w14:paraId="3E4DD699" w14:textId="0819F438" w:rsidR="00325CD8" w:rsidRPr="00FA0D0A" w:rsidRDefault="001F2CAE" w:rsidP="0028576F">
      <w:pPr>
        <w:spacing w:before="20" w:after="40" w:line="264" w:lineRule="auto"/>
        <w:rPr>
          <w:rFonts w:cs="Arial"/>
          <w:iCs/>
          <w:noProof/>
          <w:sz w:val="22"/>
          <w:lang w:val="tr-TR"/>
        </w:rPr>
      </w:pPr>
      <w:r w:rsidRPr="00FA0D0A">
        <w:rPr>
          <w:rFonts w:cs="Arial"/>
          <w:b/>
          <w:noProof/>
          <w:sz w:val="22"/>
          <w:lang w:val="tr-TR"/>
        </w:rPr>
        <w:lastRenderedPageBreak/>
        <w:t xml:space="preserve">6. </w:t>
      </w:r>
      <w:r w:rsidR="00150130" w:rsidRPr="00FA0D0A">
        <w:rPr>
          <w:rFonts w:cs="Arial"/>
          <w:b/>
          <w:bCs/>
          <w:noProof/>
          <w:sz w:val="22"/>
          <w:lang w:val="tr-TR"/>
        </w:rPr>
        <w:t>H</w:t>
      </w:r>
      <w:r w:rsidRPr="00FA0D0A">
        <w:rPr>
          <w:rFonts w:cs="Arial"/>
          <w:b/>
          <w:bCs/>
          <w:noProof/>
          <w:sz w:val="22"/>
          <w:lang w:val="tr-TR"/>
        </w:rPr>
        <w:t>aftalık toplam ders saatiniz</w:t>
      </w:r>
      <w:r w:rsidRPr="00FA0D0A">
        <w:rPr>
          <w:rFonts w:cs="Arial"/>
          <w:b/>
          <w:bCs/>
          <w:i/>
          <w:noProof/>
          <w:sz w:val="22"/>
          <w:lang w:val="tr-TR"/>
        </w:rPr>
        <w:t xml:space="preserve"> (Tüm ders türleri dâhil)</w:t>
      </w:r>
      <w:r w:rsidR="001D67C1" w:rsidRPr="00FA0D0A">
        <w:rPr>
          <w:rFonts w:cs="Arial"/>
          <w:b/>
          <w:bCs/>
          <w:iCs/>
          <w:noProof/>
          <w:sz w:val="22"/>
          <w:lang w:val="tr-TR"/>
        </w:rPr>
        <w:t>:</w:t>
      </w:r>
    </w:p>
    <w:p w14:paraId="7CB80264" w14:textId="77777777" w:rsidR="00AB394C" w:rsidRPr="00FA0D0A" w:rsidRDefault="00FF7BFC" w:rsidP="0028576F">
      <w:pPr>
        <w:spacing w:after="0" w:line="240" w:lineRule="auto"/>
        <w:ind w:left="283"/>
        <w:rPr>
          <w:rFonts w:cs="Arial"/>
          <w:noProof/>
          <w:sz w:val="22"/>
          <w:lang w:val="tr-TR"/>
        </w:rPr>
      </w:pPr>
      <w:r w:rsidRPr="00FA0D0A">
        <w:rPr>
          <w:rFonts w:cs="Arial"/>
          <w:noProof/>
          <w:sz w:val="22"/>
          <w:lang w:val="tr-TR"/>
        </w:rPr>
        <w:t>□ 0 saat</w:t>
      </w:r>
    </w:p>
    <w:p w14:paraId="4B2E6E31" w14:textId="39E40C48"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xml:space="preserve">□ </w:t>
      </w:r>
      <w:r w:rsidR="00BE5761" w:rsidRPr="00FA0D0A">
        <w:rPr>
          <w:rFonts w:cs="Arial"/>
          <w:noProof/>
          <w:sz w:val="22"/>
          <w:lang w:val="tr-TR"/>
        </w:rPr>
        <w:t>1</w:t>
      </w:r>
      <w:r w:rsidRPr="00FA0D0A">
        <w:rPr>
          <w:rFonts w:cs="Arial"/>
          <w:noProof/>
          <w:sz w:val="22"/>
          <w:lang w:val="tr-TR"/>
        </w:rPr>
        <w:t>–</w:t>
      </w:r>
      <w:r w:rsidR="00BE5761" w:rsidRPr="00FA0D0A">
        <w:rPr>
          <w:rFonts w:cs="Arial"/>
          <w:noProof/>
          <w:sz w:val="22"/>
          <w:lang w:val="tr-TR"/>
        </w:rPr>
        <w:t xml:space="preserve">5 </w:t>
      </w:r>
      <w:r w:rsidRPr="00FA0D0A">
        <w:rPr>
          <w:rFonts w:cs="Arial"/>
          <w:noProof/>
          <w:sz w:val="22"/>
          <w:lang w:val="tr-TR"/>
        </w:rPr>
        <w:t>saat</w:t>
      </w:r>
    </w:p>
    <w:p w14:paraId="48BB86FA" w14:textId="0335C4FF" w:rsidR="00B5109C" w:rsidRPr="00FA0D0A" w:rsidRDefault="00B5109C" w:rsidP="00B5109C">
      <w:pPr>
        <w:spacing w:after="0" w:line="240" w:lineRule="auto"/>
        <w:ind w:left="283"/>
        <w:rPr>
          <w:rFonts w:cs="Arial"/>
          <w:noProof/>
          <w:sz w:val="22"/>
          <w:lang w:val="tr-TR"/>
        </w:rPr>
      </w:pPr>
      <w:r w:rsidRPr="00FA0D0A">
        <w:rPr>
          <w:rFonts w:cs="Arial"/>
          <w:noProof/>
          <w:sz w:val="22"/>
          <w:lang w:val="tr-TR"/>
        </w:rPr>
        <w:t xml:space="preserve">□ </w:t>
      </w:r>
      <w:r w:rsidR="00BE5761" w:rsidRPr="00FA0D0A">
        <w:rPr>
          <w:rFonts w:cs="Arial"/>
          <w:noProof/>
          <w:sz w:val="22"/>
          <w:lang w:val="tr-TR"/>
        </w:rPr>
        <w:t>6</w:t>
      </w:r>
      <w:r w:rsidRPr="00FA0D0A">
        <w:rPr>
          <w:rFonts w:cs="Arial"/>
          <w:noProof/>
          <w:sz w:val="22"/>
          <w:lang w:val="tr-TR"/>
        </w:rPr>
        <w:t>–10 saat</w:t>
      </w:r>
    </w:p>
    <w:p w14:paraId="4F4639FF"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11–15 saat</w:t>
      </w:r>
    </w:p>
    <w:p w14:paraId="542BD090"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16–20 saat</w:t>
      </w:r>
    </w:p>
    <w:p w14:paraId="2FED17DA"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21–25 saat</w:t>
      </w:r>
    </w:p>
    <w:p w14:paraId="35B8E37B"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26–30 saat</w:t>
      </w:r>
    </w:p>
    <w:p w14:paraId="12C55C3A" w14:textId="0D65E85C" w:rsidR="00A043E5" w:rsidRPr="00FA0D0A" w:rsidRDefault="001F2CAE" w:rsidP="00572E18">
      <w:pPr>
        <w:spacing w:after="0" w:line="240" w:lineRule="auto"/>
        <w:ind w:left="283"/>
        <w:rPr>
          <w:rFonts w:cs="Arial"/>
          <w:noProof/>
          <w:sz w:val="22"/>
          <w:lang w:val="tr-TR"/>
        </w:rPr>
      </w:pPr>
      <w:r w:rsidRPr="00FA0D0A">
        <w:rPr>
          <w:rFonts w:cs="Arial"/>
          <w:noProof/>
          <w:sz w:val="22"/>
          <w:lang w:val="tr-TR"/>
        </w:rPr>
        <w:t>□ 31 saat ve üzeri</w:t>
      </w:r>
    </w:p>
    <w:p w14:paraId="4B0E8A46" w14:textId="77777777" w:rsidR="00304144" w:rsidRPr="00FA0D0A" w:rsidRDefault="00304144" w:rsidP="0028576F">
      <w:pPr>
        <w:spacing w:after="0" w:line="240" w:lineRule="auto"/>
        <w:ind w:left="283"/>
        <w:rPr>
          <w:rFonts w:cs="Arial"/>
          <w:noProof/>
          <w:sz w:val="22"/>
          <w:lang w:val="tr-TR"/>
        </w:rPr>
      </w:pPr>
    </w:p>
    <w:p w14:paraId="25C11FEA" w14:textId="74310958" w:rsidR="00325CD8" w:rsidRPr="00FA0D0A" w:rsidRDefault="001F2CAE" w:rsidP="0028576F">
      <w:pPr>
        <w:spacing w:before="20" w:after="40" w:line="264" w:lineRule="auto"/>
        <w:rPr>
          <w:rFonts w:cs="Arial"/>
          <w:iCs/>
          <w:noProof/>
          <w:sz w:val="22"/>
          <w:lang w:val="tr-TR"/>
        </w:rPr>
      </w:pPr>
      <w:r w:rsidRPr="00FA0D0A">
        <w:rPr>
          <w:rFonts w:cs="Arial"/>
          <w:b/>
          <w:noProof/>
          <w:sz w:val="22"/>
          <w:lang w:val="tr-TR"/>
        </w:rPr>
        <w:t xml:space="preserve">7. </w:t>
      </w:r>
      <w:r w:rsidRPr="00FA0D0A">
        <w:rPr>
          <w:rFonts w:cs="Arial"/>
          <w:b/>
          <w:bCs/>
          <w:noProof/>
          <w:sz w:val="22"/>
          <w:lang w:val="tr-TR"/>
        </w:rPr>
        <w:t xml:space="preserve">Haftalık yüz yüze </w:t>
      </w:r>
      <w:r w:rsidR="00F57822" w:rsidRPr="00FA0D0A">
        <w:rPr>
          <w:rFonts w:cs="Arial"/>
          <w:b/>
          <w:bCs/>
          <w:noProof/>
          <w:sz w:val="22"/>
          <w:lang w:val="tr-TR"/>
        </w:rPr>
        <w:t xml:space="preserve">toplam </w:t>
      </w:r>
      <w:r w:rsidRPr="00FA0D0A">
        <w:rPr>
          <w:rFonts w:cs="Arial"/>
          <w:b/>
          <w:bCs/>
          <w:noProof/>
          <w:sz w:val="22"/>
          <w:lang w:val="tr-TR"/>
        </w:rPr>
        <w:t>ders saatiniz</w:t>
      </w:r>
      <w:r w:rsidRPr="00FA0D0A">
        <w:rPr>
          <w:rFonts w:cs="Arial"/>
          <w:b/>
          <w:bCs/>
          <w:i/>
          <w:noProof/>
          <w:sz w:val="22"/>
          <w:lang w:val="tr-TR"/>
        </w:rPr>
        <w:t xml:space="preserve"> (Sınıf, laboratuvar, atölye ve grup uygulamaları dâhil)</w:t>
      </w:r>
      <w:r w:rsidR="001D67C1" w:rsidRPr="00FA0D0A">
        <w:rPr>
          <w:rFonts w:cs="Arial"/>
          <w:b/>
          <w:bCs/>
          <w:iCs/>
          <w:noProof/>
          <w:sz w:val="22"/>
          <w:lang w:val="tr-TR"/>
        </w:rPr>
        <w:t>:</w:t>
      </w:r>
    </w:p>
    <w:p w14:paraId="3E7C2B3B" w14:textId="77777777" w:rsidR="001B501B" w:rsidRPr="00FA0D0A" w:rsidRDefault="001B501B" w:rsidP="001B501B">
      <w:pPr>
        <w:spacing w:after="0" w:line="240" w:lineRule="auto"/>
        <w:ind w:left="283"/>
        <w:rPr>
          <w:rFonts w:cs="Arial"/>
          <w:noProof/>
          <w:sz w:val="22"/>
          <w:lang w:val="tr-TR"/>
        </w:rPr>
      </w:pPr>
      <w:r w:rsidRPr="00FA0D0A">
        <w:rPr>
          <w:rFonts w:cs="Arial"/>
          <w:noProof/>
          <w:sz w:val="22"/>
          <w:lang w:val="tr-TR"/>
        </w:rPr>
        <w:t>□ 0 saat</w:t>
      </w:r>
    </w:p>
    <w:p w14:paraId="3C9350DF" w14:textId="77777777" w:rsidR="001B501B" w:rsidRPr="00FA0D0A" w:rsidRDefault="001B501B" w:rsidP="001B501B">
      <w:pPr>
        <w:spacing w:after="0" w:line="240" w:lineRule="auto"/>
        <w:ind w:left="283"/>
        <w:rPr>
          <w:rFonts w:cs="Arial"/>
          <w:noProof/>
          <w:sz w:val="22"/>
          <w:lang w:val="tr-TR"/>
        </w:rPr>
      </w:pPr>
      <w:r w:rsidRPr="00FA0D0A">
        <w:rPr>
          <w:rFonts w:cs="Arial"/>
          <w:noProof/>
          <w:sz w:val="22"/>
          <w:lang w:val="tr-TR"/>
        </w:rPr>
        <w:t>□ 1–5 saat</w:t>
      </w:r>
    </w:p>
    <w:p w14:paraId="7A925E10" w14:textId="77777777" w:rsidR="001B501B" w:rsidRPr="00FA0D0A" w:rsidRDefault="001B501B" w:rsidP="001B501B">
      <w:pPr>
        <w:spacing w:after="0" w:line="240" w:lineRule="auto"/>
        <w:ind w:left="283"/>
        <w:rPr>
          <w:rFonts w:cs="Arial"/>
          <w:noProof/>
          <w:sz w:val="22"/>
          <w:lang w:val="tr-TR"/>
        </w:rPr>
      </w:pPr>
      <w:r w:rsidRPr="00FA0D0A">
        <w:rPr>
          <w:rFonts w:cs="Arial"/>
          <w:noProof/>
          <w:sz w:val="22"/>
          <w:lang w:val="tr-TR"/>
        </w:rPr>
        <w:t>□ 6–10 saat</w:t>
      </w:r>
    </w:p>
    <w:p w14:paraId="5C2F90F5" w14:textId="77777777" w:rsidR="001B501B" w:rsidRPr="00FA0D0A" w:rsidRDefault="001B501B" w:rsidP="001B501B">
      <w:pPr>
        <w:spacing w:after="0" w:line="240" w:lineRule="auto"/>
        <w:ind w:left="283"/>
        <w:rPr>
          <w:rFonts w:cs="Arial"/>
          <w:noProof/>
          <w:sz w:val="22"/>
          <w:lang w:val="tr-TR"/>
        </w:rPr>
      </w:pPr>
      <w:r w:rsidRPr="00FA0D0A">
        <w:rPr>
          <w:rFonts w:cs="Arial"/>
          <w:noProof/>
          <w:sz w:val="22"/>
          <w:lang w:val="tr-TR"/>
        </w:rPr>
        <w:t>□ 11–15 saat</w:t>
      </w:r>
    </w:p>
    <w:p w14:paraId="27D8FEAB" w14:textId="77777777" w:rsidR="001B501B" w:rsidRPr="00FA0D0A" w:rsidRDefault="001B501B" w:rsidP="001B501B">
      <w:pPr>
        <w:spacing w:after="0" w:line="240" w:lineRule="auto"/>
        <w:ind w:left="283"/>
        <w:rPr>
          <w:rFonts w:cs="Arial"/>
          <w:noProof/>
          <w:sz w:val="22"/>
          <w:lang w:val="tr-TR"/>
        </w:rPr>
      </w:pPr>
      <w:r w:rsidRPr="00FA0D0A">
        <w:rPr>
          <w:rFonts w:cs="Arial"/>
          <w:noProof/>
          <w:sz w:val="22"/>
          <w:lang w:val="tr-TR"/>
        </w:rPr>
        <w:t>□ 16–20 saat</w:t>
      </w:r>
    </w:p>
    <w:p w14:paraId="4AAE9CAB" w14:textId="77777777" w:rsidR="001B501B" w:rsidRPr="00FA0D0A" w:rsidRDefault="001B501B" w:rsidP="001B501B">
      <w:pPr>
        <w:spacing w:after="0" w:line="240" w:lineRule="auto"/>
        <w:ind w:left="283"/>
        <w:rPr>
          <w:rFonts w:cs="Arial"/>
          <w:noProof/>
          <w:sz w:val="22"/>
          <w:lang w:val="tr-TR"/>
        </w:rPr>
      </w:pPr>
      <w:r w:rsidRPr="00FA0D0A">
        <w:rPr>
          <w:rFonts w:cs="Arial"/>
          <w:noProof/>
          <w:sz w:val="22"/>
          <w:lang w:val="tr-TR"/>
        </w:rPr>
        <w:t>□ 21–25 saat</w:t>
      </w:r>
    </w:p>
    <w:p w14:paraId="27BD2EF4" w14:textId="77777777" w:rsidR="001B501B" w:rsidRPr="00FA0D0A" w:rsidRDefault="001B501B" w:rsidP="001B501B">
      <w:pPr>
        <w:spacing w:after="0" w:line="240" w:lineRule="auto"/>
        <w:ind w:left="283"/>
        <w:rPr>
          <w:rFonts w:cs="Arial"/>
          <w:noProof/>
          <w:sz w:val="22"/>
          <w:lang w:val="tr-TR"/>
        </w:rPr>
      </w:pPr>
      <w:r w:rsidRPr="00FA0D0A">
        <w:rPr>
          <w:rFonts w:cs="Arial"/>
          <w:noProof/>
          <w:sz w:val="22"/>
          <w:lang w:val="tr-TR"/>
        </w:rPr>
        <w:t>□ 26–30 saat</w:t>
      </w:r>
    </w:p>
    <w:p w14:paraId="1FBF1086" w14:textId="77777777" w:rsidR="001B501B" w:rsidRPr="00FA0D0A" w:rsidRDefault="001B501B" w:rsidP="001B501B">
      <w:pPr>
        <w:spacing w:after="0" w:line="240" w:lineRule="auto"/>
        <w:ind w:left="283"/>
        <w:rPr>
          <w:rFonts w:cs="Arial"/>
          <w:noProof/>
          <w:sz w:val="22"/>
          <w:lang w:val="tr-TR"/>
        </w:rPr>
      </w:pPr>
      <w:r w:rsidRPr="00FA0D0A">
        <w:rPr>
          <w:rFonts w:cs="Arial"/>
          <w:noProof/>
          <w:sz w:val="22"/>
          <w:lang w:val="tr-TR"/>
        </w:rPr>
        <w:t>□ 31 saat ve üzeri</w:t>
      </w:r>
    </w:p>
    <w:p w14:paraId="3DB6AF2C" w14:textId="77777777" w:rsidR="00704735" w:rsidRPr="00FA0D0A" w:rsidRDefault="00704735" w:rsidP="0028576F">
      <w:pPr>
        <w:spacing w:after="0" w:line="240" w:lineRule="auto"/>
        <w:ind w:left="283"/>
        <w:rPr>
          <w:rFonts w:cs="Arial"/>
          <w:noProof/>
          <w:sz w:val="22"/>
          <w:lang w:val="tr-TR"/>
        </w:rPr>
      </w:pPr>
    </w:p>
    <w:p w14:paraId="403E6067" w14:textId="21CF8454" w:rsidR="00325CD8" w:rsidRPr="00FA0D0A" w:rsidRDefault="001F2CAE" w:rsidP="0028576F">
      <w:pPr>
        <w:spacing w:before="20" w:after="40" w:line="264" w:lineRule="auto"/>
        <w:rPr>
          <w:rFonts w:cs="Arial"/>
          <w:noProof/>
          <w:sz w:val="22"/>
          <w:lang w:val="tr-TR"/>
        </w:rPr>
      </w:pPr>
      <w:r w:rsidRPr="00FA0D0A">
        <w:rPr>
          <w:rFonts w:cs="Arial"/>
          <w:b/>
          <w:noProof/>
          <w:sz w:val="22"/>
          <w:lang w:val="tr-TR"/>
        </w:rPr>
        <w:t>8.</w:t>
      </w:r>
      <w:r w:rsidR="00B04945" w:rsidRPr="00FA0D0A">
        <w:rPr>
          <w:rFonts w:cs="Arial"/>
          <w:b/>
          <w:noProof/>
          <w:sz w:val="22"/>
          <w:lang w:val="tr-TR"/>
        </w:rPr>
        <w:t xml:space="preserve"> </w:t>
      </w:r>
      <w:r w:rsidR="00D55AAA" w:rsidRPr="00FA0D0A">
        <w:rPr>
          <w:rFonts w:cs="Arial"/>
          <w:b/>
          <w:noProof/>
          <w:sz w:val="22"/>
          <w:lang w:val="tr-TR"/>
        </w:rPr>
        <w:t xml:space="preserve">Haftalık </w:t>
      </w:r>
      <w:r w:rsidR="00E551AF" w:rsidRPr="00FA0D0A">
        <w:rPr>
          <w:rFonts w:cs="Arial"/>
          <w:b/>
          <w:noProof/>
          <w:sz w:val="22"/>
          <w:lang w:val="tr-TR"/>
        </w:rPr>
        <w:t>u</w:t>
      </w:r>
      <w:r w:rsidR="00B04945" w:rsidRPr="00FA0D0A">
        <w:rPr>
          <w:rFonts w:cs="Arial"/>
          <w:b/>
          <w:noProof/>
          <w:sz w:val="22"/>
          <w:lang w:val="tr-TR"/>
        </w:rPr>
        <w:t xml:space="preserve">zaktan eğitimde </w:t>
      </w:r>
      <w:r w:rsidR="00F57822" w:rsidRPr="00FA0D0A">
        <w:rPr>
          <w:rFonts w:cs="Arial"/>
          <w:b/>
          <w:noProof/>
          <w:sz w:val="22"/>
          <w:lang w:val="tr-TR"/>
        </w:rPr>
        <w:t xml:space="preserve">toplam </w:t>
      </w:r>
      <w:r w:rsidRPr="00FA0D0A">
        <w:rPr>
          <w:rFonts w:cs="Arial"/>
          <w:b/>
          <w:noProof/>
          <w:sz w:val="22"/>
          <w:lang w:val="tr-TR"/>
        </w:rPr>
        <w:t>ders saatiniz</w:t>
      </w:r>
      <w:r w:rsidR="00E97C7A" w:rsidRPr="00FA0D0A">
        <w:rPr>
          <w:rFonts w:cs="Arial"/>
          <w:b/>
          <w:noProof/>
          <w:sz w:val="22"/>
          <w:lang w:val="tr-TR"/>
        </w:rPr>
        <w:t>:</w:t>
      </w:r>
    </w:p>
    <w:p w14:paraId="7CD045DD" w14:textId="77777777" w:rsidR="001B501B" w:rsidRPr="00FA0D0A" w:rsidRDefault="001B501B" w:rsidP="001B501B">
      <w:pPr>
        <w:spacing w:after="0" w:line="240" w:lineRule="auto"/>
        <w:ind w:left="283"/>
        <w:rPr>
          <w:rFonts w:cs="Arial"/>
          <w:noProof/>
          <w:sz w:val="22"/>
          <w:lang w:val="tr-TR"/>
        </w:rPr>
      </w:pPr>
      <w:r w:rsidRPr="00FA0D0A">
        <w:rPr>
          <w:rFonts w:cs="Arial"/>
          <w:noProof/>
          <w:sz w:val="22"/>
          <w:lang w:val="tr-TR"/>
        </w:rPr>
        <w:t>□ 0 saat</w:t>
      </w:r>
    </w:p>
    <w:p w14:paraId="5D1535EE" w14:textId="77777777" w:rsidR="001B501B" w:rsidRPr="00FA0D0A" w:rsidRDefault="001B501B" w:rsidP="001B501B">
      <w:pPr>
        <w:spacing w:after="0" w:line="240" w:lineRule="auto"/>
        <w:ind w:left="283"/>
        <w:rPr>
          <w:rFonts w:cs="Arial"/>
          <w:noProof/>
          <w:sz w:val="22"/>
          <w:lang w:val="tr-TR"/>
        </w:rPr>
      </w:pPr>
      <w:r w:rsidRPr="00FA0D0A">
        <w:rPr>
          <w:rFonts w:cs="Arial"/>
          <w:noProof/>
          <w:sz w:val="22"/>
          <w:lang w:val="tr-TR"/>
        </w:rPr>
        <w:t>□ 1–5 saat</w:t>
      </w:r>
    </w:p>
    <w:p w14:paraId="11C2D50A" w14:textId="77777777" w:rsidR="001B501B" w:rsidRPr="00FA0D0A" w:rsidRDefault="001B501B" w:rsidP="001B501B">
      <w:pPr>
        <w:spacing w:after="0" w:line="240" w:lineRule="auto"/>
        <w:ind w:left="283"/>
        <w:rPr>
          <w:rFonts w:cs="Arial"/>
          <w:noProof/>
          <w:sz w:val="22"/>
          <w:lang w:val="tr-TR"/>
        </w:rPr>
      </w:pPr>
      <w:r w:rsidRPr="00FA0D0A">
        <w:rPr>
          <w:rFonts w:cs="Arial"/>
          <w:noProof/>
          <w:sz w:val="22"/>
          <w:lang w:val="tr-TR"/>
        </w:rPr>
        <w:t>□ 6–10 saat</w:t>
      </w:r>
    </w:p>
    <w:p w14:paraId="7A73917C" w14:textId="77777777" w:rsidR="001B501B" w:rsidRPr="00FA0D0A" w:rsidRDefault="001B501B" w:rsidP="001B501B">
      <w:pPr>
        <w:spacing w:after="0" w:line="240" w:lineRule="auto"/>
        <w:ind w:left="283"/>
        <w:rPr>
          <w:rFonts w:cs="Arial"/>
          <w:noProof/>
          <w:sz w:val="22"/>
          <w:lang w:val="tr-TR"/>
        </w:rPr>
      </w:pPr>
      <w:r w:rsidRPr="00FA0D0A">
        <w:rPr>
          <w:rFonts w:cs="Arial"/>
          <w:noProof/>
          <w:sz w:val="22"/>
          <w:lang w:val="tr-TR"/>
        </w:rPr>
        <w:t>□ 11–15 saat</w:t>
      </w:r>
    </w:p>
    <w:p w14:paraId="3EA12C5F" w14:textId="77777777" w:rsidR="001B501B" w:rsidRPr="00FA0D0A" w:rsidRDefault="001B501B" w:rsidP="001B501B">
      <w:pPr>
        <w:spacing w:after="0" w:line="240" w:lineRule="auto"/>
        <w:ind w:left="283"/>
        <w:rPr>
          <w:rFonts w:cs="Arial"/>
          <w:noProof/>
          <w:sz w:val="22"/>
          <w:lang w:val="tr-TR"/>
        </w:rPr>
      </w:pPr>
      <w:r w:rsidRPr="00FA0D0A">
        <w:rPr>
          <w:rFonts w:cs="Arial"/>
          <w:noProof/>
          <w:sz w:val="22"/>
          <w:lang w:val="tr-TR"/>
        </w:rPr>
        <w:t>□ 16–20 saat</w:t>
      </w:r>
    </w:p>
    <w:p w14:paraId="483008C2" w14:textId="77777777" w:rsidR="001B501B" w:rsidRPr="00FA0D0A" w:rsidRDefault="001B501B" w:rsidP="001B501B">
      <w:pPr>
        <w:spacing w:after="0" w:line="240" w:lineRule="auto"/>
        <w:ind w:left="283"/>
        <w:rPr>
          <w:rFonts w:cs="Arial"/>
          <w:noProof/>
          <w:sz w:val="22"/>
          <w:lang w:val="tr-TR"/>
        </w:rPr>
      </w:pPr>
      <w:r w:rsidRPr="00FA0D0A">
        <w:rPr>
          <w:rFonts w:cs="Arial"/>
          <w:noProof/>
          <w:sz w:val="22"/>
          <w:lang w:val="tr-TR"/>
        </w:rPr>
        <w:t>□ 21–25 saat</w:t>
      </w:r>
    </w:p>
    <w:p w14:paraId="75CCE8EB" w14:textId="77777777" w:rsidR="001B501B" w:rsidRPr="00FA0D0A" w:rsidRDefault="001B501B" w:rsidP="001B501B">
      <w:pPr>
        <w:spacing w:after="0" w:line="240" w:lineRule="auto"/>
        <w:ind w:left="283"/>
        <w:rPr>
          <w:rFonts w:cs="Arial"/>
          <w:noProof/>
          <w:sz w:val="22"/>
          <w:lang w:val="tr-TR"/>
        </w:rPr>
      </w:pPr>
      <w:r w:rsidRPr="00FA0D0A">
        <w:rPr>
          <w:rFonts w:cs="Arial"/>
          <w:noProof/>
          <w:sz w:val="22"/>
          <w:lang w:val="tr-TR"/>
        </w:rPr>
        <w:t>□ 26–30 saat</w:t>
      </w:r>
    </w:p>
    <w:p w14:paraId="51107588" w14:textId="77777777" w:rsidR="001B501B" w:rsidRPr="00FA0D0A" w:rsidRDefault="001B501B" w:rsidP="001B501B">
      <w:pPr>
        <w:spacing w:after="0" w:line="240" w:lineRule="auto"/>
        <w:ind w:left="283"/>
        <w:rPr>
          <w:rFonts w:cs="Arial"/>
          <w:noProof/>
          <w:sz w:val="22"/>
          <w:lang w:val="tr-TR"/>
        </w:rPr>
      </w:pPr>
      <w:r w:rsidRPr="00FA0D0A">
        <w:rPr>
          <w:rFonts w:cs="Arial"/>
          <w:noProof/>
          <w:sz w:val="22"/>
          <w:lang w:val="tr-TR"/>
        </w:rPr>
        <w:t>□ 31 saat ve üzeri</w:t>
      </w:r>
    </w:p>
    <w:p w14:paraId="76F03328" w14:textId="77777777" w:rsidR="003227BB" w:rsidRPr="00FA0D0A" w:rsidRDefault="003227BB" w:rsidP="0028576F">
      <w:pPr>
        <w:spacing w:after="0" w:line="240" w:lineRule="auto"/>
        <w:ind w:left="283"/>
        <w:rPr>
          <w:rFonts w:cs="Arial"/>
          <w:noProof/>
          <w:sz w:val="22"/>
          <w:lang w:val="tr-TR"/>
        </w:rPr>
      </w:pPr>
    </w:p>
    <w:p w14:paraId="0B2A5650" w14:textId="4E722247" w:rsidR="00325CD8" w:rsidRPr="00FA0D0A" w:rsidRDefault="003227BB" w:rsidP="0028576F">
      <w:pPr>
        <w:spacing w:before="20" w:after="40" w:line="264" w:lineRule="auto"/>
        <w:rPr>
          <w:rFonts w:cs="Arial"/>
          <w:noProof/>
          <w:sz w:val="22"/>
          <w:lang w:val="tr-TR"/>
        </w:rPr>
      </w:pPr>
      <w:r w:rsidRPr="00FA0D0A">
        <w:rPr>
          <w:rFonts w:cs="Arial"/>
          <w:b/>
          <w:noProof/>
          <w:sz w:val="22"/>
          <w:lang w:val="tr-TR"/>
        </w:rPr>
        <w:t>9</w:t>
      </w:r>
      <w:r w:rsidR="00BE65CA" w:rsidRPr="00FA0D0A">
        <w:rPr>
          <w:rFonts w:cs="Arial"/>
          <w:b/>
          <w:noProof/>
          <w:sz w:val="22"/>
          <w:lang w:val="tr-TR"/>
        </w:rPr>
        <w:t xml:space="preserve">. </w:t>
      </w:r>
      <w:r w:rsidR="00BE65CA" w:rsidRPr="00FA0D0A">
        <w:rPr>
          <w:rFonts w:cs="Arial"/>
          <w:b/>
          <w:bCs/>
          <w:noProof/>
          <w:sz w:val="22"/>
          <w:lang w:val="tr-TR"/>
        </w:rPr>
        <w:t>Haftalık uzmanlık alan</w:t>
      </w:r>
      <w:r w:rsidR="0071599A" w:rsidRPr="00FA0D0A">
        <w:rPr>
          <w:rFonts w:cs="Arial"/>
          <w:b/>
          <w:bCs/>
          <w:noProof/>
          <w:sz w:val="22"/>
          <w:lang w:val="tr-TR"/>
        </w:rPr>
        <w:t xml:space="preserve"> dersi</w:t>
      </w:r>
      <w:r w:rsidR="00BE65CA" w:rsidRPr="00FA0D0A">
        <w:rPr>
          <w:rFonts w:cs="Arial"/>
          <w:b/>
          <w:bCs/>
          <w:noProof/>
          <w:sz w:val="22"/>
          <w:lang w:val="tr-TR"/>
        </w:rPr>
        <w:t xml:space="preserve"> / danışmanlık</w:t>
      </w:r>
      <w:r w:rsidR="0071599A" w:rsidRPr="00FA0D0A">
        <w:rPr>
          <w:rFonts w:cs="Arial"/>
          <w:b/>
          <w:bCs/>
          <w:noProof/>
          <w:sz w:val="22"/>
          <w:lang w:val="tr-TR"/>
        </w:rPr>
        <w:t xml:space="preserve"> dersi</w:t>
      </w:r>
      <w:r w:rsidR="00BE65CA" w:rsidRPr="00FA0D0A">
        <w:rPr>
          <w:rFonts w:cs="Arial"/>
          <w:b/>
          <w:bCs/>
          <w:noProof/>
          <w:sz w:val="22"/>
          <w:lang w:val="tr-TR"/>
        </w:rPr>
        <w:t xml:space="preserve"> </w:t>
      </w:r>
      <w:r w:rsidR="007F09DB" w:rsidRPr="00FA0D0A">
        <w:rPr>
          <w:rFonts w:cs="Arial"/>
          <w:b/>
          <w:bCs/>
          <w:noProof/>
          <w:sz w:val="22"/>
          <w:lang w:val="tr-TR"/>
        </w:rPr>
        <w:t xml:space="preserve">vb. </w:t>
      </w:r>
      <w:r w:rsidR="001020D4" w:rsidRPr="00FA0D0A">
        <w:rPr>
          <w:rFonts w:cs="Arial"/>
          <w:b/>
          <w:bCs/>
          <w:noProof/>
          <w:sz w:val="22"/>
          <w:lang w:val="tr-TR"/>
        </w:rPr>
        <w:t xml:space="preserve">nitelikte olan </w:t>
      </w:r>
      <w:r w:rsidR="00F57822" w:rsidRPr="00FA0D0A">
        <w:rPr>
          <w:rFonts w:cs="Arial"/>
          <w:b/>
          <w:bCs/>
          <w:noProof/>
          <w:sz w:val="22"/>
          <w:lang w:val="tr-TR"/>
        </w:rPr>
        <w:t xml:space="preserve">toplam </w:t>
      </w:r>
      <w:r w:rsidR="00BE65CA" w:rsidRPr="00FA0D0A">
        <w:rPr>
          <w:rFonts w:cs="Arial"/>
          <w:b/>
          <w:bCs/>
          <w:noProof/>
          <w:sz w:val="22"/>
          <w:lang w:val="tr-TR"/>
        </w:rPr>
        <w:t>ders saatiniz</w:t>
      </w:r>
      <w:r w:rsidR="00E97C7A" w:rsidRPr="00FA0D0A">
        <w:rPr>
          <w:rFonts w:cs="Arial"/>
          <w:b/>
          <w:bCs/>
          <w:noProof/>
          <w:sz w:val="22"/>
          <w:lang w:val="tr-TR"/>
        </w:rPr>
        <w:t>:</w:t>
      </w:r>
    </w:p>
    <w:p w14:paraId="640EB906" w14:textId="77777777" w:rsidR="00BA5A33" w:rsidRPr="00FA0D0A" w:rsidRDefault="00BA5A33" w:rsidP="00BA5A33">
      <w:pPr>
        <w:spacing w:after="0" w:line="240" w:lineRule="auto"/>
        <w:ind w:left="283"/>
        <w:rPr>
          <w:rFonts w:cs="Arial"/>
          <w:noProof/>
          <w:sz w:val="22"/>
          <w:lang w:val="tr-TR"/>
        </w:rPr>
      </w:pPr>
      <w:r w:rsidRPr="00FA0D0A">
        <w:rPr>
          <w:rFonts w:cs="Arial"/>
          <w:noProof/>
          <w:sz w:val="22"/>
          <w:lang w:val="tr-TR"/>
        </w:rPr>
        <w:t>□ 0 saat</w:t>
      </w:r>
    </w:p>
    <w:p w14:paraId="23DD19F6" w14:textId="77777777" w:rsidR="00BA5A33" w:rsidRPr="00FA0D0A" w:rsidRDefault="00BA5A33" w:rsidP="00BA5A33">
      <w:pPr>
        <w:spacing w:after="0" w:line="240" w:lineRule="auto"/>
        <w:ind w:left="283"/>
        <w:rPr>
          <w:rFonts w:cs="Arial"/>
          <w:noProof/>
          <w:sz w:val="22"/>
          <w:lang w:val="tr-TR"/>
        </w:rPr>
      </w:pPr>
      <w:r w:rsidRPr="00FA0D0A">
        <w:rPr>
          <w:rFonts w:cs="Arial"/>
          <w:noProof/>
          <w:sz w:val="22"/>
          <w:lang w:val="tr-TR"/>
        </w:rPr>
        <w:t>□ 1–5 saat</w:t>
      </w:r>
    </w:p>
    <w:p w14:paraId="7439B2BA" w14:textId="77777777" w:rsidR="00BA5A33" w:rsidRPr="00FA0D0A" w:rsidRDefault="00BA5A33" w:rsidP="00BA5A33">
      <w:pPr>
        <w:spacing w:after="0" w:line="240" w:lineRule="auto"/>
        <w:ind w:left="283"/>
        <w:rPr>
          <w:rFonts w:cs="Arial"/>
          <w:noProof/>
          <w:sz w:val="22"/>
          <w:lang w:val="tr-TR"/>
        </w:rPr>
      </w:pPr>
      <w:r w:rsidRPr="00FA0D0A">
        <w:rPr>
          <w:rFonts w:cs="Arial"/>
          <w:noProof/>
          <w:sz w:val="22"/>
          <w:lang w:val="tr-TR"/>
        </w:rPr>
        <w:t>□ 6–10 saat</w:t>
      </w:r>
    </w:p>
    <w:p w14:paraId="648A8AE5" w14:textId="77777777" w:rsidR="00BA5A33" w:rsidRPr="00FA0D0A" w:rsidRDefault="00BA5A33" w:rsidP="00BA5A33">
      <w:pPr>
        <w:spacing w:after="0" w:line="240" w:lineRule="auto"/>
        <w:ind w:left="283"/>
        <w:rPr>
          <w:rFonts w:cs="Arial"/>
          <w:noProof/>
          <w:sz w:val="22"/>
          <w:lang w:val="tr-TR"/>
        </w:rPr>
      </w:pPr>
      <w:r w:rsidRPr="00FA0D0A">
        <w:rPr>
          <w:rFonts w:cs="Arial"/>
          <w:noProof/>
          <w:sz w:val="22"/>
          <w:lang w:val="tr-TR"/>
        </w:rPr>
        <w:t>□ 11–15 saat</w:t>
      </w:r>
    </w:p>
    <w:p w14:paraId="31FF60D0" w14:textId="77777777" w:rsidR="00BA5A33" w:rsidRPr="00FA0D0A" w:rsidRDefault="00BA5A33" w:rsidP="00BA5A33">
      <w:pPr>
        <w:spacing w:after="0" w:line="240" w:lineRule="auto"/>
        <w:ind w:left="283"/>
        <w:rPr>
          <w:rFonts w:cs="Arial"/>
          <w:noProof/>
          <w:sz w:val="22"/>
          <w:lang w:val="tr-TR"/>
        </w:rPr>
      </w:pPr>
      <w:r w:rsidRPr="00FA0D0A">
        <w:rPr>
          <w:rFonts w:cs="Arial"/>
          <w:noProof/>
          <w:sz w:val="22"/>
          <w:lang w:val="tr-TR"/>
        </w:rPr>
        <w:t>□ 16–20 saat</w:t>
      </w:r>
    </w:p>
    <w:p w14:paraId="2D31DB70" w14:textId="77777777" w:rsidR="00BA5A33" w:rsidRPr="00FA0D0A" w:rsidRDefault="00BA5A33" w:rsidP="00BA5A33">
      <w:pPr>
        <w:spacing w:after="0" w:line="240" w:lineRule="auto"/>
        <w:ind w:left="283"/>
        <w:rPr>
          <w:rFonts w:cs="Arial"/>
          <w:noProof/>
          <w:sz w:val="22"/>
          <w:lang w:val="tr-TR"/>
        </w:rPr>
      </w:pPr>
      <w:r w:rsidRPr="00FA0D0A">
        <w:rPr>
          <w:rFonts w:cs="Arial"/>
          <w:noProof/>
          <w:sz w:val="22"/>
          <w:lang w:val="tr-TR"/>
        </w:rPr>
        <w:t>□ 21–25 saat</w:t>
      </w:r>
    </w:p>
    <w:p w14:paraId="6CBC234A" w14:textId="77777777" w:rsidR="00BA5A33" w:rsidRPr="00FA0D0A" w:rsidRDefault="00BA5A33" w:rsidP="00BA5A33">
      <w:pPr>
        <w:spacing w:after="0" w:line="240" w:lineRule="auto"/>
        <w:ind w:left="283"/>
        <w:rPr>
          <w:rFonts w:cs="Arial"/>
          <w:noProof/>
          <w:sz w:val="22"/>
          <w:lang w:val="tr-TR"/>
        </w:rPr>
      </w:pPr>
      <w:r w:rsidRPr="00FA0D0A">
        <w:rPr>
          <w:rFonts w:cs="Arial"/>
          <w:noProof/>
          <w:sz w:val="22"/>
          <w:lang w:val="tr-TR"/>
        </w:rPr>
        <w:t>□ 26–30 saat</w:t>
      </w:r>
    </w:p>
    <w:p w14:paraId="08A2B24A" w14:textId="77777777" w:rsidR="00BA5A33" w:rsidRPr="00FA0D0A" w:rsidRDefault="00BA5A33" w:rsidP="00BA5A33">
      <w:pPr>
        <w:spacing w:after="0" w:line="240" w:lineRule="auto"/>
        <w:ind w:left="283"/>
        <w:rPr>
          <w:rFonts w:cs="Arial"/>
          <w:noProof/>
          <w:sz w:val="22"/>
          <w:lang w:val="tr-TR"/>
        </w:rPr>
      </w:pPr>
      <w:r w:rsidRPr="00FA0D0A">
        <w:rPr>
          <w:rFonts w:cs="Arial"/>
          <w:noProof/>
          <w:sz w:val="22"/>
          <w:lang w:val="tr-TR"/>
        </w:rPr>
        <w:t>□ 31 saat ve üzeri</w:t>
      </w:r>
    </w:p>
    <w:p w14:paraId="4EBDFFDE" w14:textId="77777777" w:rsidR="000E0A69" w:rsidRPr="00FA0D0A" w:rsidRDefault="000E0A69" w:rsidP="0028576F">
      <w:pPr>
        <w:spacing w:before="20" w:after="40" w:line="264" w:lineRule="auto"/>
        <w:rPr>
          <w:rFonts w:cs="Arial"/>
          <w:b/>
          <w:noProof/>
          <w:sz w:val="22"/>
          <w:lang w:val="tr-TR"/>
        </w:rPr>
      </w:pPr>
    </w:p>
    <w:p w14:paraId="3642258D" w14:textId="370569E5" w:rsidR="00325CD8" w:rsidRPr="00FA0D0A" w:rsidRDefault="001F2CAE" w:rsidP="0028576F">
      <w:pPr>
        <w:spacing w:before="20" w:after="40" w:line="264" w:lineRule="auto"/>
        <w:rPr>
          <w:rFonts w:cs="Arial"/>
          <w:noProof/>
          <w:sz w:val="22"/>
          <w:lang w:val="tr-TR"/>
        </w:rPr>
      </w:pPr>
      <w:r w:rsidRPr="00FA0D0A">
        <w:rPr>
          <w:rFonts w:cs="Arial"/>
          <w:b/>
          <w:noProof/>
          <w:sz w:val="22"/>
          <w:lang w:val="tr-TR"/>
        </w:rPr>
        <w:t>1</w:t>
      </w:r>
      <w:r w:rsidR="000E0A69" w:rsidRPr="00FA0D0A">
        <w:rPr>
          <w:rFonts w:cs="Arial"/>
          <w:b/>
          <w:noProof/>
          <w:sz w:val="22"/>
          <w:lang w:val="tr-TR"/>
        </w:rPr>
        <w:t>0</w:t>
      </w:r>
      <w:r w:rsidRPr="00FA0D0A">
        <w:rPr>
          <w:rFonts w:cs="Arial"/>
          <w:b/>
          <w:noProof/>
          <w:sz w:val="22"/>
          <w:lang w:val="tr-TR"/>
        </w:rPr>
        <w:t xml:space="preserve">. </w:t>
      </w:r>
      <w:r w:rsidR="004377FD" w:rsidRPr="00FA0D0A">
        <w:rPr>
          <w:rFonts w:cs="Arial"/>
          <w:b/>
          <w:bCs/>
          <w:noProof/>
          <w:sz w:val="22"/>
          <w:lang w:val="tr-TR"/>
        </w:rPr>
        <w:t>Ön lisans / lisans düzeyinde y</w:t>
      </w:r>
      <w:r w:rsidRPr="00FA0D0A">
        <w:rPr>
          <w:rFonts w:cs="Arial"/>
          <w:b/>
          <w:bCs/>
          <w:noProof/>
          <w:sz w:val="22"/>
          <w:lang w:val="tr-TR"/>
        </w:rPr>
        <w:t xml:space="preserve">üz yüze </w:t>
      </w:r>
      <w:r w:rsidR="00F57822" w:rsidRPr="00FA0D0A">
        <w:rPr>
          <w:rFonts w:cs="Arial"/>
          <w:b/>
          <w:bCs/>
          <w:noProof/>
          <w:sz w:val="22"/>
          <w:lang w:val="tr-TR"/>
        </w:rPr>
        <w:t xml:space="preserve">toplam </w:t>
      </w:r>
      <w:r w:rsidRPr="00FA0D0A">
        <w:rPr>
          <w:rFonts w:cs="Arial"/>
          <w:b/>
          <w:bCs/>
          <w:noProof/>
          <w:sz w:val="22"/>
          <w:lang w:val="tr-TR"/>
        </w:rPr>
        <w:t>ders</w:t>
      </w:r>
      <w:r w:rsidR="004377FD" w:rsidRPr="00FA0D0A">
        <w:rPr>
          <w:rFonts w:cs="Arial"/>
          <w:b/>
          <w:bCs/>
          <w:noProof/>
          <w:sz w:val="22"/>
          <w:lang w:val="tr-TR"/>
        </w:rPr>
        <w:t xml:space="preserve"> saatiniz</w:t>
      </w:r>
      <w:r w:rsidR="00E97C7A" w:rsidRPr="00FA0D0A">
        <w:rPr>
          <w:rFonts w:cs="Arial"/>
          <w:b/>
          <w:bCs/>
          <w:noProof/>
          <w:sz w:val="22"/>
          <w:lang w:val="tr-TR"/>
        </w:rPr>
        <w:t>:</w:t>
      </w:r>
    </w:p>
    <w:p w14:paraId="609DB3DB" w14:textId="77777777" w:rsidR="008D32E2" w:rsidRPr="00FA0D0A" w:rsidRDefault="008D32E2" w:rsidP="008D32E2">
      <w:pPr>
        <w:spacing w:after="0" w:line="240" w:lineRule="auto"/>
        <w:ind w:left="283"/>
        <w:rPr>
          <w:rFonts w:cs="Arial"/>
          <w:noProof/>
          <w:sz w:val="22"/>
          <w:lang w:val="tr-TR"/>
        </w:rPr>
      </w:pPr>
      <w:r w:rsidRPr="00FA0D0A">
        <w:rPr>
          <w:rFonts w:cs="Arial"/>
          <w:noProof/>
          <w:sz w:val="22"/>
          <w:lang w:val="tr-TR"/>
        </w:rPr>
        <w:t>□ 0 saat</w:t>
      </w:r>
    </w:p>
    <w:p w14:paraId="1D09B16D" w14:textId="77777777" w:rsidR="008D32E2" w:rsidRPr="00FA0D0A" w:rsidRDefault="008D32E2" w:rsidP="008D32E2">
      <w:pPr>
        <w:spacing w:after="0" w:line="240" w:lineRule="auto"/>
        <w:ind w:left="283"/>
        <w:rPr>
          <w:rFonts w:cs="Arial"/>
          <w:noProof/>
          <w:sz w:val="22"/>
          <w:lang w:val="tr-TR"/>
        </w:rPr>
      </w:pPr>
      <w:r w:rsidRPr="00FA0D0A">
        <w:rPr>
          <w:rFonts w:cs="Arial"/>
          <w:noProof/>
          <w:sz w:val="22"/>
          <w:lang w:val="tr-TR"/>
        </w:rPr>
        <w:t>□ 1–5 saat</w:t>
      </w:r>
    </w:p>
    <w:p w14:paraId="17E86669" w14:textId="77777777" w:rsidR="008D32E2" w:rsidRPr="00FA0D0A" w:rsidRDefault="008D32E2" w:rsidP="008D32E2">
      <w:pPr>
        <w:spacing w:after="0" w:line="240" w:lineRule="auto"/>
        <w:ind w:left="283"/>
        <w:rPr>
          <w:rFonts w:cs="Arial"/>
          <w:noProof/>
          <w:sz w:val="22"/>
          <w:lang w:val="tr-TR"/>
        </w:rPr>
      </w:pPr>
      <w:r w:rsidRPr="00FA0D0A">
        <w:rPr>
          <w:rFonts w:cs="Arial"/>
          <w:noProof/>
          <w:sz w:val="22"/>
          <w:lang w:val="tr-TR"/>
        </w:rPr>
        <w:t>□ 6–10 saat</w:t>
      </w:r>
    </w:p>
    <w:p w14:paraId="49AD8C62" w14:textId="77777777" w:rsidR="008D32E2" w:rsidRPr="00FA0D0A" w:rsidRDefault="008D32E2" w:rsidP="008D32E2">
      <w:pPr>
        <w:spacing w:after="0" w:line="240" w:lineRule="auto"/>
        <w:ind w:left="283"/>
        <w:rPr>
          <w:rFonts w:cs="Arial"/>
          <w:noProof/>
          <w:sz w:val="22"/>
          <w:lang w:val="tr-TR"/>
        </w:rPr>
      </w:pPr>
      <w:r w:rsidRPr="00FA0D0A">
        <w:rPr>
          <w:rFonts w:cs="Arial"/>
          <w:noProof/>
          <w:sz w:val="22"/>
          <w:lang w:val="tr-TR"/>
        </w:rPr>
        <w:t>□ 11–15 saat</w:t>
      </w:r>
    </w:p>
    <w:p w14:paraId="21EF54F5" w14:textId="77777777" w:rsidR="008D32E2" w:rsidRPr="00FA0D0A" w:rsidRDefault="008D32E2" w:rsidP="008D32E2">
      <w:pPr>
        <w:spacing w:after="0" w:line="240" w:lineRule="auto"/>
        <w:ind w:left="283"/>
        <w:rPr>
          <w:rFonts w:cs="Arial"/>
          <w:noProof/>
          <w:sz w:val="22"/>
          <w:lang w:val="tr-TR"/>
        </w:rPr>
      </w:pPr>
      <w:r w:rsidRPr="00FA0D0A">
        <w:rPr>
          <w:rFonts w:cs="Arial"/>
          <w:noProof/>
          <w:sz w:val="22"/>
          <w:lang w:val="tr-TR"/>
        </w:rPr>
        <w:t>□ 16–20 saat</w:t>
      </w:r>
    </w:p>
    <w:p w14:paraId="759B0E2C" w14:textId="77777777" w:rsidR="008D32E2" w:rsidRPr="00FA0D0A" w:rsidRDefault="008D32E2" w:rsidP="008D32E2">
      <w:pPr>
        <w:spacing w:after="0" w:line="240" w:lineRule="auto"/>
        <w:ind w:left="283"/>
        <w:rPr>
          <w:rFonts w:cs="Arial"/>
          <w:noProof/>
          <w:sz w:val="22"/>
          <w:lang w:val="tr-TR"/>
        </w:rPr>
      </w:pPr>
      <w:r w:rsidRPr="00FA0D0A">
        <w:rPr>
          <w:rFonts w:cs="Arial"/>
          <w:noProof/>
          <w:sz w:val="22"/>
          <w:lang w:val="tr-TR"/>
        </w:rPr>
        <w:t>□ 21–25 saat</w:t>
      </w:r>
    </w:p>
    <w:p w14:paraId="587B9FA6" w14:textId="77777777" w:rsidR="008D32E2" w:rsidRPr="00FA0D0A" w:rsidRDefault="008D32E2" w:rsidP="008D32E2">
      <w:pPr>
        <w:spacing w:after="0" w:line="240" w:lineRule="auto"/>
        <w:ind w:left="283"/>
        <w:rPr>
          <w:rFonts w:cs="Arial"/>
          <w:noProof/>
          <w:sz w:val="22"/>
          <w:lang w:val="tr-TR"/>
        </w:rPr>
      </w:pPr>
      <w:r w:rsidRPr="00FA0D0A">
        <w:rPr>
          <w:rFonts w:cs="Arial"/>
          <w:noProof/>
          <w:sz w:val="22"/>
          <w:lang w:val="tr-TR"/>
        </w:rPr>
        <w:lastRenderedPageBreak/>
        <w:t>□ 26–30 saat</w:t>
      </w:r>
    </w:p>
    <w:p w14:paraId="19A89247" w14:textId="77777777" w:rsidR="008D32E2" w:rsidRPr="00FA0D0A" w:rsidRDefault="008D32E2" w:rsidP="008D32E2">
      <w:pPr>
        <w:spacing w:after="0" w:line="240" w:lineRule="auto"/>
        <w:ind w:left="283"/>
        <w:rPr>
          <w:rFonts w:cs="Arial"/>
          <w:noProof/>
          <w:sz w:val="22"/>
          <w:lang w:val="tr-TR"/>
        </w:rPr>
      </w:pPr>
      <w:r w:rsidRPr="00FA0D0A">
        <w:rPr>
          <w:rFonts w:cs="Arial"/>
          <w:noProof/>
          <w:sz w:val="22"/>
          <w:lang w:val="tr-TR"/>
        </w:rPr>
        <w:t>□ 31 saat ve üzeri</w:t>
      </w:r>
    </w:p>
    <w:p w14:paraId="2F4F1DCE" w14:textId="77777777" w:rsidR="000E0A69" w:rsidRPr="00FA0D0A" w:rsidRDefault="000E0A69" w:rsidP="0028576F">
      <w:pPr>
        <w:spacing w:after="0" w:line="240" w:lineRule="auto"/>
        <w:ind w:left="283"/>
        <w:rPr>
          <w:rFonts w:cs="Arial"/>
          <w:noProof/>
          <w:sz w:val="22"/>
          <w:lang w:val="tr-TR"/>
        </w:rPr>
      </w:pPr>
    </w:p>
    <w:p w14:paraId="58F675FA" w14:textId="7297F746" w:rsidR="00E07D77" w:rsidRPr="00FA0D0A" w:rsidRDefault="001F2CAE" w:rsidP="00D470E9">
      <w:pPr>
        <w:spacing w:before="20" w:after="40" w:line="264" w:lineRule="auto"/>
        <w:rPr>
          <w:rFonts w:cs="Arial"/>
          <w:noProof/>
          <w:sz w:val="22"/>
          <w:lang w:val="tr-TR"/>
        </w:rPr>
      </w:pPr>
      <w:r w:rsidRPr="00FA0D0A">
        <w:rPr>
          <w:rFonts w:cs="Arial"/>
          <w:b/>
          <w:noProof/>
          <w:sz w:val="22"/>
          <w:lang w:val="tr-TR"/>
        </w:rPr>
        <w:t>1</w:t>
      </w:r>
      <w:r w:rsidR="000E0A69" w:rsidRPr="00FA0D0A">
        <w:rPr>
          <w:rFonts w:cs="Arial"/>
          <w:b/>
          <w:noProof/>
          <w:sz w:val="22"/>
          <w:lang w:val="tr-TR"/>
        </w:rPr>
        <w:t>1</w:t>
      </w:r>
      <w:r w:rsidRPr="00FA0D0A">
        <w:rPr>
          <w:rFonts w:cs="Arial"/>
          <w:b/>
          <w:noProof/>
          <w:sz w:val="22"/>
          <w:lang w:val="tr-TR"/>
        </w:rPr>
        <w:t xml:space="preserve">. </w:t>
      </w:r>
      <w:r w:rsidR="00004FFE" w:rsidRPr="00FA0D0A">
        <w:rPr>
          <w:rFonts w:cs="Arial"/>
          <w:b/>
          <w:bCs/>
          <w:noProof/>
          <w:sz w:val="22"/>
          <w:lang w:val="tr-TR"/>
        </w:rPr>
        <w:t xml:space="preserve">Lisansüstü düzeyinde yüz yüze </w:t>
      </w:r>
      <w:r w:rsidR="005B5945" w:rsidRPr="00FA0D0A">
        <w:rPr>
          <w:rFonts w:cs="Arial"/>
          <w:b/>
          <w:bCs/>
          <w:noProof/>
          <w:sz w:val="22"/>
          <w:lang w:val="tr-TR"/>
        </w:rPr>
        <w:t xml:space="preserve">toplam </w:t>
      </w:r>
      <w:r w:rsidR="00004FFE" w:rsidRPr="00FA0D0A">
        <w:rPr>
          <w:rFonts w:cs="Arial"/>
          <w:b/>
          <w:bCs/>
          <w:noProof/>
          <w:sz w:val="22"/>
          <w:lang w:val="tr-TR"/>
        </w:rPr>
        <w:t>ders saatiniz</w:t>
      </w:r>
      <w:r w:rsidR="00E97C7A" w:rsidRPr="00FA0D0A">
        <w:rPr>
          <w:rFonts w:cs="Arial"/>
          <w:b/>
          <w:bCs/>
          <w:noProof/>
          <w:sz w:val="22"/>
          <w:lang w:val="tr-TR"/>
        </w:rPr>
        <w:t>:</w:t>
      </w:r>
    </w:p>
    <w:p w14:paraId="1A72D117" w14:textId="77777777" w:rsidR="008D32E2" w:rsidRPr="00FA0D0A" w:rsidRDefault="008D32E2" w:rsidP="008D32E2">
      <w:pPr>
        <w:spacing w:after="0" w:line="240" w:lineRule="auto"/>
        <w:ind w:left="283"/>
        <w:rPr>
          <w:rFonts w:cs="Arial"/>
          <w:noProof/>
          <w:sz w:val="22"/>
          <w:lang w:val="tr-TR"/>
        </w:rPr>
      </w:pPr>
      <w:r w:rsidRPr="00FA0D0A">
        <w:rPr>
          <w:rFonts w:cs="Arial"/>
          <w:noProof/>
          <w:sz w:val="22"/>
          <w:lang w:val="tr-TR"/>
        </w:rPr>
        <w:t>□ 0 saat</w:t>
      </w:r>
    </w:p>
    <w:p w14:paraId="41CC112F" w14:textId="77777777" w:rsidR="008D32E2" w:rsidRPr="00FA0D0A" w:rsidRDefault="008D32E2" w:rsidP="008D32E2">
      <w:pPr>
        <w:spacing w:after="0" w:line="240" w:lineRule="auto"/>
        <w:ind w:left="283"/>
        <w:rPr>
          <w:rFonts w:cs="Arial"/>
          <w:noProof/>
          <w:sz w:val="22"/>
          <w:lang w:val="tr-TR"/>
        </w:rPr>
      </w:pPr>
      <w:r w:rsidRPr="00FA0D0A">
        <w:rPr>
          <w:rFonts w:cs="Arial"/>
          <w:noProof/>
          <w:sz w:val="22"/>
          <w:lang w:val="tr-TR"/>
        </w:rPr>
        <w:t>□ 1–5 saat</w:t>
      </w:r>
    </w:p>
    <w:p w14:paraId="4CBC09E5" w14:textId="77777777" w:rsidR="008D32E2" w:rsidRPr="00FA0D0A" w:rsidRDefault="008D32E2" w:rsidP="008D32E2">
      <w:pPr>
        <w:spacing w:after="0" w:line="240" w:lineRule="auto"/>
        <w:ind w:left="283"/>
        <w:rPr>
          <w:rFonts w:cs="Arial"/>
          <w:noProof/>
          <w:sz w:val="22"/>
          <w:lang w:val="tr-TR"/>
        </w:rPr>
      </w:pPr>
      <w:r w:rsidRPr="00FA0D0A">
        <w:rPr>
          <w:rFonts w:cs="Arial"/>
          <w:noProof/>
          <w:sz w:val="22"/>
          <w:lang w:val="tr-TR"/>
        </w:rPr>
        <w:t>□ 6–10 saat</w:t>
      </w:r>
    </w:p>
    <w:p w14:paraId="64D47D84" w14:textId="77777777" w:rsidR="008D32E2" w:rsidRPr="00FA0D0A" w:rsidRDefault="008D32E2" w:rsidP="008D32E2">
      <w:pPr>
        <w:spacing w:after="0" w:line="240" w:lineRule="auto"/>
        <w:ind w:left="283"/>
        <w:rPr>
          <w:rFonts w:cs="Arial"/>
          <w:noProof/>
          <w:sz w:val="22"/>
          <w:lang w:val="tr-TR"/>
        </w:rPr>
      </w:pPr>
      <w:r w:rsidRPr="00FA0D0A">
        <w:rPr>
          <w:rFonts w:cs="Arial"/>
          <w:noProof/>
          <w:sz w:val="22"/>
          <w:lang w:val="tr-TR"/>
        </w:rPr>
        <w:t>□ 11–15 saat</w:t>
      </w:r>
    </w:p>
    <w:p w14:paraId="46E01D4D" w14:textId="77777777" w:rsidR="008D32E2" w:rsidRPr="00FA0D0A" w:rsidRDefault="008D32E2" w:rsidP="008D32E2">
      <w:pPr>
        <w:spacing w:after="0" w:line="240" w:lineRule="auto"/>
        <w:ind w:left="283"/>
        <w:rPr>
          <w:rFonts w:cs="Arial"/>
          <w:noProof/>
          <w:sz w:val="22"/>
          <w:lang w:val="tr-TR"/>
        </w:rPr>
      </w:pPr>
      <w:r w:rsidRPr="00FA0D0A">
        <w:rPr>
          <w:rFonts w:cs="Arial"/>
          <w:noProof/>
          <w:sz w:val="22"/>
          <w:lang w:val="tr-TR"/>
        </w:rPr>
        <w:t>□ 16–20 saat</w:t>
      </w:r>
    </w:p>
    <w:p w14:paraId="1ED0DF7A" w14:textId="77777777" w:rsidR="008D32E2" w:rsidRPr="00FA0D0A" w:rsidRDefault="008D32E2" w:rsidP="008D32E2">
      <w:pPr>
        <w:spacing w:after="0" w:line="240" w:lineRule="auto"/>
        <w:ind w:left="283"/>
        <w:rPr>
          <w:rFonts w:cs="Arial"/>
          <w:noProof/>
          <w:sz w:val="22"/>
          <w:lang w:val="tr-TR"/>
        </w:rPr>
      </w:pPr>
      <w:r w:rsidRPr="00FA0D0A">
        <w:rPr>
          <w:rFonts w:cs="Arial"/>
          <w:noProof/>
          <w:sz w:val="22"/>
          <w:lang w:val="tr-TR"/>
        </w:rPr>
        <w:t>□ 21–25 saat</w:t>
      </w:r>
    </w:p>
    <w:p w14:paraId="4E1A1041" w14:textId="77777777" w:rsidR="008D32E2" w:rsidRPr="00FA0D0A" w:rsidRDefault="008D32E2" w:rsidP="008D32E2">
      <w:pPr>
        <w:spacing w:after="0" w:line="240" w:lineRule="auto"/>
        <w:ind w:left="283"/>
        <w:rPr>
          <w:rFonts w:cs="Arial"/>
          <w:noProof/>
          <w:sz w:val="22"/>
          <w:lang w:val="tr-TR"/>
        </w:rPr>
      </w:pPr>
      <w:r w:rsidRPr="00FA0D0A">
        <w:rPr>
          <w:rFonts w:cs="Arial"/>
          <w:noProof/>
          <w:sz w:val="22"/>
          <w:lang w:val="tr-TR"/>
        </w:rPr>
        <w:t>□ 26–30 saat</w:t>
      </w:r>
    </w:p>
    <w:p w14:paraId="58EE6BA6" w14:textId="77777777" w:rsidR="008D32E2" w:rsidRPr="00FA0D0A" w:rsidRDefault="008D32E2" w:rsidP="008D32E2">
      <w:pPr>
        <w:spacing w:after="0" w:line="240" w:lineRule="auto"/>
        <w:ind w:left="283"/>
        <w:rPr>
          <w:rFonts w:cs="Arial"/>
          <w:noProof/>
          <w:sz w:val="22"/>
          <w:lang w:val="tr-TR"/>
        </w:rPr>
      </w:pPr>
      <w:r w:rsidRPr="00FA0D0A">
        <w:rPr>
          <w:rFonts w:cs="Arial"/>
          <w:noProof/>
          <w:sz w:val="22"/>
          <w:lang w:val="tr-TR"/>
        </w:rPr>
        <w:t>□ 31 saat ve üzeri</w:t>
      </w:r>
    </w:p>
    <w:p w14:paraId="4EBFAC40" w14:textId="77777777" w:rsidR="00644AAE" w:rsidRPr="00FA0D0A" w:rsidRDefault="00644AAE" w:rsidP="0028576F">
      <w:pPr>
        <w:spacing w:after="0" w:line="240" w:lineRule="auto"/>
        <w:ind w:left="283"/>
        <w:rPr>
          <w:rFonts w:cs="Arial"/>
          <w:noProof/>
          <w:sz w:val="22"/>
          <w:lang w:val="tr-TR"/>
        </w:rPr>
      </w:pPr>
    </w:p>
    <w:p w14:paraId="3E2735DC" w14:textId="77777777" w:rsidR="002B5EAA" w:rsidRPr="00FA0D0A" w:rsidRDefault="002B5EAA" w:rsidP="0028576F">
      <w:pPr>
        <w:spacing w:after="0" w:line="240" w:lineRule="auto"/>
        <w:ind w:left="283"/>
        <w:rPr>
          <w:rFonts w:cs="Arial"/>
          <w:noProof/>
          <w:sz w:val="22"/>
          <w:lang w:val="tr-TR"/>
        </w:rPr>
      </w:pPr>
    </w:p>
    <w:p w14:paraId="7B0049B5" w14:textId="74CC9B3D" w:rsidR="00325CD8" w:rsidRPr="00FA0D0A" w:rsidRDefault="001F2CAE" w:rsidP="0028576F">
      <w:pPr>
        <w:spacing w:before="20" w:after="40" w:line="264" w:lineRule="auto"/>
        <w:rPr>
          <w:rFonts w:cs="Arial"/>
          <w:noProof/>
          <w:sz w:val="22"/>
          <w:lang w:val="tr-TR"/>
        </w:rPr>
      </w:pPr>
      <w:r w:rsidRPr="00FA0D0A">
        <w:rPr>
          <w:rFonts w:cs="Arial"/>
          <w:b/>
          <w:noProof/>
          <w:sz w:val="22"/>
          <w:lang w:val="tr-TR"/>
        </w:rPr>
        <w:t>1</w:t>
      </w:r>
      <w:r w:rsidR="007F70AD" w:rsidRPr="00FA0D0A">
        <w:rPr>
          <w:rFonts w:cs="Arial"/>
          <w:b/>
          <w:noProof/>
          <w:sz w:val="22"/>
          <w:lang w:val="tr-TR"/>
        </w:rPr>
        <w:t>2</w:t>
      </w:r>
      <w:r w:rsidRPr="00FA0D0A">
        <w:rPr>
          <w:rFonts w:cs="Arial"/>
          <w:b/>
          <w:noProof/>
          <w:sz w:val="22"/>
          <w:lang w:val="tr-TR"/>
        </w:rPr>
        <w:t xml:space="preserve">. </w:t>
      </w:r>
      <w:r w:rsidRPr="00FA0D0A">
        <w:rPr>
          <w:rFonts w:cs="Arial"/>
          <w:b/>
          <w:bCs/>
          <w:noProof/>
          <w:sz w:val="22"/>
          <w:lang w:val="tr-TR"/>
        </w:rPr>
        <w:t>Haftada kaç farklı günde ders veriyorsunuz?</w:t>
      </w:r>
    </w:p>
    <w:p w14:paraId="750DEBB5" w14:textId="77777777" w:rsidR="00AF21EA" w:rsidRPr="00FA0D0A" w:rsidRDefault="00EE43B1" w:rsidP="0028576F">
      <w:pPr>
        <w:spacing w:after="0" w:line="240" w:lineRule="auto"/>
        <w:ind w:left="283"/>
        <w:rPr>
          <w:rFonts w:cs="Arial"/>
          <w:noProof/>
          <w:sz w:val="22"/>
          <w:lang w:val="tr-TR"/>
        </w:rPr>
      </w:pPr>
      <w:r w:rsidRPr="00FA0D0A">
        <w:rPr>
          <w:rFonts w:cs="Arial"/>
          <w:noProof/>
          <w:sz w:val="22"/>
          <w:lang w:val="tr-TR"/>
        </w:rPr>
        <w:t>□ 0 gün</w:t>
      </w:r>
    </w:p>
    <w:p w14:paraId="5518A3AE" w14:textId="280C25AB"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1</w:t>
      </w:r>
      <w:r w:rsidR="002733C8" w:rsidRPr="00FA0D0A">
        <w:rPr>
          <w:rFonts w:cs="Arial"/>
          <w:noProof/>
          <w:sz w:val="22"/>
          <w:lang w:val="tr-TR"/>
        </w:rPr>
        <w:t xml:space="preserve"> </w:t>
      </w:r>
      <w:r w:rsidRPr="00FA0D0A">
        <w:rPr>
          <w:rFonts w:cs="Arial"/>
          <w:noProof/>
          <w:sz w:val="22"/>
          <w:lang w:val="tr-TR"/>
        </w:rPr>
        <w:t>gün</w:t>
      </w:r>
    </w:p>
    <w:p w14:paraId="44886942" w14:textId="2801DFFC" w:rsidR="002733C8" w:rsidRPr="00FA0D0A" w:rsidRDefault="002733C8" w:rsidP="002733C8">
      <w:pPr>
        <w:spacing w:after="0" w:line="240" w:lineRule="auto"/>
        <w:ind w:left="283"/>
        <w:rPr>
          <w:rFonts w:cs="Arial"/>
          <w:noProof/>
          <w:sz w:val="22"/>
          <w:lang w:val="tr-TR"/>
        </w:rPr>
      </w:pPr>
      <w:r w:rsidRPr="00FA0D0A">
        <w:rPr>
          <w:rFonts w:cs="Arial"/>
          <w:noProof/>
          <w:sz w:val="22"/>
          <w:lang w:val="tr-TR"/>
        </w:rPr>
        <w:t>□ 2 gün</w:t>
      </w:r>
    </w:p>
    <w:p w14:paraId="2D4C3F07"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3 gün</w:t>
      </w:r>
    </w:p>
    <w:p w14:paraId="611AA9D6"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4 gün</w:t>
      </w:r>
    </w:p>
    <w:p w14:paraId="56F25CB8"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5 gün</w:t>
      </w:r>
    </w:p>
    <w:p w14:paraId="5F84D45E" w14:textId="77777777" w:rsidR="00AF21EA" w:rsidRPr="00FA0D0A" w:rsidRDefault="00AF21EA" w:rsidP="0028576F">
      <w:pPr>
        <w:spacing w:after="0" w:line="240" w:lineRule="auto"/>
        <w:ind w:left="283"/>
        <w:rPr>
          <w:rFonts w:cs="Arial"/>
          <w:noProof/>
          <w:sz w:val="22"/>
          <w:lang w:val="tr-TR"/>
        </w:rPr>
      </w:pPr>
    </w:p>
    <w:p w14:paraId="504DD526" w14:textId="368562EB" w:rsidR="00325CD8" w:rsidRPr="00FA0D0A" w:rsidRDefault="001F2CAE" w:rsidP="0028576F">
      <w:pPr>
        <w:spacing w:before="20" w:after="40" w:line="264" w:lineRule="auto"/>
        <w:rPr>
          <w:rFonts w:cs="Arial"/>
          <w:b/>
          <w:bCs/>
          <w:noProof/>
          <w:sz w:val="22"/>
          <w:lang w:val="tr-TR"/>
        </w:rPr>
      </w:pPr>
      <w:r w:rsidRPr="00FA0D0A">
        <w:rPr>
          <w:rFonts w:cs="Arial"/>
          <w:b/>
          <w:noProof/>
          <w:sz w:val="22"/>
          <w:lang w:val="tr-TR"/>
        </w:rPr>
        <w:t>1</w:t>
      </w:r>
      <w:r w:rsidR="00EE426A" w:rsidRPr="00FA0D0A">
        <w:rPr>
          <w:rFonts w:cs="Arial"/>
          <w:b/>
          <w:noProof/>
          <w:sz w:val="22"/>
          <w:lang w:val="tr-TR"/>
        </w:rPr>
        <w:t>3</w:t>
      </w:r>
      <w:r w:rsidRPr="00FA0D0A">
        <w:rPr>
          <w:rFonts w:cs="Arial"/>
          <w:b/>
          <w:noProof/>
          <w:sz w:val="22"/>
          <w:lang w:val="tr-TR"/>
        </w:rPr>
        <w:t xml:space="preserve">. </w:t>
      </w:r>
      <w:r w:rsidRPr="00FA0D0A">
        <w:rPr>
          <w:rFonts w:cs="Arial"/>
          <w:b/>
          <w:bCs/>
          <w:noProof/>
          <w:sz w:val="22"/>
          <w:lang w:val="tr-TR"/>
        </w:rPr>
        <w:t xml:space="preserve">Bir günde </w:t>
      </w:r>
      <w:r w:rsidR="00510201" w:rsidRPr="00FA0D0A">
        <w:rPr>
          <w:rFonts w:cs="Arial"/>
          <w:b/>
          <w:bCs/>
          <w:noProof/>
          <w:sz w:val="22"/>
          <w:lang w:val="tr-TR"/>
        </w:rPr>
        <w:t>en fazla verdiğiniz</w:t>
      </w:r>
      <w:r w:rsidRPr="00FA0D0A">
        <w:rPr>
          <w:rFonts w:cs="Arial"/>
          <w:b/>
          <w:bCs/>
          <w:noProof/>
          <w:sz w:val="22"/>
          <w:lang w:val="tr-TR"/>
        </w:rPr>
        <w:t xml:space="preserve"> ders s</w:t>
      </w:r>
      <w:r w:rsidR="00510201" w:rsidRPr="00FA0D0A">
        <w:rPr>
          <w:rFonts w:cs="Arial"/>
          <w:b/>
          <w:bCs/>
          <w:noProof/>
          <w:sz w:val="22"/>
          <w:lang w:val="tr-TR"/>
        </w:rPr>
        <w:t>aati:</w:t>
      </w:r>
    </w:p>
    <w:p w14:paraId="1C1C6DA9" w14:textId="5921986F" w:rsidR="00C276B4" w:rsidRPr="00FA0D0A" w:rsidRDefault="00C276B4" w:rsidP="00C276B4">
      <w:pPr>
        <w:spacing w:after="0" w:line="240" w:lineRule="auto"/>
        <w:ind w:left="283"/>
        <w:rPr>
          <w:rFonts w:cs="Arial"/>
          <w:noProof/>
          <w:sz w:val="22"/>
          <w:lang w:val="tr-TR"/>
        </w:rPr>
      </w:pPr>
      <w:r w:rsidRPr="00FA0D0A">
        <w:rPr>
          <w:rFonts w:cs="Arial"/>
          <w:noProof/>
          <w:sz w:val="22"/>
          <w:lang w:val="tr-TR"/>
        </w:rPr>
        <w:t>□ 0 saat</w:t>
      </w:r>
    </w:p>
    <w:p w14:paraId="54F6F75C" w14:textId="567686C1"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1–2 saat</w:t>
      </w:r>
    </w:p>
    <w:p w14:paraId="217C551F"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3–4 saat</w:t>
      </w:r>
    </w:p>
    <w:p w14:paraId="39DA51CA"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5–6 saat</w:t>
      </w:r>
    </w:p>
    <w:p w14:paraId="07808FD2"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7–8 saat</w:t>
      </w:r>
    </w:p>
    <w:p w14:paraId="1D27F800" w14:textId="77777777" w:rsidR="0079560C" w:rsidRPr="00FA0D0A" w:rsidRDefault="0079560C" w:rsidP="00572E18">
      <w:pPr>
        <w:spacing w:after="0" w:line="240" w:lineRule="auto"/>
        <w:rPr>
          <w:rFonts w:cs="Arial"/>
          <w:noProof/>
          <w:sz w:val="22"/>
          <w:lang w:val="tr-TR"/>
        </w:rPr>
      </w:pPr>
    </w:p>
    <w:p w14:paraId="3057A91E" w14:textId="5DEE2B8B" w:rsidR="00325CD8" w:rsidRPr="00FA0D0A" w:rsidRDefault="001F2CAE" w:rsidP="0028576F">
      <w:pPr>
        <w:spacing w:before="20" w:after="40" w:line="264" w:lineRule="auto"/>
        <w:rPr>
          <w:rFonts w:cs="Arial"/>
          <w:noProof/>
          <w:sz w:val="22"/>
          <w:lang w:val="tr-TR"/>
        </w:rPr>
      </w:pPr>
      <w:r w:rsidRPr="00FA0D0A">
        <w:rPr>
          <w:rFonts w:cs="Arial"/>
          <w:b/>
          <w:noProof/>
          <w:sz w:val="22"/>
          <w:lang w:val="tr-TR"/>
        </w:rPr>
        <w:t>1</w:t>
      </w:r>
      <w:r w:rsidR="00EE426A" w:rsidRPr="00FA0D0A">
        <w:rPr>
          <w:rFonts w:cs="Arial"/>
          <w:b/>
          <w:noProof/>
          <w:sz w:val="22"/>
          <w:lang w:val="tr-TR"/>
        </w:rPr>
        <w:t>4</w:t>
      </w:r>
      <w:r w:rsidRPr="00FA0D0A">
        <w:rPr>
          <w:rFonts w:cs="Arial"/>
          <w:b/>
          <w:noProof/>
          <w:sz w:val="22"/>
          <w:lang w:val="tr-TR"/>
        </w:rPr>
        <w:t xml:space="preserve">. </w:t>
      </w:r>
      <w:r w:rsidRPr="00FA0D0A">
        <w:rPr>
          <w:rFonts w:cs="Arial"/>
          <w:b/>
          <w:bCs/>
          <w:noProof/>
          <w:sz w:val="22"/>
          <w:lang w:val="tr-TR"/>
        </w:rPr>
        <w:t>Sizce bir öğretim elemanı</w:t>
      </w:r>
      <w:r w:rsidR="00830A4E" w:rsidRPr="00FA0D0A">
        <w:rPr>
          <w:rFonts w:cs="Arial"/>
          <w:b/>
          <w:bCs/>
          <w:noProof/>
          <w:sz w:val="22"/>
          <w:lang w:val="tr-TR"/>
        </w:rPr>
        <w:t xml:space="preserve">nın bir günde </w:t>
      </w:r>
      <w:r w:rsidR="00CA741F" w:rsidRPr="00FA0D0A">
        <w:rPr>
          <w:rFonts w:cs="Arial"/>
          <w:b/>
          <w:bCs/>
          <w:noProof/>
          <w:sz w:val="22"/>
          <w:lang w:val="tr-TR"/>
        </w:rPr>
        <w:t>verebileceği</w:t>
      </w:r>
      <w:r w:rsidR="000C7528" w:rsidRPr="00FA0D0A">
        <w:rPr>
          <w:rFonts w:cs="Arial"/>
          <w:b/>
          <w:bCs/>
          <w:noProof/>
          <w:sz w:val="22"/>
          <w:lang w:val="tr-TR"/>
        </w:rPr>
        <w:t xml:space="preserve"> </w:t>
      </w:r>
      <w:r w:rsidRPr="00FA0D0A">
        <w:rPr>
          <w:rFonts w:cs="Arial"/>
          <w:b/>
          <w:bCs/>
          <w:noProof/>
          <w:sz w:val="22"/>
          <w:lang w:val="tr-TR"/>
        </w:rPr>
        <w:t>ders</w:t>
      </w:r>
      <w:r w:rsidR="00830A4E" w:rsidRPr="00FA0D0A">
        <w:rPr>
          <w:rFonts w:cs="Arial"/>
          <w:b/>
          <w:bCs/>
          <w:noProof/>
          <w:sz w:val="22"/>
          <w:lang w:val="tr-TR"/>
        </w:rPr>
        <w:t xml:space="preserve"> saati</w:t>
      </w:r>
      <w:r w:rsidRPr="00FA0D0A">
        <w:rPr>
          <w:rFonts w:cs="Arial"/>
          <w:b/>
          <w:bCs/>
          <w:noProof/>
          <w:sz w:val="22"/>
          <w:lang w:val="tr-TR"/>
        </w:rPr>
        <w:t xml:space="preserve"> </w:t>
      </w:r>
      <w:r w:rsidR="00830A4E" w:rsidRPr="00FA0D0A">
        <w:rPr>
          <w:rFonts w:cs="Arial"/>
          <w:b/>
          <w:bCs/>
          <w:noProof/>
          <w:sz w:val="22"/>
          <w:lang w:val="tr-TR"/>
        </w:rPr>
        <w:t xml:space="preserve">en fazla </w:t>
      </w:r>
      <w:r w:rsidR="00015F31" w:rsidRPr="00FA0D0A">
        <w:rPr>
          <w:rFonts w:cs="Arial"/>
          <w:b/>
          <w:bCs/>
          <w:noProof/>
          <w:sz w:val="22"/>
          <w:lang w:val="tr-TR"/>
        </w:rPr>
        <w:t>ne kadar</w:t>
      </w:r>
      <w:r w:rsidR="00830A4E" w:rsidRPr="00FA0D0A">
        <w:rPr>
          <w:rFonts w:cs="Arial"/>
          <w:b/>
          <w:bCs/>
          <w:noProof/>
          <w:sz w:val="22"/>
          <w:lang w:val="tr-TR"/>
        </w:rPr>
        <w:t xml:space="preserve"> </w:t>
      </w:r>
      <w:r w:rsidRPr="00FA0D0A">
        <w:rPr>
          <w:rFonts w:cs="Arial"/>
          <w:b/>
          <w:bCs/>
          <w:noProof/>
          <w:sz w:val="22"/>
          <w:lang w:val="tr-TR"/>
        </w:rPr>
        <w:t>olmalıdır?</w:t>
      </w:r>
    </w:p>
    <w:p w14:paraId="2DFFADB4"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2 saat</w:t>
      </w:r>
    </w:p>
    <w:p w14:paraId="44B7A902"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3 saat</w:t>
      </w:r>
    </w:p>
    <w:p w14:paraId="54DB8AAA"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4 saat</w:t>
      </w:r>
    </w:p>
    <w:p w14:paraId="05638CE7"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5 saat</w:t>
      </w:r>
    </w:p>
    <w:p w14:paraId="57213808" w14:textId="77777777"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6 saat</w:t>
      </w:r>
    </w:p>
    <w:p w14:paraId="306F7B00" w14:textId="03389278" w:rsidR="00325CD8" w:rsidRPr="00FA0D0A" w:rsidRDefault="001F2CAE" w:rsidP="0028576F">
      <w:pPr>
        <w:spacing w:after="0" w:line="240" w:lineRule="auto"/>
        <w:ind w:left="283"/>
        <w:rPr>
          <w:rFonts w:cs="Arial"/>
          <w:noProof/>
          <w:sz w:val="22"/>
          <w:lang w:val="tr-TR"/>
        </w:rPr>
      </w:pPr>
      <w:r w:rsidRPr="00FA0D0A">
        <w:rPr>
          <w:rFonts w:cs="Arial"/>
          <w:noProof/>
          <w:sz w:val="22"/>
          <w:lang w:val="tr-TR"/>
        </w:rPr>
        <w:t>□ 7 saat</w:t>
      </w:r>
    </w:p>
    <w:p w14:paraId="0F749784" w14:textId="1AAB279A" w:rsidR="001D6139" w:rsidRPr="00FA0D0A" w:rsidRDefault="001D6139" w:rsidP="001D6139">
      <w:pPr>
        <w:spacing w:after="0" w:line="240" w:lineRule="auto"/>
        <w:ind w:left="283"/>
        <w:rPr>
          <w:rFonts w:cs="Arial"/>
          <w:noProof/>
          <w:sz w:val="22"/>
          <w:lang w:val="tr-TR"/>
        </w:rPr>
      </w:pPr>
      <w:r w:rsidRPr="00FA0D0A">
        <w:rPr>
          <w:rFonts w:cs="Arial"/>
          <w:noProof/>
          <w:sz w:val="22"/>
          <w:lang w:val="tr-TR"/>
        </w:rPr>
        <w:t>□ 8 saat</w:t>
      </w:r>
    </w:p>
    <w:p w14:paraId="51C8EB8A" w14:textId="77777777" w:rsidR="00256081" w:rsidRPr="00FA0D0A" w:rsidRDefault="00256081" w:rsidP="001D6139">
      <w:pPr>
        <w:spacing w:after="0" w:line="240" w:lineRule="auto"/>
        <w:ind w:left="283"/>
        <w:rPr>
          <w:rFonts w:cs="Arial"/>
          <w:noProof/>
          <w:sz w:val="22"/>
          <w:lang w:val="tr-TR"/>
        </w:rPr>
      </w:pPr>
    </w:p>
    <w:p w14:paraId="635BF641" w14:textId="1CF529DE" w:rsidR="008F2253" w:rsidRPr="00FA0D0A" w:rsidRDefault="00B90AEF" w:rsidP="00256081">
      <w:pPr>
        <w:spacing w:after="0" w:line="259" w:lineRule="auto"/>
        <w:rPr>
          <w:rFonts w:cs="Arial"/>
          <w:noProof/>
          <w:sz w:val="22"/>
          <w:lang w:val="tr-TR"/>
        </w:rPr>
      </w:pPr>
      <w:r w:rsidRPr="00FA0D0A">
        <w:rPr>
          <w:rFonts w:cs="Arial"/>
          <w:b/>
          <w:noProof/>
          <w:sz w:val="22"/>
          <w:lang w:val="tr-TR"/>
        </w:rPr>
        <w:t xml:space="preserve">15. </w:t>
      </w:r>
      <w:r w:rsidRPr="00FA0D0A">
        <w:rPr>
          <w:rFonts w:cs="Arial"/>
          <w:b/>
          <w:bCs/>
          <w:noProof/>
          <w:sz w:val="22"/>
          <w:lang w:val="tr-TR"/>
        </w:rPr>
        <w:t xml:space="preserve">Öğretim verimliliğinin </w:t>
      </w:r>
      <w:r w:rsidR="00CC27EA" w:rsidRPr="00FA0D0A">
        <w:rPr>
          <w:rFonts w:cs="Arial"/>
          <w:b/>
          <w:bCs/>
          <w:noProof/>
          <w:sz w:val="22"/>
          <w:lang w:val="tr-TR"/>
        </w:rPr>
        <w:t xml:space="preserve">günlük </w:t>
      </w:r>
      <w:r w:rsidR="00115EF0" w:rsidRPr="00FA0D0A">
        <w:rPr>
          <w:rFonts w:cs="Arial"/>
          <w:b/>
          <w:bCs/>
          <w:noProof/>
          <w:sz w:val="22"/>
          <w:lang w:val="tr-TR"/>
        </w:rPr>
        <w:t>kaç</w:t>
      </w:r>
      <w:r w:rsidRPr="00FA0D0A">
        <w:rPr>
          <w:rFonts w:cs="Arial"/>
          <w:b/>
          <w:bCs/>
          <w:noProof/>
          <w:sz w:val="22"/>
          <w:lang w:val="tr-TR"/>
        </w:rPr>
        <w:t xml:space="preserve"> ders saatinden sonra azaldığını düşünüyorsunuz?</w:t>
      </w:r>
    </w:p>
    <w:p w14:paraId="0C716868" w14:textId="77777777" w:rsidR="00B90AEF" w:rsidRPr="00FA0D0A" w:rsidRDefault="00B90AEF" w:rsidP="00B90AEF">
      <w:pPr>
        <w:spacing w:after="0" w:line="240" w:lineRule="auto"/>
        <w:ind w:left="283"/>
        <w:rPr>
          <w:rFonts w:cs="Arial"/>
          <w:noProof/>
          <w:sz w:val="22"/>
          <w:lang w:val="tr-TR"/>
        </w:rPr>
      </w:pPr>
      <w:r w:rsidRPr="00FA0D0A">
        <w:rPr>
          <w:rFonts w:cs="Arial"/>
          <w:noProof/>
          <w:sz w:val="22"/>
          <w:lang w:val="tr-TR"/>
        </w:rPr>
        <w:t>□ 2 saat</w:t>
      </w:r>
    </w:p>
    <w:p w14:paraId="75BF2782" w14:textId="77777777" w:rsidR="00B90AEF" w:rsidRPr="00FA0D0A" w:rsidRDefault="00B90AEF" w:rsidP="00B90AEF">
      <w:pPr>
        <w:spacing w:after="0" w:line="240" w:lineRule="auto"/>
        <w:ind w:left="283"/>
        <w:rPr>
          <w:rFonts w:cs="Arial"/>
          <w:noProof/>
          <w:sz w:val="22"/>
          <w:lang w:val="tr-TR"/>
        </w:rPr>
      </w:pPr>
      <w:r w:rsidRPr="00FA0D0A">
        <w:rPr>
          <w:rFonts w:cs="Arial"/>
          <w:noProof/>
          <w:sz w:val="22"/>
          <w:lang w:val="tr-TR"/>
        </w:rPr>
        <w:t>□ 3 saat</w:t>
      </w:r>
    </w:p>
    <w:p w14:paraId="415B9C3D" w14:textId="77777777" w:rsidR="00B90AEF" w:rsidRPr="00FA0D0A" w:rsidRDefault="00B90AEF" w:rsidP="00B90AEF">
      <w:pPr>
        <w:spacing w:after="0" w:line="240" w:lineRule="auto"/>
        <w:ind w:left="283"/>
        <w:rPr>
          <w:rFonts w:cs="Arial"/>
          <w:noProof/>
          <w:sz w:val="22"/>
          <w:lang w:val="tr-TR"/>
        </w:rPr>
      </w:pPr>
      <w:r w:rsidRPr="00FA0D0A">
        <w:rPr>
          <w:rFonts w:cs="Arial"/>
          <w:noProof/>
          <w:sz w:val="22"/>
          <w:lang w:val="tr-TR"/>
        </w:rPr>
        <w:t>□ 4 saat</w:t>
      </w:r>
    </w:p>
    <w:p w14:paraId="7285AD4B" w14:textId="77777777" w:rsidR="00B90AEF" w:rsidRPr="00FA0D0A" w:rsidRDefault="00B90AEF" w:rsidP="00B90AEF">
      <w:pPr>
        <w:spacing w:after="0" w:line="240" w:lineRule="auto"/>
        <w:ind w:left="283"/>
        <w:rPr>
          <w:rFonts w:cs="Arial"/>
          <w:noProof/>
          <w:sz w:val="22"/>
          <w:lang w:val="tr-TR"/>
        </w:rPr>
      </w:pPr>
      <w:r w:rsidRPr="00FA0D0A">
        <w:rPr>
          <w:rFonts w:cs="Arial"/>
          <w:noProof/>
          <w:sz w:val="22"/>
          <w:lang w:val="tr-TR"/>
        </w:rPr>
        <w:t>□ 5 saat</w:t>
      </w:r>
    </w:p>
    <w:p w14:paraId="0D560DFC" w14:textId="77777777" w:rsidR="00B90AEF" w:rsidRPr="00FA0D0A" w:rsidRDefault="00B90AEF" w:rsidP="00B90AEF">
      <w:pPr>
        <w:spacing w:after="0" w:line="240" w:lineRule="auto"/>
        <w:ind w:left="283"/>
        <w:rPr>
          <w:rFonts w:cs="Arial"/>
          <w:noProof/>
          <w:sz w:val="22"/>
          <w:lang w:val="tr-TR"/>
        </w:rPr>
      </w:pPr>
      <w:r w:rsidRPr="00FA0D0A">
        <w:rPr>
          <w:rFonts w:cs="Arial"/>
          <w:noProof/>
          <w:sz w:val="22"/>
          <w:lang w:val="tr-TR"/>
        </w:rPr>
        <w:t>□ 6 saat</w:t>
      </w:r>
    </w:p>
    <w:p w14:paraId="39633A37" w14:textId="77777777" w:rsidR="00B90AEF" w:rsidRPr="00FA0D0A" w:rsidRDefault="00B90AEF" w:rsidP="00B90AEF">
      <w:pPr>
        <w:spacing w:after="0" w:line="240" w:lineRule="auto"/>
        <w:ind w:left="283"/>
        <w:rPr>
          <w:rFonts w:cs="Arial"/>
          <w:noProof/>
          <w:sz w:val="22"/>
          <w:lang w:val="tr-TR"/>
        </w:rPr>
      </w:pPr>
      <w:r w:rsidRPr="00FA0D0A">
        <w:rPr>
          <w:rFonts w:cs="Arial"/>
          <w:noProof/>
          <w:sz w:val="22"/>
          <w:lang w:val="tr-TR"/>
        </w:rPr>
        <w:t>□ 7 saat</w:t>
      </w:r>
    </w:p>
    <w:p w14:paraId="3611CE4E" w14:textId="7E02685D" w:rsidR="00175647" w:rsidRPr="00FA0D0A" w:rsidRDefault="00B90AEF" w:rsidP="00175647">
      <w:pPr>
        <w:spacing w:after="0" w:line="240" w:lineRule="auto"/>
        <w:ind w:left="283"/>
        <w:rPr>
          <w:rFonts w:cs="Arial"/>
          <w:noProof/>
          <w:sz w:val="22"/>
          <w:lang w:val="tr-TR"/>
        </w:rPr>
      </w:pPr>
      <w:r w:rsidRPr="00FA0D0A">
        <w:rPr>
          <w:rFonts w:cs="Arial"/>
          <w:noProof/>
          <w:sz w:val="22"/>
          <w:lang w:val="tr-TR"/>
        </w:rPr>
        <w:t>□ 8 saat</w:t>
      </w:r>
    </w:p>
    <w:p w14:paraId="3FCE7EA6" w14:textId="1FDB2B1E" w:rsidR="00325CD8" w:rsidRPr="00FA0D0A" w:rsidRDefault="001F2CAE" w:rsidP="0028576F">
      <w:pPr>
        <w:spacing w:before="160" w:after="100" w:line="240" w:lineRule="auto"/>
        <w:rPr>
          <w:rFonts w:cs="Arial"/>
          <w:noProof/>
          <w:sz w:val="24"/>
          <w:szCs w:val="24"/>
          <w:lang w:val="tr-TR"/>
        </w:rPr>
      </w:pPr>
      <w:r w:rsidRPr="00FA0D0A">
        <w:rPr>
          <w:rFonts w:cs="Arial"/>
          <w:b/>
          <w:noProof/>
          <w:sz w:val="24"/>
          <w:szCs w:val="24"/>
          <w:lang w:val="tr-TR"/>
        </w:rPr>
        <w:lastRenderedPageBreak/>
        <w:t>B. Mevcut Duruma İlişkin Görüşler</w:t>
      </w:r>
    </w:p>
    <w:p w14:paraId="177574FB" w14:textId="77777777" w:rsidR="004D4203" w:rsidRPr="00FA0D0A" w:rsidRDefault="001F2CAE" w:rsidP="00BD6C20">
      <w:pPr>
        <w:spacing w:after="80" w:line="240" w:lineRule="auto"/>
        <w:jc w:val="both"/>
        <w:rPr>
          <w:rFonts w:cs="Arial"/>
          <w:noProof/>
          <w:sz w:val="22"/>
          <w:lang w:val="tr-TR"/>
        </w:rPr>
      </w:pPr>
      <w:r w:rsidRPr="00FA0D0A">
        <w:rPr>
          <w:rFonts w:cs="Arial"/>
          <w:noProof/>
          <w:sz w:val="22"/>
          <w:lang w:val="tr-TR"/>
        </w:rPr>
        <w:t xml:space="preserve">Her madde için tek seçenek işaretleyiniz. </w:t>
      </w:r>
    </w:p>
    <w:p w14:paraId="6FDD835D" w14:textId="7616258C" w:rsidR="00325CD8" w:rsidRPr="00FA0D0A" w:rsidRDefault="00235224" w:rsidP="00BD6C20">
      <w:pPr>
        <w:spacing w:after="80" w:line="240" w:lineRule="auto"/>
        <w:jc w:val="both"/>
        <w:rPr>
          <w:rFonts w:cs="Arial"/>
          <w:noProof/>
          <w:sz w:val="22"/>
          <w:lang w:val="tr-TR"/>
        </w:rPr>
      </w:pPr>
      <w:r w:rsidRPr="00FA0D0A">
        <w:rPr>
          <w:rFonts w:cs="Arial"/>
          <w:i/>
          <w:noProof/>
          <w:sz w:val="22"/>
          <w:lang w:val="tr-TR"/>
        </w:rPr>
        <w:t xml:space="preserve">5 = </w:t>
      </w:r>
      <w:r w:rsidR="006745E2" w:rsidRPr="00FA0D0A">
        <w:rPr>
          <w:rFonts w:cs="Arial"/>
          <w:i/>
          <w:noProof/>
          <w:sz w:val="22"/>
          <w:lang w:val="tr-TR"/>
        </w:rPr>
        <w:t>Kesinlikle</w:t>
      </w:r>
      <w:r w:rsidRPr="00FA0D0A">
        <w:rPr>
          <w:rFonts w:cs="Arial"/>
          <w:i/>
          <w:noProof/>
          <w:sz w:val="22"/>
          <w:lang w:val="tr-TR"/>
        </w:rPr>
        <w:t xml:space="preserve"> katılıyorum, 4 = Katılıyorum, 3 = Kararsızım, 2 = Katılmıyorum, </w:t>
      </w:r>
      <w:r w:rsidR="001F2CAE" w:rsidRPr="00FA0D0A">
        <w:rPr>
          <w:rFonts w:cs="Arial"/>
          <w:i/>
          <w:noProof/>
          <w:sz w:val="22"/>
          <w:lang w:val="tr-TR"/>
        </w:rPr>
        <w:t xml:space="preserve">1 = Kesinlikle katılmıyorum </w:t>
      </w:r>
    </w:p>
    <w:tbl>
      <w:tblPr>
        <w:tblW w:w="0" w:type="auto"/>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7248"/>
        <w:gridCol w:w="566"/>
        <w:gridCol w:w="567"/>
        <w:gridCol w:w="567"/>
        <w:gridCol w:w="567"/>
        <w:gridCol w:w="567"/>
      </w:tblGrid>
      <w:tr w:rsidR="0028576F" w:rsidRPr="00FA0D0A" w14:paraId="3375D3EF" w14:textId="77777777" w:rsidTr="00191BE0">
        <w:trPr>
          <w:trHeight w:val="457"/>
        </w:trPr>
        <w:tc>
          <w:tcPr>
            <w:tcW w:w="7248" w:type="dxa"/>
            <w:tcMar>
              <w:top w:w="100" w:type="dxa"/>
              <w:left w:w="80" w:type="dxa"/>
              <w:bottom w:w="100" w:type="dxa"/>
              <w:right w:w="80" w:type="dxa"/>
            </w:tcMar>
            <w:vAlign w:val="center"/>
          </w:tcPr>
          <w:p w14:paraId="2005778E" w14:textId="444C1471" w:rsidR="00325CD8" w:rsidRPr="00FA0D0A" w:rsidRDefault="001F2CAE" w:rsidP="005E1539">
            <w:pPr>
              <w:spacing w:after="0"/>
              <w:jc w:val="center"/>
              <w:rPr>
                <w:rFonts w:cs="Arial"/>
                <w:noProof/>
                <w:sz w:val="22"/>
                <w:lang w:val="tr-TR"/>
              </w:rPr>
            </w:pPr>
            <w:r w:rsidRPr="00FA0D0A">
              <w:rPr>
                <w:rFonts w:cs="Arial"/>
                <w:b/>
                <w:noProof/>
                <w:sz w:val="22"/>
                <w:lang w:val="tr-TR"/>
              </w:rPr>
              <w:t>Madde</w:t>
            </w:r>
            <w:r w:rsidR="004D4203" w:rsidRPr="00FA0D0A">
              <w:rPr>
                <w:rFonts w:cs="Arial"/>
                <w:b/>
                <w:noProof/>
                <w:sz w:val="22"/>
                <w:lang w:val="tr-TR"/>
              </w:rPr>
              <w:t>ler</w:t>
            </w:r>
          </w:p>
        </w:tc>
        <w:tc>
          <w:tcPr>
            <w:tcW w:w="566" w:type="dxa"/>
            <w:tcMar>
              <w:top w:w="100" w:type="dxa"/>
              <w:left w:w="80" w:type="dxa"/>
              <w:bottom w:w="100" w:type="dxa"/>
              <w:right w:w="80" w:type="dxa"/>
            </w:tcMar>
            <w:vAlign w:val="center"/>
          </w:tcPr>
          <w:p w14:paraId="0CC8444D" w14:textId="1897A856" w:rsidR="00325CD8" w:rsidRPr="00FA0D0A" w:rsidRDefault="004D4203" w:rsidP="001266D0">
            <w:pPr>
              <w:spacing w:after="0"/>
              <w:jc w:val="center"/>
              <w:rPr>
                <w:rFonts w:cs="Arial"/>
                <w:noProof/>
                <w:sz w:val="22"/>
                <w:lang w:val="tr-TR"/>
              </w:rPr>
            </w:pPr>
            <w:r w:rsidRPr="00FA0D0A">
              <w:rPr>
                <w:rFonts w:cs="Arial"/>
                <w:b/>
                <w:noProof/>
                <w:sz w:val="22"/>
                <w:lang w:val="tr-TR"/>
              </w:rPr>
              <w:t>5</w:t>
            </w:r>
          </w:p>
        </w:tc>
        <w:tc>
          <w:tcPr>
            <w:tcW w:w="567" w:type="dxa"/>
            <w:tcMar>
              <w:top w:w="100" w:type="dxa"/>
              <w:left w:w="80" w:type="dxa"/>
              <w:bottom w:w="100" w:type="dxa"/>
              <w:right w:w="80" w:type="dxa"/>
            </w:tcMar>
            <w:vAlign w:val="center"/>
          </w:tcPr>
          <w:p w14:paraId="79F0FCE9" w14:textId="610BC566" w:rsidR="00325CD8" w:rsidRPr="00FA0D0A" w:rsidRDefault="004D4203" w:rsidP="001266D0">
            <w:pPr>
              <w:spacing w:after="0"/>
              <w:jc w:val="center"/>
              <w:rPr>
                <w:rFonts w:cs="Arial"/>
                <w:noProof/>
                <w:sz w:val="22"/>
                <w:lang w:val="tr-TR"/>
              </w:rPr>
            </w:pPr>
            <w:r w:rsidRPr="00FA0D0A">
              <w:rPr>
                <w:rFonts w:cs="Arial"/>
                <w:b/>
                <w:noProof/>
                <w:sz w:val="22"/>
                <w:lang w:val="tr-TR"/>
              </w:rPr>
              <w:t>4</w:t>
            </w:r>
          </w:p>
        </w:tc>
        <w:tc>
          <w:tcPr>
            <w:tcW w:w="567" w:type="dxa"/>
            <w:tcMar>
              <w:top w:w="100" w:type="dxa"/>
              <w:left w:w="80" w:type="dxa"/>
              <w:bottom w:w="100" w:type="dxa"/>
              <w:right w:w="80" w:type="dxa"/>
            </w:tcMar>
            <w:vAlign w:val="center"/>
          </w:tcPr>
          <w:p w14:paraId="2D2366AA" w14:textId="77777777" w:rsidR="00325CD8" w:rsidRPr="00FA0D0A" w:rsidRDefault="001F2CAE" w:rsidP="001266D0">
            <w:pPr>
              <w:spacing w:after="0"/>
              <w:jc w:val="center"/>
              <w:rPr>
                <w:rFonts w:cs="Arial"/>
                <w:noProof/>
                <w:sz w:val="22"/>
                <w:lang w:val="tr-TR"/>
              </w:rPr>
            </w:pPr>
            <w:r w:rsidRPr="00FA0D0A">
              <w:rPr>
                <w:rFonts w:cs="Arial"/>
                <w:b/>
                <w:noProof/>
                <w:sz w:val="22"/>
                <w:lang w:val="tr-TR"/>
              </w:rPr>
              <w:t>3</w:t>
            </w:r>
          </w:p>
        </w:tc>
        <w:tc>
          <w:tcPr>
            <w:tcW w:w="567" w:type="dxa"/>
            <w:tcMar>
              <w:top w:w="100" w:type="dxa"/>
              <w:left w:w="80" w:type="dxa"/>
              <w:bottom w:w="100" w:type="dxa"/>
              <w:right w:w="80" w:type="dxa"/>
            </w:tcMar>
            <w:vAlign w:val="center"/>
          </w:tcPr>
          <w:p w14:paraId="42265083" w14:textId="000AFF64" w:rsidR="00325CD8" w:rsidRPr="00FA0D0A" w:rsidRDefault="004D4203" w:rsidP="001266D0">
            <w:pPr>
              <w:spacing w:after="0"/>
              <w:jc w:val="center"/>
              <w:rPr>
                <w:rFonts w:cs="Arial"/>
                <w:noProof/>
                <w:sz w:val="22"/>
                <w:lang w:val="tr-TR"/>
              </w:rPr>
            </w:pPr>
            <w:r w:rsidRPr="00FA0D0A">
              <w:rPr>
                <w:rFonts w:cs="Arial"/>
                <w:b/>
                <w:noProof/>
                <w:sz w:val="22"/>
                <w:lang w:val="tr-TR"/>
              </w:rPr>
              <w:t>2</w:t>
            </w:r>
          </w:p>
        </w:tc>
        <w:tc>
          <w:tcPr>
            <w:tcW w:w="567" w:type="dxa"/>
            <w:tcMar>
              <w:top w:w="100" w:type="dxa"/>
              <w:left w:w="80" w:type="dxa"/>
              <w:bottom w:w="100" w:type="dxa"/>
              <w:right w:w="80" w:type="dxa"/>
            </w:tcMar>
            <w:vAlign w:val="center"/>
          </w:tcPr>
          <w:p w14:paraId="52EB99BD" w14:textId="79C0077F" w:rsidR="00325CD8" w:rsidRPr="00FA0D0A" w:rsidRDefault="004D4203" w:rsidP="001266D0">
            <w:pPr>
              <w:spacing w:after="0"/>
              <w:jc w:val="center"/>
              <w:rPr>
                <w:rFonts w:cs="Arial"/>
                <w:noProof/>
                <w:sz w:val="22"/>
                <w:lang w:val="tr-TR"/>
              </w:rPr>
            </w:pPr>
            <w:r w:rsidRPr="00FA0D0A">
              <w:rPr>
                <w:rFonts w:cs="Arial"/>
                <w:b/>
                <w:noProof/>
                <w:sz w:val="22"/>
                <w:lang w:val="tr-TR"/>
              </w:rPr>
              <w:t>1</w:t>
            </w:r>
          </w:p>
        </w:tc>
      </w:tr>
      <w:tr w:rsidR="0028576F" w:rsidRPr="00FA0D0A" w14:paraId="08D0B46D" w14:textId="77777777" w:rsidTr="00191BE0">
        <w:trPr>
          <w:trHeight w:val="496"/>
        </w:trPr>
        <w:tc>
          <w:tcPr>
            <w:tcW w:w="7248" w:type="dxa"/>
            <w:tcMar>
              <w:top w:w="90" w:type="dxa"/>
              <w:left w:w="100" w:type="dxa"/>
              <w:bottom w:w="90" w:type="dxa"/>
              <w:right w:w="100" w:type="dxa"/>
            </w:tcMar>
            <w:vAlign w:val="center"/>
          </w:tcPr>
          <w:p w14:paraId="4A503D5B" w14:textId="7902B037" w:rsidR="00830546" w:rsidRPr="00FA0D0A" w:rsidRDefault="00830546" w:rsidP="005E1539">
            <w:pPr>
              <w:spacing w:after="0" w:line="259" w:lineRule="auto"/>
              <w:rPr>
                <w:rFonts w:cs="Arial"/>
                <w:noProof/>
                <w:sz w:val="22"/>
                <w:lang w:val="tr-TR"/>
              </w:rPr>
            </w:pPr>
            <w:r w:rsidRPr="00FA0D0A">
              <w:rPr>
                <w:rFonts w:cs="Arial"/>
                <w:noProof/>
                <w:sz w:val="22"/>
                <w:lang w:val="tr-TR"/>
              </w:rPr>
              <w:t>B1. Günlük yüz yüze ders yüküm, dersleri etkili biçimde yürütmemi engellemeyecek düzeydedir.</w:t>
            </w:r>
          </w:p>
        </w:tc>
        <w:tc>
          <w:tcPr>
            <w:tcW w:w="566" w:type="dxa"/>
            <w:tcMar>
              <w:top w:w="90" w:type="dxa"/>
              <w:left w:w="80" w:type="dxa"/>
              <w:bottom w:w="90" w:type="dxa"/>
              <w:right w:w="80" w:type="dxa"/>
            </w:tcMar>
            <w:vAlign w:val="center"/>
          </w:tcPr>
          <w:p w14:paraId="034EBB7B" w14:textId="77777777" w:rsidR="00325CD8" w:rsidRPr="00FA0D0A" w:rsidRDefault="001F2CAE" w:rsidP="001266D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7E7B14FA" w14:textId="77777777" w:rsidR="00325CD8" w:rsidRPr="00FA0D0A" w:rsidRDefault="001F2CAE" w:rsidP="001266D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52E0BCF9" w14:textId="77777777" w:rsidR="00325CD8" w:rsidRPr="00FA0D0A" w:rsidRDefault="001F2CAE" w:rsidP="001266D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12BE7A7F" w14:textId="77777777" w:rsidR="00325CD8" w:rsidRPr="00FA0D0A" w:rsidRDefault="001F2CAE" w:rsidP="001266D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306E0C0A" w14:textId="77777777" w:rsidR="00325CD8" w:rsidRPr="00FA0D0A" w:rsidRDefault="001F2CAE" w:rsidP="001266D0">
            <w:pPr>
              <w:jc w:val="center"/>
              <w:rPr>
                <w:rFonts w:cs="Arial"/>
                <w:noProof/>
                <w:sz w:val="22"/>
                <w:lang w:val="tr-TR"/>
              </w:rPr>
            </w:pPr>
            <w:r w:rsidRPr="00FA0D0A">
              <w:rPr>
                <w:rFonts w:cs="Arial"/>
                <w:noProof/>
                <w:sz w:val="22"/>
                <w:lang w:val="tr-TR"/>
              </w:rPr>
              <w:t>□</w:t>
            </w:r>
          </w:p>
        </w:tc>
      </w:tr>
      <w:tr w:rsidR="00EF49D7" w:rsidRPr="00FA0D0A" w14:paraId="79413D7E" w14:textId="77777777" w:rsidTr="00191BE0">
        <w:trPr>
          <w:trHeight w:val="496"/>
        </w:trPr>
        <w:tc>
          <w:tcPr>
            <w:tcW w:w="7248" w:type="dxa"/>
            <w:tcMar>
              <w:top w:w="90" w:type="dxa"/>
              <w:left w:w="100" w:type="dxa"/>
              <w:bottom w:w="90" w:type="dxa"/>
              <w:right w:w="100" w:type="dxa"/>
            </w:tcMar>
            <w:vAlign w:val="center"/>
          </w:tcPr>
          <w:p w14:paraId="2439E191" w14:textId="3645919D" w:rsidR="00EF49D7" w:rsidRPr="00FA0D0A" w:rsidRDefault="00EF49D7" w:rsidP="005E1539">
            <w:pPr>
              <w:spacing w:after="0" w:line="259" w:lineRule="auto"/>
              <w:rPr>
                <w:rFonts w:cs="Arial"/>
                <w:noProof/>
                <w:sz w:val="22"/>
                <w:lang w:val="tr-TR"/>
              </w:rPr>
            </w:pPr>
            <w:r w:rsidRPr="00FA0D0A">
              <w:rPr>
                <w:rFonts w:cs="Arial"/>
                <w:noProof/>
                <w:sz w:val="22"/>
                <w:lang w:val="tr-TR"/>
              </w:rPr>
              <w:t>B2. Aynı gün içinde arka arkaya gelen dersler, dersin niteliğini olumsuz etkilemektedir.</w:t>
            </w:r>
          </w:p>
        </w:tc>
        <w:tc>
          <w:tcPr>
            <w:tcW w:w="566" w:type="dxa"/>
            <w:tcMar>
              <w:top w:w="90" w:type="dxa"/>
              <w:left w:w="80" w:type="dxa"/>
              <w:bottom w:w="90" w:type="dxa"/>
              <w:right w:w="80" w:type="dxa"/>
            </w:tcMar>
            <w:vAlign w:val="center"/>
          </w:tcPr>
          <w:p w14:paraId="5B8F315F" w14:textId="028A9318" w:rsidR="00EF49D7" w:rsidRPr="00FA0D0A" w:rsidRDefault="00EF49D7" w:rsidP="001266D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1F65DE1C" w14:textId="1939A2CA" w:rsidR="00EF49D7" w:rsidRPr="00FA0D0A" w:rsidRDefault="00EF49D7" w:rsidP="001266D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22068E6C" w14:textId="5326D329" w:rsidR="00EF49D7" w:rsidRPr="00FA0D0A" w:rsidRDefault="00EF49D7" w:rsidP="001266D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70928C30" w14:textId="137FAA15" w:rsidR="00EF49D7" w:rsidRPr="00FA0D0A" w:rsidRDefault="00EF49D7" w:rsidP="001266D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41190E2A" w14:textId="23ACA778" w:rsidR="00EF49D7" w:rsidRPr="00FA0D0A" w:rsidRDefault="00EF49D7" w:rsidP="001266D0">
            <w:pPr>
              <w:jc w:val="center"/>
              <w:rPr>
                <w:rFonts w:cs="Arial"/>
                <w:noProof/>
                <w:sz w:val="22"/>
                <w:lang w:val="tr-TR"/>
              </w:rPr>
            </w:pPr>
            <w:r w:rsidRPr="00FA0D0A">
              <w:rPr>
                <w:rFonts w:cs="Arial"/>
                <w:noProof/>
                <w:sz w:val="22"/>
                <w:lang w:val="tr-TR"/>
              </w:rPr>
              <w:t>□</w:t>
            </w:r>
          </w:p>
        </w:tc>
      </w:tr>
      <w:tr w:rsidR="00EF49D7" w:rsidRPr="00FA0D0A" w14:paraId="5E42E9E3" w14:textId="77777777" w:rsidTr="00191BE0">
        <w:trPr>
          <w:trHeight w:val="496"/>
        </w:trPr>
        <w:tc>
          <w:tcPr>
            <w:tcW w:w="7248" w:type="dxa"/>
            <w:tcMar>
              <w:top w:w="90" w:type="dxa"/>
              <w:left w:w="100" w:type="dxa"/>
              <w:bottom w:w="90" w:type="dxa"/>
              <w:right w:w="100" w:type="dxa"/>
            </w:tcMar>
            <w:vAlign w:val="center"/>
          </w:tcPr>
          <w:p w14:paraId="7C698623" w14:textId="2F3D218F" w:rsidR="00EF49D7" w:rsidRPr="00FA0D0A" w:rsidRDefault="00EF49D7" w:rsidP="005E1539">
            <w:pPr>
              <w:spacing w:after="0" w:line="259" w:lineRule="auto"/>
              <w:rPr>
                <w:rFonts w:cs="Arial"/>
                <w:noProof/>
                <w:sz w:val="22"/>
                <w:lang w:val="tr-TR"/>
              </w:rPr>
            </w:pPr>
            <w:r w:rsidRPr="00FA0D0A">
              <w:rPr>
                <w:rFonts w:cs="Arial"/>
                <w:noProof/>
                <w:sz w:val="22"/>
                <w:lang w:val="tr-TR"/>
              </w:rPr>
              <w:t>B3. Dersler arasında hazırlık, dinlenme ve öğrenciyle kısa görüşme yapabilecek yeterli zaman bulunmaktadır.</w:t>
            </w:r>
          </w:p>
        </w:tc>
        <w:tc>
          <w:tcPr>
            <w:tcW w:w="566" w:type="dxa"/>
            <w:tcMar>
              <w:top w:w="90" w:type="dxa"/>
              <w:left w:w="80" w:type="dxa"/>
              <w:bottom w:w="90" w:type="dxa"/>
              <w:right w:w="80" w:type="dxa"/>
            </w:tcMar>
            <w:vAlign w:val="center"/>
          </w:tcPr>
          <w:p w14:paraId="774BD516" w14:textId="7C25897A" w:rsidR="00EF49D7" w:rsidRPr="00FA0D0A" w:rsidRDefault="00EF49D7" w:rsidP="001266D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333AAE3F" w14:textId="4717FC4A" w:rsidR="00EF49D7" w:rsidRPr="00FA0D0A" w:rsidRDefault="00EF49D7" w:rsidP="001266D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6D3B6719" w14:textId="7E367D2B" w:rsidR="00EF49D7" w:rsidRPr="00FA0D0A" w:rsidRDefault="00EF49D7" w:rsidP="001266D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1AEF1D79" w14:textId="0B6CD61B" w:rsidR="00EF49D7" w:rsidRPr="00FA0D0A" w:rsidRDefault="00EF49D7" w:rsidP="001266D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624A7A4E" w14:textId="695E8A78" w:rsidR="00EF49D7" w:rsidRPr="00FA0D0A" w:rsidRDefault="00EF49D7" w:rsidP="001266D0">
            <w:pPr>
              <w:jc w:val="center"/>
              <w:rPr>
                <w:rFonts w:cs="Arial"/>
                <w:noProof/>
                <w:sz w:val="22"/>
                <w:lang w:val="tr-TR"/>
              </w:rPr>
            </w:pPr>
            <w:r w:rsidRPr="00FA0D0A">
              <w:rPr>
                <w:rFonts w:cs="Arial"/>
                <w:noProof/>
                <w:sz w:val="22"/>
                <w:lang w:val="tr-TR"/>
              </w:rPr>
              <w:t>□</w:t>
            </w:r>
          </w:p>
        </w:tc>
      </w:tr>
      <w:tr w:rsidR="0028576F" w:rsidRPr="00FA0D0A" w14:paraId="009D7A65" w14:textId="77777777" w:rsidTr="00191BE0">
        <w:trPr>
          <w:trHeight w:val="496"/>
        </w:trPr>
        <w:tc>
          <w:tcPr>
            <w:tcW w:w="7248" w:type="dxa"/>
            <w:tcMar>
              <w:top w:w="90" w:type="dxa"/>
              <w:left w:w="100" w:type="dxa"/>
              <w:bottom w:w="90" w:type="dxa"/>
              <w:right w:w="100" w:type="dxa"/>
            </w:tcMar>
            <w:vAlign w:val="center"/>
          </w:tcPr>
          <w:p w14:paraId="23A2E42E" w14:textId="47379ACA" w:rsidR="008F0F3F" w:rsidRPr="00FA0D0A" w:rsidRDefault="009A7192" w:rsidP="005E1539">
            <w:pPr>
              <w:spacing w:after="0" w:line="259" w:lineRule="auto"/>
              <w:rPr>
                <w:rFonts w:cs="Arial"/>
                <w:noProof/>
                <w:sz w:val="22"/>
                <w:lang w:val="tr-TR"/>
              </w:rPr>
            </w:pPr>
            <w:r w:rsidRPr="00FA0D0A">
              <w:rPr>
                <w:rFonts w:cs="Arial"/>
                <w:noProof/>
                <w:sz w:val="22"/>
                <w:lang w:val="tr-TR"/>
              </w:rPr>
              <w:t xml:space="preserve">B4. </w:t>
            </w:r>
            <w:r w:rsidR="008F0F3F" w:rsidRPr="00FA0D0A">
              <w:rPr>
                <w:rFonts w:cs="Arial"/>
                <w:noProof/>
                <w:sz w:val="22"/>
                <w:lang w:val="tr-TR"/>
              </w:rPr>
              <w:t>Haftalık ders yüküm ve derslerin dağılımı, ders hazırlığı yapmam için yeterli zaman bırakmaktadır.</w:t>
            </w:r>
          </w:p>
        </w:tc>
        <w:tc>
          <w:tcPr>
            <w:tcW w:w="566" w:type="dxa"/>
            <w:tcMar>
              <w:top w:w="90" w:type="dxa"/>
              <w:left w:w="80" w:type="dxa"/>
              <w:bottom w:w="90" w:type="dxa"/>
              <w:right w:w="80" w:type="dxa"/>
            </w:tcMar>
            <w:vAlign w:val="center"/>
          </w:tcPr>
          <w:p w14:paraId="3B18703C" w14:textId="77777777" w:rsidR="00325CD8" w:rsidRPr="00FA0D0A" w:rsidRDefault="001F2CAE" w:rsidP="001266D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33967820" w14:textId="77777777" w:rsidR="00325CD8" w:rsidRPr="00FA0D0A" w:rsidRDefault="001F2CAE" w:rsidP="001266D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2E8B44A9" w14:textId="77777777" w:rsidR="00325CD8" w:rsidRPr="00FA0D0A" w:rsidRDefault="001F2CAE" w:rsidP="001266D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2FD5C37D" w14:textId="77777777" w:rsidR="00325CD8" w:rsidRPr="00FA0D0A" w:rsidRDefault="001F2CAE" w:rsidP="001266D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36B95FD0" w14:textId="77777777" w:rsidR="00325CD8" w:rsidRPr="00FA0D0A" w:rsidRDefault="001F2CAE" w:rsidP="001266D0">
            <w:pPr>
              <w:jc w:val="center"/>
              <w:rPr>
                <w:rFonts w:cs="Arial"/>
                <w:noProof/>
                <w:sz w:val="22"/>
                <w:lang w:val="tr-TR"/>
              </w:rPr>
            </w:pPr>
            <w:r w:rsidRPr="00FA0D0A">
              <w:rPr>
                <w:rFonts w:cs="Arial"/>
                <w:noProof/>
                <w:sz w:val="22"/>
                <w:lang w:val="tr-TR"/>
              </w:rPr>
              <w:t>□</w:t>
            </w:r>
          </w:p>
        </w:tc>
      </w:tr>
      <w:tr w:rsidR="00141110" w:rsidRPr="00FA0D0A" w14:paraId="7CE50600" w14:textId="77777777" w:rsidTr="00191BE0">
        <w:trPr>
          <w:trHeight w:val="496"/>
        </w:trPr>
        <w:tc>
          <w:tcPr>
            <w:tcW w:w="7248" w:type="dxa"/>
            <w:tcMar>
              <w:top w:w="90" w:type="dxa"/>
              <w:left w:w="100" w:type="dxa"/>
              <w:bottom w:w="90" w:type="dxa"/>
              <w:right w:w="100" w:type="dxa"/>
            </w:tcMar>
            <w:vAlign w:val="center"/>
          </w:tcPr>
          <w:p w14:paraId="1D467A4A" w14:textId="7924176C" w:rsidR="00141110" w:rsidRPr="00FA0D0A" w:rsidRDefault="00141110" w:rsidP="00141110">
            <w:pPr>
              <w:spacing w:after="0" w:line="259" w:lineRule="auto"/>
              <w:rPr>
                <w:rFonts w:cs="Arial"/>
                <w:noProof/>
                <w:sz w:val="22"/>
                <w:lang w:val="tr-TR"/>
              </w:rPr>
            </w:pPr>
            <w:r w:rsidRPr="00FA0D0A">
              <w:rPr>
                <w:rFonts w:cs="Arial"/>
                <w:noProof/>
                <w:sz w:val="22"/>
                <w:lang w:val="tr-TR"/>
              </w:rPr>
              <w:t>B5. Haftalık ders yüküm, ölçme-değerlendirme çalışmalarını zamanında ve nitelikli biçimde yürütmem için yeterli zaman bırakmaktadır.</w:t>
            </w:r>
          </w:p>
        </w:tc>
        <w:tc>
          <w:tcPr>
            <w:tcW w:w="566" w:type="dxa"/>
            <w:tcMar>
              <w:top w:w="90" w:type="dxa"/>
              <w:left w:w="80" w:type="dxa"/>
              <w:bottom w:w="90" w:type="dxa"/>
              <w:right w:w="80" w:type="dxa"/>
            </w:tcMar>
            <w:vAlign w:val="center"/>
          </w:tcPr>
          <w:p w14:paraId="33CE214E" w14:textId="61B8FEC9"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05E07E90" w14:textId="1113459C"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106409E5" w14:textId="2B621AF5"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68DC56C7" w14:textId="6DB10610"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67FA0029" w14:textId="3B428495" w:rsidR="00141110" w:rsidRPr="00FA0D0A" w:rsidRDefault="00141110" w:rsidP="00141110">
            <w:pPr>
              <w:jc w:val="center"/>
              <w:rPr>
                <w:rFonts w:cs="Arial"/>
                <w:noProof/>
                <w:sz w:val="22"/>
                <w:lang w:val="tr-TR"/>
              </w:rPr>
            </w:pPr>
            <w:r w:rsidRPr="00FA0D0A">
              <w:rPr>
                <w:rFonts w:cs="Arial"/>
                <w:noProof/>
                <w:sz w:val="22"/>
                <w:lang w:val="tr-TR"/>
              </w:rPr>
              <w:t>□</w:t>
            </w:r>
          </w:p>
        </w:tc>
      </w:tr>
      <w:tr w:rsidR="00141110" w:rsidRPr="00FA0D0A" w14:paraId="6D0E2AD1" w14:textId="77777777" w:rsidTr="00191BE0">
        <w:trPr>
          <w:trHeight w:val="486"/>
        </w:trPr>
        <w:tc>
          <w:tcPr>
            <w:tcW w:w="7248" w:type="dxa"/>
            <w:tcMar>
              <w:top w:w="90" w:type="dxa"/>
              <w:left w:w="100" w:type="dxa"/>
              <w:bottom w:w="90" w:type="dxa"/>
              <w:right w:w="100" w:type="dxa"/>
            </w:tcMar>
            <w:vAlign w:val="center"/>
          </w:tcPr>
          <w:p w14:paraId="41C922D5" w14:textId="5E21222F" w:rsidR="00141110" w:rsidRPr="00FA0D0A" w:rsidRDefault="00141110" w:rsidP="00141110">
            <w:pPr>
              <w:spacing w:after="0" w:line="259" w:lineRule="auto"/>
              <w:rPr>
                <w:rFonts w:cs="Arial"/>
                <w:noProof/>
                <w:sz w:val="22"/>
                <w:lang w:val="tr-TR"/>
              </w:rPr>
            </w:pPr>
            <w:r w:rsidRPr="00FA0D0A">
              <w:rPr>
                <w:rFonts w:cs="Arial"/>
                <w:noProof/>
                <w:sz w:val="22"/>
                <w:lang w:val="tr-TR"/>
              </w:rPr>
              <w:t>B6. Derslerimin haftanın günlerine dağılımı dengelidir.</w:t>
            </w:r>
          </w:p>
        </w:tc>
        <w:tc>
          <w:tcPr>
            <w:tcW w:w="566" w:type="dxa"/>
            <w:tcMar>
              <w:top w:w="90" w:type="dxa"/>
              <w:left w:w="80" w:type="dxa"/>
              <w:bottom w:w="90" w:type="dxa"/>
              <w:right w:w="80" w:type="dxa"/>
            </w:tcMar>
            <w:vAlign w:val="center"/>
          </w:tcPr>
          <w:p w14:paraId="5C4A133A" w14:textId="77777777"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20D08DB6" w14:textId="77777777"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7BD93955" w14:textId="77777777"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57797740" w14:textId="77777777"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69E0B860" w14:textId="77777777" w:rsidR="00141110" w:rsidRPr="00FA0D0A" w:rsidRDefault="00141110" w:rsidP="00141110">
            <w:pPr>
              <w:jc w:val="center"/>
              <w:rPr>
                <w:rFonts w:cs="Arial"/>
                <w:noProof/>
                <w:sz w:val="22"/>
                <w:lang w:val="tr-TR"/>
              </w:rPr>
            </w:pPr>
            <w:r w:rsidRPr="00FA0D0A">
              <w:rPr>
                <w:rFonts w:cs="Arial"/>
                <w:noProof/>
                <w:sz w:val="22"/>
                <w:lang w:val="tr-TR"/>
              </w:rPr>
              <w:t>□</w:t>
            </w:r>
          </w:p>
        </w:tc>
      </w:tr>
      <w:tr w:rsidR="00141110" w:rsidRPr="00FA0D0A" w14:paraId="1EF6480E" w14:textId="77777777" w:rsidTr="00191BE0">
        <w:trPr>
          <w:trHeight w:val="486"/>
        </w:trPr>
        <w:tc>
          <w:tcPr>
            <w:tcW w:w="7248" w:type="dxa"/>
            <w:tcMar>
              <w:top w:w="90" w:type="dxa"/>
              <w:left w:w="100" w:type="dxa"/>
              <w:bottom w:w="90" w:type="dxa"/>
              <w:right w:w="100" w:type="dxa"/>
            </w:tcMar>
            <w:vAlign w:val="center"/>
          </w:tcPr>
          <w:p w14:paraId="4B012410" w14:textId="6A08846E" w:rsidR="00141110" w:rsidRPr="00FA0D0A" w:rsidRDefault="00141110" w:rsidP="00141110">
            <w:pPr>
              <w:spacing w:after="0" w:line="259" w:lineRule="auto"/>
              <w:rPr>
                <w:rFonts w:cs="Arial"/>
                <w:noProof/>
                <w:sz w:val="22"/>
                <w:lang w:val="tr-TR"/>
              </w:rPr>
            </w:pPr>
            <w:r w:rsidRPr="00FA0D0A">
              <w:rPr>
                <w:rFonts w:cs="Arial"/>
                <w:noProof/>
                <w:sz w:val="22"/>
                <w:lang w:val="tr-TR"/>
              </w:rPr>
              <w:t>B7. Haftalık ders yüküm, akademik araştırma ve yayın çalışmalarına zaman ayırmamı zorlaştırmaktadır.</w:t>
            </w:r>
          </w:p>
        </w:tc>
        <w:tc>
          <w:tcPr>
            <w:tcW w:w="566" w:type="dxa"/>
            <w:tcMar>
              <w:top w:w="90" w:type="dxa"/>
              <w:left w:w="80" w:type="dxa"/>
              <w:bottom w:w="90" w:type="dxa"/>
              <w:right w:w="80" w:type="dxa"/>
            </w:tcMar>
            <w:vAlign w:val="center"/>
          </w:tcPr>
          <w:p w14:paraId="05D149B1" w14:textId="69822065"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4904B08A" w14:textId="4021BE40"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53F58289" w14:textId="698C64E1"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0C9DAAE6" w14:textId="4A06FE74"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17B1E6F7" w14:textId="095C8581" w:rsidR="00141110" w:rsidRPr="00FA0D0A" w:rsidRDefault="00141110" w:rsidP="00141110">
            <w:pPr>
              <w:jc w:val="center"/>
              <w:rPr>
                <w:rFonts w:cs="Arial"/>
                <w:noProof/>
                <w:sz w:val="22"/>
                <w:lang w:val="tr-TR"/>
              </w:rPr>
            </w:pPr>
            <w:r w:rsidRPr="00FA0D0A">
              <w:rPr>
                <w:rFonts w:cs="Arial"/>
                <w:noProof/>
                <w:sz w:val="22"/>
                <w:lang w:val="tr-TR"/>
              </w:rPr>
              <w:t>□</w:t>
            </w:r>
          </w:p>
        </w:tc>
      </w:tr>
      <w:tr w:rsidR="00141110" w:rsidRPr="00FA0D0A" w14:paraId="187E390D" w14:textId="77777777" w:rsidTr="00191BE0">
        <w:trPr>
          <w:trHeight w:val="486"/>
        </w:trPr>
        <w:tc>
          <w:tcPr>
            <w:tcW w:w="7248" w:type="dxa"/>
            <w:tcMar>
              <w:top w:w="90" w:type="dxa"/>
              <w:left w:w="100" w:type="dxa"/>
              <w:bottom w:w="90" w:type="dxa"/>
              <w:right w:w="100" w:type="dxa"/>
            </w:tcMar>
            <w:vAlign w:val="center"/>
          </w:tcPr>
          <w:p w14:paraId="5122BECB" w14:textId="7D7624DB" w:rsidR="00141110" w:rsidRPr="00FA0D0A" w:rsidRDefault="00141110" w:rsidP="00141110">
            <w:pPr>
              <w:spacing w:after="0" w:line="259" w:lineRule="auto"/>
              <w:rPr>
                <w:rFonts w:cs="Arial"/>
                <w:noProof/>
                <w:sz w:val="22"/>
                <w:lang w:val="tr-TR"/>
              </w:rPr>
            </w:pPr>
            <w:r w:rsidRPr="00FA0D0A">
              <w:rPr>
                <w:rFonts w:cs="Arial"/>
                <w:noProof/>
                <w:sz w:val="22"/>
                <w:lang w:val="tr-TR"/>
              </w:rPr>
              <w:t>B8. Öğretim elemanının ders yükü idari görevler, kurul/komisyon görevleri dikkate alınarak belirlenmelidir.</w:t>
            </w:r>
          </w:p>
        </w:tc>
        <w:tc>
          <w:tcPr>
            <w:tcW w:w="566" w:type="dxa"/>
            <w:tcMar>
              <w:top w:w="90" w:type="dxa"/>
              <w:left w:w="80" w:type="dxa"/>
              <w:bottom w:w="90" w:type="dxa"/>
              <w:right w:w="80" w:type="dxa"/>
            </w:tcMar>
            <w:vAlign w:val="center"/>
          </w:tcPr>
          <w:p w14:paraId="3CFE6044" w14:textId="015D9B31"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05BFE779" w14:textId="7F1766C9"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2E1FCD79" w14:textId="3FCF31DE"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151A5D7F" w14:textId="0AB8F8FA"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2F819001" w14:textId="753454CD" w:rsidR="00141110" w:rsidRPr="00FA0D0A" w:rsidRDefault="00141110" w:rsidP="00141110">
            <w:pPr>
              <w:jc w:val="center"/>
              <w:rPr>
                <w:rFonts w:cs="Arial"/>
                <w:noProof/>
                <w:sz w:val="22"/>
                <w:lang w:val="tr-TR"/>
              </w:rPr>
            </w:pPr>
            <w:r w:rsidRPr="00FA0D0A">
              <w:rPr>
                <w:rFonts w:cs="Arial"/>
                <w:noProof/>
                <w:sz w:val="22"/>
                <w:lang w:val="tr-TR"/>
              </w:rPr>
              <w:t>□</w:t>
            </w:r>
          </w:p>
        </w:tc>
      </w:tr>
      <w:tr w:rsidR="00141110" w:rsidRPr="00FA0D0A" w14:paraId="0989D4ED" w14:textId="77777777" w:rsidTr="00191BE0">
        <w:trPr>
          <w:trHeight w:val="486"/>
        </w:trPr>
        <w:tc>
          <w:tcPr>
            <w:tcW w:w="7248" w:type="dxa"/>
            <w:tcMar>
              <w:top w:w="90" w:type="dxa"/>
              <w:left w:w="100" w:type="dxa"/>
              <w:bottom w:w="90" w:type="dxa"/>
              <w:right w:w="100" w:type="dxa"/>
            </w:tcMar>
            <w:vAlign w:val="center"/>
          </w:tcPr>
          <w:p w14:paraId="54F7811C" w14:textId="2F9E8631" w:rsidR="00141110" w:rsidRPr="00FA0D0A" w:rsidRDefault="00141110" w:rsidP="00141110">
            <w:pPr>
              <w:spacing w:after="0" w:line="259" w:lineRule="auto"/>
              <w:rPr>
                <w:rFonts w:cs="Arial"/>
                <w:noProof/>
                <w:sz w:val="22"/>
                <w:lang w:val="tr-TR"/>
              </w:rPr>
            </w:pPr>
            <w:r w:rsidRPr="00FA0D0A">
              <w:rPr>
                <w:rFonts w:cs="Arial"/>
                <w:noProof/>
                <w:sz w:val="22"/>
                <w:lang w:val="tr-TR"/>
              </w:rPr>
              <w:t>B9. Öğretim elemanının ders yükü farklı bina/yerleşkelerdeki dersleri dikkate alınarak belirlenmelidir.</w:t>
            </w:r>
          </w:p>
        </w:tc>
        <w:tc>
          <w:tcPr>
            <w:tcW w:w="566" w:type="dxa"/>
            <w:tcMar>
              <w:top w:w="90" w:type="dxa"/>
              <w:left w:w="80" w:type="dxa"/>
              <w:bottom w:w="90" w:type="dxa"/>
              <w:right w:w="80" w:type="dxa"/>
            </w:tcMar>
            <w:vAlign w:val="center"/>
          </w:tcPr>
          <w:p w14:paraId="3620EF4E" w14:textId="398D904D"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28895EE6" w14:textId="06E5A6A1"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390A760C" w14:textId="33361AFF"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615F71B0" w14:textId="3DB67E6E"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25996A25" w14:textId="1D1D1AFA" w:rsidR="00141110" w:rsidRPr="00FA0D0A" w:rsidRDefault="00141110" w:rsidP="00141110">
            <w:pPr>
              <w:jc w:val="center"/>
              <w:rPr>
                <w:rFonts w:cs="Arial"/>
                <w:noProof/>
                <w:sz w:val="22"/>
                <w:lang w:val="tr-TR"/>
              </w:rPr>
            </w:pPr>
            <w:r w:rsidRPr="00FA0D0A">
              <w:rPr>
                <w:rFonts w:cs="Arial"/>
                <w:noProof/>
                <w:sz w:val="22"/>
                <w:lang w:val="tr-TR"/>
              </w:rPr>
              <w:t>□</w:t>
            </w:r>
          </w:p>
        </w:tc>
      </w:tr>
      <w:tr w:rsidR="00141110" w:rsidRPr="00FA0D0A" w14:paraId="5EFB0CC4" w14:textId="77777777" w:rsidTr="00191BE0">
        <w:trPr>
          <w:trHeight w:val="486"/>
        </w:trPr>
        <w:tc>
          <w:tcPr>
            <w:tcW w:w="7248" w:type="dxa"/>
            <w:tcMar>
              <w:top w:w="90" w:type="dxa"/>
              <w:left w:w="100" w:type="dxa"/>
              <w:bottom w:w="90" w:type="dxa"/>
              <w:right w:w="100" w:type="dxa"/>
            </w:tcMar>
            <w:vAlign w:val="center"/>
          </w:tcPr>
          <w:p w14:paraId="700A922A" w14:textId="0F21A9E9" w:rsidR="00141110" w:rsidRPr="00FA0D0A" w:rsidRDefault="00141110" w:rsidP="00141110">
            <w:pPr>
              <w:spacing w:after="0" w:line="259" w:lineRule="auto"/>
              <w:rPr>
                <w:rFonts w:cs="Arial"/>
                <w:noProof/>
                <w:sz w:val="22"/>
                <w:lang w:val="tr-TR"/>
              </w:rPr>
            </w:pPr>
            <w:r w:rsidRPr="00FA0D0A">
              <w:rPr>
                <w:rFonts w:cs="Arial"/>
                <w:noProof/>
                <w:sz w:val="22"/>
                <w:lang w:val="tr-TR"/>
              </w:rPr>
              <w:t>B10. Ders programı hazırlanırken öğretim elemanlarının günlük azami ders yükü dikkate alınmalıdır.</w:t>
            </w:r>
          </w:p>
        </w:tc>
        <w:tc>
          <w:tcPr>
            <w:tcW w:w="566" w:type="dxa"/>
            <w:tcMar>
              <w:top w:w="90" w:type="dxa"/>
              <w:left w:w="80" w:type="dxa"/>
              <w:bottom w:w="90" w:type="dxa"/>
              <w:right w:w="80" w:type="dxa"/>
            </w:tcMar>
            <w:vAlign w:val="center"/>
          </w:tcPr>
          <w:p w14:paraId="60964340" w14:textId="536A5EA0"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7F9EE0F6" w14:textId="32BD0162"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0D294118" w14:textId="17EADD9A"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02B2F5C9" w14:textId="28441DFC"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268BDF1C" w14:textId="583F197F" w:rsidR="00141110" w:rsidRPr="00FA0D0A" w:rsidRDefault="00141110" w:rsidP="00141110">
            <w:pPr>
              <w:jc w:val="center"/>
              <w:rPr>
                <w:rFonts w:cs="Arial"/>
                <w:noProof/>
                <w:sz w:val="22"/>
                <w:lang w:val="tr-TR"/>
              </w:rPr>
            </w:pPr>
            <w:r w:rsidRPr="00FA0D0A">
              <w:rPr>
                <w:rFonts w:cs="Arial"/>
                <w:noProof/>
                <w:sz w:val="22"/>
                <w:lang w:val="tr-TR"/>
              </w:rPr>
              <w:t>□</w:t>
            </w:r>
          </w:p>
        </w:tc>
      </w:tr>
      <w:tr w:rsidR="00141110" w:rsidRPr="00FA0D0A" w14:paraId="4C65AA08" w14:textId="77777777" w:rsidTr="00191BE0">
        <w:trPr>
          <w:trHeight w:val="486"/>
        </w:trPr>
        <w:tc>
          <w:tcPr>
            <w:tcW w:w="7248" w:type="dxa"/>
            <w:tcMar>
              <w:top w:w="90" w:type="dxa"/>
              <w:left w:w="100" w:type="dxa"/>
              <w:bottom w:w="90" w:type="dxa"/>
              <w:right w:w="100" w:type="dxa"/>
            </w:tcMar>
            <w:vAlign w:val="center"/>
          </w:tcPr>
          <w:p w14:paraId="6A8C32C2" w14:textId="7512BB7F" w:rsidR="00141110" w:rsidRPr="00FA0D0A" w:rsidRDefault="00141110" w:rsidP="00141110">
            <w:pPr>
              <w:spacing w:after="0" w:line="259" w:lineRule="auto"/>
              <w:rPr>
                <w:rFonts w:cs="Arial"/>
                <w:noProof/>
                <w:sz w:val="22"/>
                <w:lang w:val="tr-TR"/>
              </w:rPr>
            </w:pPr>
            <w:r w:rsidRPr="00FA0D0A">
              <w:rPr>
                <w:rFonts w:cs="Arial"/>
                <w:noProof/>
                <w:sz w:val="22"/>
                <w:lang w:val="tr-TR"/>
              </w:rPr>
              <w:t>B11. Gerekçeli karar doğrultusunda günlük azami ders yükü artırılabilir.</w:t>
            </w:r>
          </w:p>
        </w:tc>
        <w:tc>
          <w:tcPr>
            <w:tcW w:w="566" w:type="dxa"/>
            <w:tcMar>
              <w:top w:w="90" w:type="dxa"/>
              <w:left w:w="80" w:type="dxa"/>
              <w:bottom w:w="90" w:type="dxa"/>
              <w:right w:w="80" w:type="dxa"/>
            </w:tcMar>
            <w:vAlign w:val="center"/>
          </w:tcPr>
          <w:p w14:paraId="1F843E54" w14:textId="4F695CBF"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2F57EE0A" w14:textId="1817FB8F"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5B53C116" w14:textId="6B1A4D33"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37233F76" w14:textId="6B109CD4" w:rsidR="00141110" w:rsidRPr="00FA0D0A" w:rsidRDefault="00141110" w:rsidP="00141110">
            <w:pPr>
              <w:jc w:val="center"/>
              <w:rPr>
                <w:rFonts w:cs="Arial"/>
                <w:noProof/>
                <w:sz w:val="22"/>
                <w:lang w:val="tr-TR"/>
              </w:rPr>
            </w:pPr>
            <w:r w:rsidRPr="00FA0D0A">
              <w:rPr>
                <w:rFonts w:cs="Arial"/>
                <w:noProof/>
                <w:sz w:val="22"/>
                <w:lang w:val="tr-TR"/>
              </w:rPr>
              <w:t>□</w:t>
            </w:r>
          </w:p>
        </w:tc>
        <w:tc>
          <w:tcPr>
            <w:tcW w:w="567" w:type="dxa"/>
            <w:tcMar>
              <w:top w:w="90" w:type="dxa"/>
              <w:left w:w="80" w:type="dxa"/>
              <w:bottom w:w="90" w:type="dxa"/>
              <w:right w:w="80" w:type="dxa"/>
            </w:tcMar>
            <w:vAlign w:val="center"/>
          </w:tcPr>
          <w:p w14:paraId="5E465CDE" w14:textId="775D623B" w:rsidR="00141110" w:rsidRPr="00FA0D0A" w:rsidRDefault="00141110" w:rsidP="00141110">
            <w:pPr>
              <w:jc w:val="center"/>
              <w:rPr>
                <w:rFonts w:cs="Arial"/>
                <w:noProof/>
                <w:sz w:val="22"/>
                <w:lang w:val="tr-TR"/>
              </w:rPr>
            </w:pPr>
            <w:r w:rsidRPr="00FA0D0A">
              <w:rPr>
                <w:rFonts w:cs="Arial"/>
                <w:noProof/>
                <w:sz w:val="22"/>
                <w:lang w:val="tr-TR"/>
              </w:rPr>
              <w:t>□</w:t>
            </w:r>
          </w:p>
        </w:tc>
      </w:tr>
    </w:tbl>
    <w:p w14:paraId="5CABB3E9" w14:textId="77777777" w:rsidR="000E20DC" w:rsidRPr="00FA0D0A" w:rsidRDefault="000E20DC" w:rsidP="0028576F">
      <w:pPr>
        <w:spacing w:before="160" w:after="100" w:line="240" w:lineRule="auto"/>
        <w:rPr>
          <w:rFonts w:cs="Arial"/>
          <w:b/>
          <w:noProof/>
          <w:sz w:val="24"/>
          <w:lang w:val="tr-TR"/>
        </w:rPr>
      </w:pPr>
    </w:p>
    <w:p w14:paraId="1C3BEF6C" w14:textId="7B4D39B4" w:rsidR="00325CD8" w:rsidRPr="00FA0D0A" w:rsidRDefault="00A24D31" w:rsidP="0028576F">
      <w:pPr>
        <w:spacing w:before="160" w:after="100" w:line="240" w:lineRule="auto"/>
        <w:rPr>
          <w:rFonts w:cs="Arial"/>
          <w:noProof/>
          <w:sz w:val="24"/>
          <w:szCs w:val="24"/>
          <w:lang w:val="tr-TR"/>
        </w:rPr>
      </w:pPr>
      <w:r w:rsidRPr="00FA0D0A">
        <w:rPr>
          <w:rFonts w:cs="Arial"/>
          <w:b/>
          <w:noProof/>
          <w:sz w:val="24"/>
          <w:szCs w:val="24"/>
          <w:lang w:val="tr-TR"/>
        </w:rPr>
        <w:t>C</w:t>
      </w:r>
      <w:r w:rsidR="001F2CAE" w:rsidRPr="00FA0D0A">
        <w:rPr>
          <w:rFonts w:cs="Arial"/>
          <w:b/>
          <w:noProof/>
          <w:sz w:val="24"/>
          <w:szCs w:val="24"/>
          <w:lang w:val="tr-TR"/>
        </w:rPr>
        <w:t>. Öncelikli İyileştirme Alanları</w:t>
      </w:r>
    </w:p>
    <w:p w14:paraId="2CCDECC5" w14:textId="43080429" w:rsidR="002003EF" w:rsidRPr="00FA0D0A" w:rsidRDefault="002003EF" w:rsidP="0028576F">
      <w:pPr>
        <w:spacing w:after="80" w:line="240" w:lineRule="auto"/>
        <w:rPr>
          <w:rFonts w:cs="Arial"/>
          <w:noProof/>
          <w:sz w:val="22"/>
          <w:lang w:val="tr-TR"/>
        </w:rPr>
      </w:pPr>
      <w:r w:rsidRPr="00FA0D0A">
        <w:rPr>
          <w:rFonts w:cs="Arial"/>
          <w:noProof/>
          <w:sz w:val="22"/>
          <w:lang w:val="tr-TR"/>
        </w:rPr>
        <w:t xml:space="preserve">Aşağıdaki iyileştirme alanlarından sizin için en öncelikli gördüğünüz </w:t>
      </w:r>
      <w:r w:rsidRPr="00FA0D0A">
        <w:rPr>
          <w:rFonts w:cs="Arial"/>
          <w:b/>
          <w:bCs/>
          <w:noProof/>
          <w:sz w:val="22"/>
          <w:lang w:val="tr-TR"/>
        </w:rPr>
        <w:t>en fazla üç alanı</w:t>
      </w:r>
      <w:r w:rsidRPr="00FA0D0A">
        <w:rPr>
          <w:rFonts w:cs="Arial"/>
          <w:noProof/>
          <w:sz w:val="22"/>
          <w:lang w:val="tr-TR"/>
        </w:rPr>
        <w:t xml:space="preserve"> işaretleyiniz.</w:t>
      </w:r>
    </w:p>
    <w:p w14:paraId="6453A040" w14:textId="77777777" w:rsidR="00815F46" w:rsidRPr="00FA0D0A" w:rsidRDefault="00815F46" w:rsidP="0028576F">
      <w:pPr>
        <w:spacing w:after="80" w:line="240" w:lineRule="auto"/>
        <w:rPr>
          <w:rFonts w:cs="Arial"/>
          <w:noProof/>
          <w:sz w:val="22"/>
          <w:lang w:val="tr-TR"/>
        </w:rPr>
      </w:pPr>
    </w:p>
    <w:p w14:paraId="7CF85327" w14:textId="520137C2" w:rsidR="00325CD8" w:rsidRPr="00FA0D0A" w:rsidRDefault="001F2CAE" w:rsidP="00CC7EC0">
      <w:pPr>
        <w:spacing w:after="0"/>
        <w:ind w:left="283"/>
        <w:jc w:val="both"/>
        <w:rPr>
          <w:rFonts w:cs="Arial"/>
          <w:noProof/>
          <w:sz w:val="22"/>
          <w:lang w:val="tr-TR"/>
        </w:rPr>
      </w:pPr>
      <w:r w:rsidRPr="00FA0D0A">
        <w:rPr>
          <w:rFonts w:cs="Arial"/>
          <w:noProof/>
          <w:sz w:val="22"/>
          <w:lang w:val="tr-TR"/>
        </w:rPr>
        <w:t xml:space="preserve">□ </w:t>
      </w:r>
      <w:r w:rsidR="003E60EA" w:rsidRPr="00FA0D0A">
        <w:rPr>
          <w:rFonts w:cs="Arial"/>
          <w:noProof/>
          <w:sz w:val="22"/>
          <w:lang w:val="tr-TR"/>
        </w:rPr>
        <w:t>“Derslerin haftanın günlerine daha dengeli dağıtılması”</w:t>
      </w:r>
    </w:p>
    <w:p w14:paraId="5D9AF4F4" w14:textId="2140C935" w:rsidR="00325CD8" w:rsidRPr="00FA0D0A" w:rsidRDefault="001F2CAE" w:rsidP="00CC7EC0">
      <w:pPr>
        <w:spacing w:after="0"/>
        <w:ind w:left="283"/>
        <w:jc w:val="both"/>
        <w:rPr>
          <w:rFonts w:cs="Arial"/>
          <w:noProof/>
          <w:sz w:val="22"/>
          <w:lang w:val="tr-TR"/>
        </w:rPr>
      </w:pPr>
      <w:r w:rsidRPr="00FA0D0A">
        <w:rPr>
          <w:rFonts w:cs="Arial"/>
          <w:noProof/>
          <w:sz w:val="22"/>
          <w:lang w:val="tr-TR"/>
        </w:rPr>
        <w:t xml:space="preserve">□ </w:t>
      </w:r>
      <w:r w:rsidR="001058E2" w:rsidRPr="00FA0D0A">
        <w:rPr>
          <w:rFonts w:cs="Arial"/>
          <w:noProof/>
          <w:sz w:val="22"/>
          <w:lang w:val="tr-TR"/>
        </w:rPr>
        <w:t>“Günlük yüz yüze ders saatinin azaltılması”</w:t>
      </w:r>
    </w:p>
    <w:p w14:paraId="1CB4232A" w14:textId="00B1E40B" w:rsidR="00325CD8" w:rsidRPr="00FA0D0A" w:rsidRDefault="001F2CAE" w:rsidP="00CC7EC0">
      <w:pPr>
        <w:spacing w:after="0"/>
        <w:ind w:left="283"/>
        <w:jc w:val="both"/>
        <w:rPr>
          <w:rFonts w:cs="Arial"/>
          <w:noProof/>
          <w:sz w:val="22"/>
          <w:lang w:val="tr-TR"/>
        </w:rPr>
      </w:pPr>
      <w:r w:rsidRPr="00FA0D0A">
        <w:rPr>
          <w:rFonts w:cs="Arial"/>
          <w:noProof/>
          <w:sz w:val="22"/>
          <w:lang w:val="tr-TR"/>
        </w:rPr>
        <w:t xml:space="preserve">□ </w:t>
      </w:r>
      <w:r w:rsidR="00406AA4" w:rsidRPr="00FA0D0A">
        <w:rPr>
          <w:rFonts w:cs="Arial"/>
          <w:noProof/>
          <w:sz w:val="22"/>
          <w:lang w:val="tr-TR"/>
        </w:rPr>
        <w:t>“Arka arkaya yapılan ders bloklarına üst sınır getirilmesi”</w:t>
      </w:r>
    </w:p>
    <w:p w14:paraId="45B5B2A9" w14:textId="3C3A52D3" w:rsidR="00325CD8" w:rsidRPr="00FA0D0A" w:rsidRDefault="001F2CAE" w:rsidP="00CC7EC0">
      <w:pPr>
        <w:spacing w:after="0"/>
        <w:ind w:left="283"/>
        <w:jc w:val="both"/>
        <w:rPr>
          <w:rFonts w:cs="Arial"/>
          <w:noProof/>
          <w:sz w:val="22"/>
          <w:lang w:val="tr-TR"/>
        </w:rPr>
      </w:pPr>
      <w:r w:rsidRPr="00FA0D0A">
        <w:rPr>
          <w:rFonts w:cs="Arial"/>
          <w:noProof/>
          <w:sz w:val="22"/>
          <w:lang w:val="tr-TR"/>
        </w:rPr>
        <w:lastRenderedPageBreak/>
        <w:t xml:space="preserve">□ </w:t>
      </w:r>
      <w:r w:rsidR="00406AA4" w:rsidRPr="00FA0D0A">
        <w:rPr>
          <w:rFonts w:cs="Arial"/>
          <w:noProof/>
          <w:sz w:val="22"/>
          <w:lang w:val="tr-TR"/>
        </w:rPr>
        <w:t>“</w:t>
      </w:r>
      <w:r w:rsidR="00D35022" w:rsidRPr="00FA0D0A">
        <w:rPr>
          <w:rFonts w:cs="Arial"/>
          <w:noProof/>
          <w:sz w:val="22"/>
          <w:lang w:val="tr-TR"/>
        </w:rPr>
        <w:t>T</w:t>
      </w:r>
      <w:r w:rsidR="00406AA4" w:rsidRPr="00FA0D0A">
        <w:rPr>
          <w:rFonts w:cs="Arial"/>
          <w:noProof/>
          <w:sz w:val="22"/>
          <w:lang w:val="tr-TR"/>
        </w:rPr>
        <w:t xml:space="preserve">oplam ders saati ile </w:t>
      </w:r>
      <w:r w:rsidR="00D35022" w:rsidRPr="00FA0D0A">
        <w:rPr>
          <w:rFonts w:cs="Arial"/>
          <w:noProof/>
          <w:sz w:val="22"/>
          <w:lang w:val="tr-TR"/>
        </w:rPr>
        <w:t>yüz yüze</w:t>
      </w:r>
      <w:r w:rsidR="00D87BB5" w:rsidRPr="00FA0D0A">
        <w:rPr>
          <w:rFonts w:cs="Arial"/>
          <w:noProof/>
          <w:sz w:val="22"/>
          <w:lang w:val="tr-TR"/>
        </w:rPr>
        <w:t xml:space="preserve"> yapılan</w:t>
      </w:r>
      <w:r w:rsidR="00406AA4" w:rsidRPr="00FA0D0A">
        <w:rPr>
          <w:rFonts w:cs="Arial"/>
          <w:noProof/>
          <w:sz w:val="22"/>
          <w:lang w:val="tr-TR"/>
        </w:rPr>
        <w:t xml:space="preserve"> sınıf/uygulama ders saatinin ayrı izlenmesi”</w:t>
      </w:r>
    </w:p>
    <w:p w14:paraId="3B6FCFF6" w14:textId="3B9DDA30" w:rsidR="00325CD8" w:rsidRPr="00FA0D0A" w:rsidRDefault="001F2CAE" w:rsidP="00CC7EC0">
      <w:pPr>
        <w:spacing w:after="0"/>
        <w:ind w:left="283"/>
        <w:jc w:val="both"/>
        <w:rPr>
          <w:rFonts w:cs="Arial"/>
          <w:noProof/>
          <w:sz w:val="22"/>
          <w:lang w:val="tr-TR"/>
        </w:rPr>
      </w:pPr>
      <w:r w:rsidRPr="00FA0D0A">
        <w:rPr>
          <w:rFonts w:cs="Arial"/>
          <w:noProof/>
          <w:sz w:val="22"/>
          <w:lang w:val="tr-TR"/>
        </w:rPr>
        <w:t xml:space="preserve">□ </w:t>
      </w:r>
      <w:r w:rsidR="008C5196" w:rsidRPr="00FA0D0A">
        <w:rPr>
          <w:rFonts w:cs="Arial"/>
          <w:noProof/>
          <w:sz w:val="22"/>
          <w:lang w:val="tr-TR"/>
        </w:rPr>
        <w:t>“</w:t>
      </w:r>
      <w:r w:rsidR="00C46713" w:rsidRPr="00FA0D0A">
        <w:rPr>
          <w:rFonts w:cs="Arial"/>
          <w:noProof/>
          <w:sz w:val="22"/>
          <w:lang w:val="tr-TR"/>
        </w:rPr>
        <w:t>İ</w:t>
      </w:r>
      <w:r w:rsidRPr="00FA0D0A">
        <w:rPr>
          <w:rFonts w:cs="Arial"/>
          <w:noProof/>
          <w:sz w:val="22"/>
          <w:lang w:val="tr-TR"/>
        </w:rPr>
        <w:t>dari görev</w:t>
      </w:r>
      <w:r w:rsidR="005F16D3" w:rsidRPr="00FA0D0A">
        <w:rPr>
          <w:rFonts w:cs="Arial"/>
          <w:noProof/>
          <w:sz w:val="22"/>
          <w:lang w:val="tr-TR"/>
        </w:rPr>
        <w:t>ler,</w:t>
      </w:r>
      <w:r w:rsidRPr="00FA0D0A">
        <w:rPr>
          <w:rFonts w:cs="Arial"/>
          <w:noProof/>
          <w:sz w:val="22"/>
          <w:lang w:val="tr-TR"/>
        </w:rPr>
        <w:t xml:space="preserve"> kurul </w:t>
      </w:r>
      <w:r w:rsidR="005F16D3" w:rsidRPr="00FA0D0A">
        <w:rPr>
          <w:rFonts w:cs="Arial"/>
          <w:noProof/>
          <w:sz w:val="22"/>
          <w:lang w:val="tr-TR"/>
        </w:rPr>
        <w:t>ve</w:t>
      </w:r>
      <w:r w:rsidRPr="00FA0D0A">
        <w:rPr>
          <w:rFonts w:cs="Arial"/>
          <w:noProof/>
          <w:sz w:val="22"/>
          <w:lang w:val="tr-TR"/>
        </w:rPr>
        <w:t xml:space="preserve"> komisyon </w:t>
      </w:r>
      <w:r w:rsidR="000569D4" w:rsidRPr="00FA0D0A">
        <w:rPr>
          <w:rFonts w:cs="Arial"/>
          <w:noProof/>
          <w:sz w:val="22"/>
          <w:lang w:val="tr-TR"/>
        </w:rPr>
        <w:t>görevleri</w:t>
      </w:r>
      <w:r w:rsidR="00C46713" w:rsidRPr="00FA0D0A">
        <w:rPr>
          <w:rFonts w:cs="Arial"/>
          <w:noProof/>
          <w:sz w:val="22"/>
          <w:lang w:val="tr-TR"/>
        </w:rPr>
        <w:t xml:space="preserve"> dağıtılırken öğretim elemanlarının ders yüklerinin</w:t>
      </w:r>
      <w:r w:rsidRPr="00FA0D0A">
        <w:rPr>
          <w:rFonts w:cs="Arial"/>
          <w:noProof/>
          <w:sz w:val="22"/>
          <w:lang w:val="tr-TR"/>
        </w:rPr>
        <w:t xml:space="preserve"> dikkate alınm</w:t>
      </w:r>
      <w:r w:rsidR="000569D4" w:rsidRPr="00FA0D0A">
        <w:rPr>
          <w:rFonts w:cs="Arial"/>
          <w:noProof/>
          <w:sz w:val="22"/>
          <w:lang w:val="tr-TR"/>
        </w:rPr>
        <w:t>ası</w:t>
      </w:r>
      <w:r w:rsidR="008C5196" w:rsidRPr="00FA0D0A">
        <w:rPr>
          <w:rFonts w:cs="Arial"/>
          <w:noProof/>
          <w:sz w:val="22"/>
          <w:lang w:val="tr-TR"/>
        </w:rPr>
        <w:t>”</w:t>
      </w:r>
    </w:p>
    <w:p w14:paraId="01728CE4" w14:textId="53580530" w:rsidR="00325CD8" w:rsidRPr="00FA0D0A" w:rsidRDefault="001F2CAE" w:rsidP="00CC7EC0">
      <w:pPr>
        <w:spacing w:after="0"/>
        <w:ind w:left="283"/>
        <w:jc w:val="both"/>
        <w:rPr>
          <w:rFonts w:cs="Arial"/>
          <w:noProof/>
          <w:sz w:val="22"/>
          <w:lang w:val="tr-TR"/>
        </w:rPr>
      </w:pPr>
      <w:r w:rsidRPr="00FA0D0A">
        <w:rPr>
          <w:rFonts w:cs="Arial"/>
          <w:noProof/>
          <w:sz w:val="22"/>
          <w:lang w:val="tr-TR"/>
        </w:rPr>
        <w:t xml:space="preserve">□ </w:t>
      </w:r>
      <w:r w:rsidR="008C5196" w:rsidRPr="00FA0D0A">
        <w:rPr>
          <w:rFonts w:cs="Arial"/>
          <w:noProof/>
          <w:sz w:val="22"/>
          <w:lang w:val="tr-TR"/>
        </w:rPr>
        <w:t>“</w:t>
      </w:r>
      <w:r w:rsidRPr="00FA0D0A">
        <w:rPr>
          <w:rFonts w:cs="Arial"/>
          <w:noProof/>
          <w:sz w:val="22"/>
          <w:lang w:val="tr-TR"/>
        </w:rPr>
        <w:t>Farklı bina</w:t>
      </w:r>
      <w:r w:rsidR="005E65FC" w:rsidRPr="00FA0D0A">
        <w:rPr>
          <w:rFonts w:cs="Arial"/>
          <w:noProof/>
          <w:sz w:val="22"/>
          <w:lang w:val="tr-TR"/>
        </w:rPr>
        <w:t>/</w:t>
      </w:r>
      <w:r w:rsidRPr="00FA0D0A">
        <w:rPr>
          <w:rFonts w:cs="Arial"/>
          <w:noProof/>
          <w:sz w:val="22"/>
          <w:lang w:val="tr-TR"/>
        </w:rPr>
        <w:t>yerleşke</w:t>
      </w:r>
      <w:r w:rsidR="00965E8C" w:rsidRPr="00FA0D0A">
        <w:rPr>
          <w:rFonts w:cs="Arial"/>
          <w:noProof/>
          <w:sz w:val="22"/>
          <w:lang w:val="tr-TR"/>
        </w:rPr>
        <w:t>ler</w:t>
      </w:r>
      <w:r w:rsidR="005E65FC" w:rsidRPr="00FA0D0A">
        <w:rPr>
          <w:rFonts w:cs="Arial"/>
          <w:noProof/>
          <w:sz w:val="22"/>
          <w:lang w:val="tr-TR"/>
        </w:rPr>
        <w:t>d</w:t>
      </w:r>
      <w:r w:rsidR="00965E8C" w:rsidRPr="00FA0D0A">
        <w:rPr>
          <w:rFonts w:cs="Arial"/>
          <w:noProof/>
          <w:sz w:val="22"/>
          <w:lang w:val="tr-TR"/>
        </w:rPr>
        <w:t>e ders veren öğretim elemanlarının</w:t>
      </w:r>
      <w:r w:rsidRPr="00FA0D0A">
        <w:rPr>
          <w:rFonts w:cs="Arial"/>
          <w:noProof/>
          <w:sz w:val="22"/>
          <w:lang w:val="tr-TR"/>
        </w:rPr>
        <w:t xml:space="preserve"> </w:t>
      </w:r>
      <w:r w:rsidR="006D317A" w:rsidRPr="00FA0D0A">
        <w:rPr>
          <w:rFonts w:cs="Arial"/>
          <w:noProof/>
          <w:sz w:val="22"/>
          <w:lang w:val="tr-TR"/>
        </w:rPr>
        <w:t xml:space="preserve">ulaşım </w:t>
      </w:r>
      <w:r w:rsidRPr="00FA0D0A">
        <w:rPr>
          <w:rFonts w:cs="Arial"/>
          <w:noProof/>
          <w:sz w:val="22"/>
          <w:lang w:val="tr-TR"/>
        </w:rPr>
        <w:t>sürelerinin</w:t>
      </w:r>
      <w:r w:rsidR="00447E33" w:rsidRPr="00FA0D0A">
        <w:rPr>
          <w:rFonts w:cs="Arial"/>
          <w:noProof/>
          <w:sz w:val="22"/>
          <w:lang w:val="tr-TR"/>
        </w:rPr>
        <w:t xml:space="preserve"> </w:t>
      </w:r>
      <w:r w:rsidRPr="00FA0D0A">
        <w:rPr>
          <w:rFonts w:cs="Arial"/>
          <w:noProof/>
          <w:sz w:val="22"/>
          <w:lang w:val="tr-TR"/>
        </w:rPr>
        <w:t>dikkate alınması</w:t>
      </w:r>
      <w:r w:rsidR="008C5196" w:rsidRPr="00FA0D0A">
        <w:rPr>
          <w:rFonts w:cs="Arial"/>
          <w:noProof/>
          <w:sz w:val="22"/>
          <w:lang w:val="tr-TR"/>
        </w:rPr>
        <w:t>”</w:t>
      </w:r>
    </w:p>
    <w:p w14:paraId="4F45C073" w14:textId="3666CE05" w:rsidR="00B2663F" w:rsidRPr="00FA0D0A" w:rsidRDefault="001F2CAE" w:rsidP="00CC7EC0">
      <w:pPr>
        <w:spacing w:after="0"/>
        <w:ind w:left="283"/>
        <w:jc w:val="both"/>
        <w:rPr>
          <w:rFonts w:cs="Arial"/>
          <w:noProof/>
          <w:sz w:val="22"/>
          <w:lang w:val="tr-TR"/>
        </w:rPr>
      </w:pPr>
      <w:r w:rsidRPr="00FA0D0A">
        <w:rPr>
          <w:rFonts w:cs="Arial"/>
          <w:noProof/>
          <w:sz w:val="22"/>
          <w:lang w:val="tr-TR"/>
        </w:rPr>
        <w:t xml:space="preserve">□ </w:t>
      </w:r>
      <w:r w:rsidR="00D51227" w:rsidRPr="00FA0D0A">
        <w:rPr>
          <w:rFonts w:cs="Arial"/>
          <w:noProof/>
          <w:sz w:val="22"/>
          <w:lang w:val="tr-TR"/>
        </w:rPr>
        <w:t>“Günlük azami ders saatinin, akademik birimlerin ders türü ve uygulama yoğunluğu dikkate alınarak belirlenmesi”</w:t>
      </w:r>
    </w:p>
    <w:p w14:paraId="66F196BC" w14:textId="77777777" w:rsidR="00AF2E7B" w:rsidRPr="00FA0D0A" w:rsidRDefault="00AF2E7B" w:rsidP="00A02DF1">
      <w:pPr>
        <w:spacing w:after="0"/>
        <w:rPr>
          <w:rFonts w:cs="Arial"/>
          <w:noProof/>
          <w:color w:val="EE0000"/>
          <w:sz w:val="22"/>
          <w:lang w:val="tr-TR"/>
        </w:rPr>
      </w:pPr>
    </w:p>
    <w:p w14:paraId="0954E129" w14:textId="77777777" w:rsidR="00E069E2" w:rsidRPr="00FA0D0A" w:rsidRDefault="00E069E2" w:rsidP="00A02DF1">
      <w:pPr>
        <w:spacing w:after="0"/>
        <w:rPr>
          <w:rFonts w:cs="Arial"/>
          <w:noProof/>
          <w:color w:val="EE0000"/>
          <w:sz w:val="22"/>
          <w:lang w:val="tr-TR"/>
        </w:rPr>
      </w:pPr>
    </w:p>
    <w:p w14:paraId="1121E141" w14:textId="77777777" w:rsidR="00604DE9" w:rsidRPr="00FA0D0A" w:rsidRDefault="00604DE9" w:rsidP="00A02DF1">
      <w:pPr>
        <w:spacing w:after="0"/>
        <w:rPr>
          <w:rFonts w:cs="Arial"/>
          <w:noProof/>
          <w:color w:val="EE0000"/>
          <w:sz w:val="22"/>
          <w:lang w:val="tr-TR"/>
        </w:rPr>
      </w:pPr>
    </w:p>
    <w:p w14:paraId="59B7EB41" w14:textId="77777777" w:rsidR="00604DE9" w:rsidRPr="00FA0D0A" w:rsidRDefault="00604DE9" w:rsidP="001266D0">
      <w:pPr>
        <w:spacing w:after="0"/>
        <w:rPr>
          <w:rFonts w:cs="Arial"/>
          <w:noProof/>
          <w:sz w:val="22"/>
          <w:lang w:val="tr-TR"/>
        </w:rPr>
      </w:pPr>
    </w:p>
    <w:p w14:paraId="07BFAAE4" w14:textId="465260A1" w:rsidR="00AF2E7B" w:rsidRPr="00FA0D0A" w:rsidRDefault="002C0A9B" w:rsidP="00A02DF1">
      <w:pPr>
        <w:spacing w:after="0"/>
        <w:ind w:left="283"/>
        <w:rPr>
          <w:rFonts w:cs="Arial"/>
          <w:b/>
          <w:bCs/>
          <w:noProof/>
          <w:sz w:val="22"/>
          <w:lang w:val="tr-TR"/>
        </w:rPr>
      </w:pPr>
      <w:r w:rsidRPr="00FA0D0A">
        <w:rPr>
          <w:rFonts w:cs="Arial"/>
          <w:b/>
          <w:bCs/>
          <w:noProof/>
          <w:sz w:val="24"/>
          <w:szCs w:val="24"/>
          <w:lang w:val="tr-TR"/>
        </w:rPr>
        <w:t xml:space="preserve">D. </w:t>
      </w:r>
      <w:r w:rsidR="00AF2E7B" w:rsidRPr="00FA0D0A">
        <w:rPr>
          <w:rFonts w:cs="Arial"/>
          <w:b/>
          <w:bCs/>
          <w:noProof/>
          <w:sz w:val="24"/>
          <w:szCs w:val="24"/>
          <w:lang w:val="tr-TR"/>
        </w:rPr>
        <w:t xml:space="preserve">Ek </w:t>
      </w:r>
      <w:r w:rsidR="0068300B" w:rsidRPr="00FA0D0A">
        <w:rPr>
          <w:rFonts w:cs="Arial"/>
          <w:b/>
          <w:bCs/>
          <w:noProof/>
          <w:sz w:val="24"/>
          <w:szCs w:val="24"/>
          <w:lang w:val="tr-TR"/>
        </w:rPr>
        <w:t>G</w:t>
      </w:r>
      <w:r w:rsidR="00AF2E7B" w:rsidRPr="00FA0D0A">
        <w:rPr>
          <w:rFonts w:cs="Arial"/>
          <w:b/>
          <w:bCs/>
          <w:noProof/>
          <w:sz w:val="24"/>
          <w:szCs w:val="24"/>
          <w:lang w:val="tr-TR"/>
        </w:rPr>
        <w:t xml:space="preserve">örüş ve </w:t>
      </w:r>
      <w:r w:rsidR="00D97CF1" w:rsidRPr="00FA0D0A">
        <w:rPr>
          <w:rFonts w:cs="Arial"/>
          <w:b/>
          <w:bCs/>
          <w:noProof/>
          <w:sz w:val="24"/>
          <w:szCs w:val="24"/>
          <w:lang w:val="tr-TR"/>
        </w:rPr>
        <w:t>Ö</w:t>
      </w:r>
      <w:r w:rsidR="00AF2E7B" w:rsidRPr="00FA0D0A">
        <w:rPr>
          <w:rFonts w:cs="Arial"/>
          <w:b/>
          <w:bCs/>
          <w:noProof/>
          <w:sz w:val="24"/>
          <w:szCs w:val="24"/>
          <w:lang w:val="tr-TR"/>
        </w:rPr>
        <w:t>nerileriniz:</w:t>
      </w:r>
      <w:r w:rsidR="00AF2E7B" w:rsidRPr="00FA0D0A">
        <w:rPr>
          <w:rFonts w:cs="Arial"/>
          <w:b/>
          <w:bCs/>
          <w:noProof/>
          <w:sz w:val="22"/>
          <w:lang w:val="tr-TR"/>
        </w:rPr>
        <w:t>…………………………………………………………………………………</w:t>
      </w:r>
    </w:p>
    <w:p w14:paraId="5A8ABD10" w14:textId="24F0F802" w:rsidR="00325CD8" w:rsidRPr="00FA0D0A" w:rsidRDefault="001F2CAE" w:rsidP="00C42DBC">
      <w:pPr>
        <w:spacing w:before="160" w:after="0" w:line="240" w:lineRule="auto"/>
        <w:jc w:val="right"/>
        <w:rPr>
          <w:rFonts w:cs="Arial"/>
          <w:noProof/>
          <w:lang w:val="tr-TR"/>
        </w:rPr>
      </w:pPr>
      <w:r w:rsidRPr="00FA0D0A">
        <w:rPr>
          <w:rFonts w:cs="Arial"/>
          <w:i/>
          <w:noProof/>
          <w:sz w:val="19"/>
          <w:lang w:val="tr-TR"/>
        </w:rPr>
        <w:t>Sinop Üniversitesi - Eğitimde Mükemmeliyet Ofisi</w:t>
      </w:r>
    </w:p>
    <w:sectPr w:rsidR="00325CD8" w:rsidRPr="00FA0D0A" w:rsidSect="00DD45DD">
      <w:headerReference w:type="default" r:id="rId8"/>
      <w:footerReference w:type="default" r:id="rId9"/>
      <w:pgSz w:w="12240" w:h="15840"/>
      <w:pgMar w:top="851" w:right="1020" w:bottom="709" w:left="102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116000" w14:textId="77777777" w:rsidR="00DD45DD" w:rsidRDefault="00DD45DD" w:rsidP="00DD45DD">
      <w:pPr>
        <w:spacing w:after="0" w:line="240" w:lineRule="auto"/>
      </w:pPr>
      <w:r>
        <w:separator/>
      </w:r>
    </w:p>
  </w:endnote>
  <w:endnote w:type="continuationSeparator" w:id="0">
    <w:p w14:paraId="1A9C1956" w14:textId="77777777" w:rsidR="00DD45DD" w:rsidRDefault="00DD45DD" w:rsidP="00DD4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0F5FAF" w14:textId="12D26D6C" w:rsidR="00DD45DD" w:rsidRDefault="00DD45DD">
    <w:pPr>
      <w:pStyle w:val="AltBilgi"/>
    </w:pPr>
    <w:r>
      <w:t>KYT-FRM-5</w:t>
    </w:r>
    <w:r w:rsidR="00FA0D0A">
      <w:t>68</w:t>
    </w:r>
    <w:r>
      <w:t>/00</w:t>
    </w:r>
  </w:p>
  <w:p w14:paraId="7FFC95C4" w14:textId="77777777" w:rsidR="00DD45DD" w:rsidRDefault="00DD45D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E812EE" w14:textId="77777777" w:rsidR="00DD45DD" w:rsidRDefault="00DD45DD" w:rsidP="00DD45DD">
      <w:pPr>
        <w:spacing w:after="0" w:line="240" w:lineRule="auto"/>
      </w:pPr>
      <w:r>
        <w:separator/>
      </w:r>
    </w:p>
  </w:footnote>
  <w:footnote w:type="continuationSeparator" w:id="0">
    <w:p w14:paraId="56DA7B45" w14:textId="77777777" w:rsidR="00DD45DD" w:rsidRDefault="00DD45DD" w:rsidP="00DD45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47F15" w14:textId="703D2F0C" w:rsidR="00DD45DD" w:rsidRDefault="00DD45DD">
    <w:pPr>
      <w:pStyle w:val="stBilgi"/>
    </w:pPr>
  </w:p>
  <w:tbl>
    <w:tblPr>
      <w:tblW w:w="5297" w:type="pct"/>
      <w:tblInd w:w="-299"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845"/>
      <w:gridCol w:w="8929"/>
    </w:tblGrid>
    <w:tr w:rsidR="00DD45DD" w:rsidRPr="003A635E" w14:paraId="1FCBF5C4" w14:textId="77777777" w:rsidTr="00DD45DD">
      <w:trPr>
        <w:cantSplit/>
        <w:trHeight w:val="478"/>
      </w:trPr>
      <w:tc>
        <w:tcPr>
          <w:tcW w:w="856" w:type="pct"/>
          <w:vMerge w:val="restart"/>
          <w:vAlign w:val="center"/>
        </w:tcPr>
        <w:p w14:paraId="468BFEF4" w14:textId="77777777" w:rsidR="00DD45DD" w:rsidRPr="003A635E" w:rsidRDefault="00DD45DD" w:rsidP="00DD45DD">
          <w:pPr>
            <w:jc w:val="center"/>
            <w:rPr>
              <w:rFonts w:cs="Arial"/>
            </w:rPr>
          </w:pPr>
          <w:r w:rsidRPr="003A635E">
            <w:rPr>
              <w:rFonts w:cs="Arial"/>
              <w:noProof/>
              <w:lang w:val="tr-TR"/>
            </w:rPr>
            <w:drawing>
              <wp:inline distT="0" distB="0" distL="0" distR="0" wp14:anchorId="3DA8F2A5" wp14:editId="15718534">
                <wp:extent cx="752475" cy="704850"/>
                <wp:effectExtent l="0" t="0" r="952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704850"/>
                        </a:xfrm>
                        <a:prstGeom prst="rect">
                          <a:avLst/>
                        </a:prstGeom>
                        <a:noFill/>
                        <a:ln>
                          <a:noFill/>
                        </a:ln>
                      </pic:spPr>
                    </pic:pic>
                  </a:graphicData>
                </a:graphic>
              </wp:inline>
            </w:drawing>
          </w:r>
        </w:p>
      </w:tc>
      <w:tc>
        <w:tcPr>
          <w:tcW w:w="4144" w:type="pct"/>
          <w:vMerge w:val="restart"/>
          <w:vAlign w:val="center"/>
        </w:tcPr>
        <w:p w14:paraId="7A3F3BD9" w14:textId="77777777" w:rsidR="00DD45DD" w:rsidRPr="00FA0D0A" w:rsidRDefault="00DD45DD" w:rsidP="00FA0D0A">
          <w:pPr>
            <w:spacing w:line="240" w:lineRule="auto"/>
            <w:jc w:val="center"/>
            <w:rPr>
              <w:rFonts w:cs="Arial"/>
              <w:b/>
              <w:sz w:val="32"/>
              <w:szCs w:val="32"/>
            </w:rPr>
          </w:pPr>
          <w:r w:rsidRPr="00FA0D0A">
            <w:rPr>
              <w:rFonts w:cs="Arial"/>
              <w:b/>
              <w:sz w:val="32"/>
              <w:szCs w:val="32"/>
            </w:rPr>
            <w:t>SİNOP ÜNİVERSİTESİ</w:t>
          </w:r>
        </w:p>
        <w:p w14:paraId="3A1C8980" w14:textId="77777777" w:rsidR="00FA0D0A" w:rsidRPr="00FA0D0A" w:rsidRDefault="00DD45DD" w:rsidP="00FA0D0A">
          <w:pPr>
            <w:spacing w:after="160" w:line="240" w:lineRule="auto"/>
            <w:jc w:val="center"/>
            <w:rPr>
              <w:rFonts w:cs="Arial"/>
              <w:b/>
              <w:noProof/>
              <w:sz w:val="28"/>
              <w:szCs w:val="28"/>
              <w:lang w:val="tr-TR"/>
            </w:rPr>
          </w:pPr>
          <w:r w:rsidRPr="00FA0D0A">
            <w:rPr>
              <w:rFonts w:cs="Arial"/>
              <w:b/>
              <w:noProof/>
              <w:sz w:val="28"/>
              <w:szCs w:val="28"/>
              <w:lang w:val="tr-TR"/>
            </w:rPr>
            <w:t xml:space="preserve">ÖĞRETİM ELEMANI DERS YÜKÜNE İLİŞKİN </w:t>
          </w:r>
        </w:p>
        <w:p w14:paraId="1F7327D6" w14:textId="2E7E30A2" w:rsidR="00DD45DD" w:rsidRPr="00DD45DD" w:rsidRDefault="00DD45DD" w:rsidP="00FA0D0A">
          <w:pPr>
            <w:spacing w:after="160" w:line="240" w:lineRule="auto"/>
            <w:jc w:val="center"/>
            <w:rPr>
              <w:rFonts w:asciiTheme="majorBidi" w:hAnsiTheme="majorBidi" w:cstheme="majorBidi"/>
              <w:noProof/>
              <w:sz w:val="28"/>
              <w:szCs w:val="28"/>
              <w:lang w:val="tr-TR"/>
            </w:rPr>
          </w:pPr>
          <w:r w:rsidRPr="00FA0D0A">
            <w:rPr>
              <w:rFonts w:cs="Arial"/>
              <w:b/>
              <w:noProof/>
              <w:sz w:val="28"/>
              <w:szCs w:val="28"/>
              <w:lang w:val="tr-TR"/>
            </w:rPr>
            <w:t>GÖRÜŞ VE ÖNERİ FORMU</w:t>
          </w:r>
        </w:p>
      </w:tc>
    </w:tr>
    <w:tr w:rsidR="00DD45DD" w:rsidRPr="003A635E" w14:paraId="5B0BDBC6" w14:textId="77777777" w:rsidTr="00DD45DD">
      <w:trPr>
        <w:cantSplit/>
        <w:trHeight w:val="478"/>
      </w:trPr>
      <w:tc>
        <w:tcPr>
          <w:tcW w:w="856" w:type="pct"/>
          <w:vMerge/>
          <w:vAlign w:val="center"/>
        </w:tcPr>
        <w:p w14:paraId="6EA01C71" w14:textId="77777777" w:rsidR="00DD45DD" w:rsidRPr="003A635E" w:rsidRDefault="00DD45DD" w:rsidP="00DD45DD">
          <w:pPr>
            <w:jc w:val="center"/>
            <w:rPr>
              <w:rFonts w:cs="Arial"/>
              <w:b/>
              <w:lang w:eastAsia="tr-TR"/>
            </w:rPr>
          </w:pPr>
        </w:p>
      </w:tc>
      <w:tc>
        <w:tcPr>
          <w:tcW w:w="4144" w:type="pct"/>
          <w:vMerge/>
          <w:vAlign w:val="center"/>
        </w:tcPr>
        <w:p w14:paraId="0F701CC1" w14:textId="77777777" w:rsidR="00DD45DD" w:rsidRPr="003A635E" w:rsidRDefault="00DD45DD" w:rsidP="00DD45DD">
          <w:pPr>
            <w:jc w:val="center"/>
            <w:rPr>
              <w:rFonts w:cs="Arial"/>
              <w:b/>
              <w:bCs/>
              <w:sz w:val="44"/>
              <w:szCs w:val="44"/>
              <w:lang w:eastAsia="tr-TR"/>
            </w:rPr>
          </w:pPr>
        </w:p>
      </w:tc>
    </w:tr>
    <w:tr w:rsidR="00DD45DD" w:rsidRPr="003A635E" w14:paraId="7E4ED96B" w14:textId="77777777" w:rsidTr="00DD45DD">
      <w:trPr>
        <w:cantSplit/>
        <w:trHeight w:val="478"/>
      </w:trPr>
      <w:tc>
        <w:tcPr>
          <w:tcW w:w="856" w:type="pct"/>
          <w:vMerge/>
          <w:vAlign w:val="center"/>
        </w:tcPr>
        <w:p w14:paraId="70FB1597" w14:textId="77777777" w:rsidR="00DD45DD" w:rsidRPr="003A635E" w:rsidRDefault="00DD45DD" w:rsidP="00DD45DD">
          <w:pPr>
            <w:jc w:val="center"/>
            <w:rPr>
              <w:rFonts w:cs="Arial"/>
              <w:b/>
              <w:lang w:eastAsia="tr-TR"/>
            </w:rPr>
          </w:pPr>
        </w:p>
      </w:tc>
      <w:tc>
        <w:tcPr>
          <w:tcW w:w="4144" w:type="pct"/>
          <w:vMerge/>
          <w:vAlign w:val="center"/>
        </w:tcPr>
        <w:p w14:paraId="6B7839D0" w14:textId="77777777" w:rsidR="00DD45DD" w:rsidRPr="003A635E" w:rsidRDefault="00DD45DD" w:rsidP="00DD45DD">
          <w:pPr>
            <w:jc w:val="center"/>
            <w:rPr>
              <w:rFonts w:cs="Arial"/>
              <w:b/>
              <w:bCs/>
              <w:sz w:val="44"/>
              <w:szCs w:val="44"/>
              <w:lang w:eastAsia="tr-TR"/>
            </w:rPr>
          </w:pPr>
        </w:p>
      </w:tc>
    </w:tr>
    <w:tr w:rsidR="00DD45DD" w:rsidRPr="003A635E" w14:paraId="09EF5552" w14:textId="77777777" w:rsidTr="00DD45DD">
      <w:trPr>
        <w:cantSplit/>
        <w:trHeight w:val="478"/>
      </w:trPr>
      <w:tc>
        <w:tcPr>
          <w:tcW w:w="856" w:type="pct"/>
          <w:vMerge/>
          <w:vAlign w:val="center"/>
        </w:tcPr>
        <w:p w14:paraId="31F7DDA0" w14:textId="77777777" w:rsidR="00DD45DD" w:rsidRPr="003A635E" w:rsidRDefault="00DD45DD" w:rsidP="00DD45DD">
          <w:pPr>
            <w:jc w:val="center"/>
            <w:rPr>
              <w:rFonts w:cs="Arial"/>
              <w:b/>
              <w:lang w:eastAsia="tr-TR"/>
            </w:rPr>
          </w:pPr>
        </w:p>
      </w:tc>
      <w:tc>
        <w:tcPr>
          <w:tcW w:w="4144" w:type="pct"/>
          <w:vMerge/>
          <w:vAlign w:val="center"/>
        </w:tcPr>
        <w:p w14:paraId="0CFE116E" w14:textId="77777777" w:rsidR="00DD45DD" w:rsidRPr="003A635E" w:rsidRDefault="00DD45DD" w:rsidP="00DD45DD">
          <w:pPr>
            <w:jc w:val="center"/>
            <w:rPr>
              <w:rFonts w:cs="Arial"/>
              <w:b/>
              <w:bCs/>
              <w:sz w:val="44"/>
              <w:szCs w:val="44"/>
              <w:lang w:eastAsia="tr-TR"/>
            </w:rPr>
          </w:pPr>
        </w:p>
      </w:tc>
    </w:tr>
  </w:tbl>
  <w:p w14:paraId="02CBC92C" w14:textId="28E83B71" w:rsidR="00DD45DD" w:rsidRDefault="00DD45DD">
    <w:pPr>
      <w:pStyle w:val="stBilgi"/>
    </w:pPr>
  </w:p>
  <w:p w14:paraId="54900D4F" w14:textId="77777777" w:rsidR="00DD45DD" w:rsidRDefault="00DD45DD">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FFE"/>
    <w:rsid w:val="0000671D"/>
    <w:rsid w:val="00015F31"/>
    <w:rsid w:val="0003004C"/>
    <w:rsid w:val="00034616"/>
    <w:rsid w:val="0005435C"/>
    <w:rsid w:val="000569D4"/>
    <w:rsid w:val="0006063C"/>
    <w:rsid w:val="00067BF1"/>
    <w:rsid w:val="00071883"/>
    <w:rsid w:val="00071888"/>
    <w:rsid w:val="0007268B"/>
    <w:rsid w:val="00084D47"/>
    <w:rsid w:val="00087BDE"/>
    <w:rsid w:val="00090B13"/>
    <w:rsid w:val="000A3B84"/>
    <w:rsid w:val="000B0E49"/>
    <w:rsid w:val="000B1EF5"/>
    <w:rsid w:val="000B2567"/>
    <w:rsid w:val="000C7528"/>
    <w:rsid w:val="000D2A17"/>
    <w:rsid w:val="000E0A69"/>
    <w:rsid w:val="000E20DC"/>
    <w:rsid w:val="00100F74"/>
    <w:rsid w:val="001020D4"/>
    <w:rsid w:val="001058E2"/>
    <w:rsid w:val="00115EF0"/>
    <w:rsid w:val="001252EC"/>
    <w:rsid w:val="001266D0"/>
    <w:rsid w:val="00131B42"/>
    <w:rsid w:val="00134705"/>
    <w:rsid w:val="00136A72"/>
    <w:rsid w:val="00141110"/>
    <w:rsid w:val="00145266"/>
    <w:rsid w:val="00150130"/>
    <w:rsid w:val="0015074B"/>
    <w:rsid w:val="00155E64"/>
    <w:rsid w:val="00175647"/>
    <w:rsid w:val="00191BE0"/>
    <w:rsid w:val="001B30C0"/>
    <w:rsid w:val="001B501B"/>
    <w:rsid w:val="001C1343"/>
    <w:rsid w:val="001C62D4"/>
    <w:rsid w:val="001D6139"/>
    <w:rsid w:val="001D67C1"/>
    <w:rsid w:val="001F2CAE"/>
    <w:rsid w:val="002003EF"/>
    <w:rsid w:val="00200701"/>
    <w:rsid w:val="0020136B"/>
    <w:rsid w:val="00207099"/>
    <w:rsid w:val="0022661F"/>
    <w:rsid w:val="00235224"/>
    <w:rsid w:val="002445D6"/>
    <w:rsid w:val="00245BAE"/>
    <w:rsid w:val="00256081"/>
    <w:rsid w:val="0026748B"/>
    <w:rsid w:val="002733C8"/>
    <w:rsid w:val="0028576F"/>
    <w:rsid w:val="00290BC1"/>
    <w:rsid w:val="0029639D"/>
    <w:rsid w:val="002B5EAA"/>
    <w:rsid w:val="002C0A9B"/>
    <w:rsid w:val="002C52E2"/>
    <w:rsid w:val="002D3F8F"/>
    <w:rsid w:val="00304144"/>
    <w:rsid w:val="0031610A"/>
    <w:rsid w:val="0031641E"/>
    <w:rsid w:val="003227BB"/>
    <w:rsid w:val="00325CD8"/>
    <w:rsid w:val="00326F90"/>
    <w:rsid w:val="003456F1"/>
    <w:rsid w:val="00364DAD"/>
    <w:rsid w:val="00372CF7"/>
    <w:rsid w:val="0037773C"/>
    <w:rsid w:val="00383545"/>
    <w:rsid w:val="003942DD"/>
    <w:rsid w:val="003C08BE"/>
    <w:rsid w:val="003C7AA1"/>
    <w:rsid w:val="003D004F"/>
    <w:rsid w:val="003E598A"/>
    <w:rsid w:val="003E60EA"/>
    <w:rsid w:val="003F15CA"/>
    <w:rsid w:val="003F4BF5"/>
    <w:rsid w:val="003F565B"/>
    <w:rsid w:val="00404A59"/>
    <w:rsid w:val="00405598"/>
    <w:rsid w:val="00406AA4"/>
    <w:rsid w:val="00410C5C"/>
    <w:rsid w:val="00412BFC"/>
    <w:rsid w:val="004357D0"/>
    <w:rsid w:val="004377FD"/>
    <w:rsid w:val="00437B0B"/>
    <w:rsid w:val="00447E33"/>
    <w:rsid w:val="0046426D"/>
    <w:rsid w:val="004A378C"/>
    <w:rsid w:val="004D3D66"/>
    <w:rsid w:val="004D4203"/>
    <w:rsid w:val="004D42F0"/>
    <w:rsid w:val="004E60AB"/>
    <w:rsid w:val="004F3F52"/>
    <w:rsid w:val="00510201"/>
    <w:rsid w:val="00513904"/>
    <w:rsid w:val="00514D41"/>
    <w:rsid w:val="00525881"/>
    <w:rsid w:val="00540F97"/>
    <w:rsid w:val="005523C3"/>
    <w:rsid w:val="00556B9F"/>
    <w:rsid w:val="00560E27"/>
    <w:rsid w:val="005616A0"/>
    <w:rsid w:val="00566718"/>
    <w:rsid w:val="00566D99"/>
    <w:rsid w:val="00567C0F"/>
    <w:rsid w:val="0057047E"/>
    <w:rsid w:val="00572E18"/>
    <w:rsid w:val="00586F9C"/>
    <w:rsid w:val="005A66C0"/>
    <w:rsid w:val="005B5945"/>
    <w:rsid w:val="005C4658"/>
    <w:rsid w:val="005D78CA"/>
    <w:rsid w:val="005E1539"/>
    <w:rsid w:val="005E65FC"/>
    <w:rsid w:val="005F16D3"/>
    <w:rsid w:val="00604DE9"/>
    <w:rsid w:val="00644AAE"/>
    <w:rsid w:val="00651BF3"/>
    <w:rsid w:val="00660498"/>
    <w:rsid w:val="006745E2"/>
    <w:rsid w:val="0068300B"/>
    <w:rsid w:val="006D129E"/>
    <w:rsid w:val="006D317A"/>
    <w:rsid w:val="006E5265"/>
    <w:rsid w:val="006F5FB9"/>
    <w:rsid w:val="00704735"/>
    <w:rsid w:val="0070640D"/>
    <w:rsid w:val="0071230B"/>
    <w:rsid w:val="0071599A"/>
    <w:rsid w:val="00715EEF"/>
    <w:rsid w:val="00715FB1"/>
    <w:rsid w:val="0073692A"/>
    <w:rsid w:val="00783E7B"/>
    <w:rsid w:val="0079560C"/>
    <w:rsid w:val="007D2BAE"/>
    <w:rsid w:val="007D3826"/>
    <w:rsid w:val="007F09DB"/>
    <w:rsid w:val="007F6535"/>
    <w:rsid w:val="007F70AD"/>
    <w:rsid w:val="00815F46"/>
    <w:rsid w:val="00826585"/>
    <w:rsid w:val="00830546"/>
    <w:rsid w:val="00830A4E"/>
    <w:rsid w:val="00846538"/>
    <w:rsid w:val="00847DF1"/>
    <w:rsid w:val="00870590"/>
    <w:rsid w:val="00872AD6"/>
    <w:rsid w:val="00892A70"/>
    <w:rsid w:val="008A1EBC"/>
    <w:rsid w:val="008A5C0A"/>
    <w:rsid w:val="008A67DD"/>
    <w:rsid w:val="008C5196"/>
    <w:rsid w:val="008D32E2"/>
    <w:rsid w:val="008D70A1"/>
    <w:rsid w:val="008F0F3F"/>
    <w:rsid w:val="008F2253"/>
    <w:rsid w:val="00914FEC"/>
    <w:rsid w:val="009625F2"/>
    <w:rsid w:val="00965E8C"/>
    <w:rsid w:val="00967997"/>
    <w:rsid w:val="00971E71"/>
    <w:rsid w:val="009728CE"/>
    <w:rsid w:val="00973093"/>
    <w:rsid w:val="009734C1"/>
    <w:rsid w:val="00976659"/>
    <w:rsid w:val="009A25D3"/>
    <w:rsid w:val="009A4030"/>
    <w:rsid w:val="009A4E2D"/>
    <w:rsid w:val="009A7192"/>
    <w:rsid w:val="009C51E0"/>
    <w:rsid w:val="009F68D7"/>
    <w:rsid w:val="00A02DF1"/>
    <w:rsid w:val="00A043E5"/>
    <w:rsid w:val="00A24D31"/>
    <w:rsid w:val="00A45F18"/>
    <w:rsid w:val="00A72C9A"/>
    <w:rsid w:val="00A95FB2"/>
    <w:rsid w:val="00AA1D8D"/>
    <w:rsid w:val="00AB0E84"/>
    <w:rsid w:val="00AB1FC0"/>
    <w:rsid w:val="00AB394C"/>
    <w:rsid w:val="00AC66B7"/>
    <w:rsid w:val="00AF21EA"/>
    <w:rsid w:val="00AF2E7B"/>
    <w:rsid w:val="00B04945"/>
    <w:rsid w:val="00B2663F"/>
    <w:rsid w:val="00B34842"/>
    <w:rsid w:val="00B35956"/>
    <w:rsid w:val="00B47730"/>
    <w:rsid w:val="00B5109C"/>
    <w:rsid w:val="00B54587"/>
    <w:rsid w:val="00B57243"/>
    <w:rsid w:val="00B87852"/>
    <w:rsid w:val="00B90AEF"/>
    <w:rsid w:val="00BA5A33"/>
    <w:rsid w:val="00BD6C20"/>
    <w:rsid w:val="00BD73FE"/>
    <w:rsid w:val="00BE5761"/>
    <w:rsid w:val="00BE65CA"/>
    <w:rsid w:val="00BF425F"/>
    <w:rsid w:val="00C128A2"/>
    <w:rsid w:val="00C17434"/>
    <w:rsid w:val="00C25123"/>
    <w:rsid w:val="00C276B4"/>
    <w:rsid w:val="00C42DBC"/>
    <w:rsid w:val="00C46713"/>
    <w:rsid w:val="00C475D5"/>
    <w:rsid w:val="00C6285F"/>
    <w:rsid w:val="00C7276A"/>
    <w:rsid w:val="00C96093"/>
    <w:rsid w:val="00CA0108"/>
    <w:rsid w:val="00CA56A6"/>
    <w:rsid w:val="00CA741F"/>
    <w:rsid w:val="00CB0664"/>
    <w:rsid w:val="00CC05E6"/>
    <w:rsid w:val="00CC1657"/>
    <w:rsid w:val="00CC27EA"/>
    <w:rsid w:val="00CC7EC0"/>
    <w:rsid w:val="00CE780E"/>
    <w:rsid w:val="00CF0F19"/>
    <w:rsid w:val="00CF62D2"/>
    <w:rsid w:val="00D35022"/>
    <w:rsid w:val="00D44221"/>
    <w:rsid w:val="00D470E9"/>
    <w:rsid w:val="00D50570"/>
    <w:rsid w:val="00D51227"/>
    <w:rsid w:val="00D535B0"/>
    <w:rsid w:val="00D55AAA"/>
    <w:rsid w:val="00D6122F"/>
    <w:rsid w:val="00D76E63"/>
    <w:rsid w:val="00D82C12"/>
    <w:rsid w:val="00D87BB5"/>
    <w:rsid w:val="00D9352C"/>
    <w:rsid w:val="00D97CF1"/>
    <w:rsid w:val="00DC1CEF"/>
    <w:rsid w:val="00DD45DD"/>
    <w:rsid w:val="00DE392A"/>
    <w:rsid w:val="00DF12E0"/>
    <w:rsid w:val="00E069E2"/>
    <w:rsid w:val="00E07D77"/>
    <w:rsid w:val="00E20089"/>
    <w:rsid w:val="00E31251"/>
    <w:rsid w:val="00E41518"/>
    <w:rsid w:val="00E422C1"/>
    <w:rsid w:val="00E551AF"/>
    <w:rsid w:val="00E820C1"/>
    <w:rsid w:val="00E82FD2"/>
    <w:rsid w:val="00E913ED"/>
    <w:rsid w:val="00E97C7A"/>
    <w:rsid w:val="00EA3B81"/>
    <w:rsid w:val="00EB6D3D"/>
    <w:rsid w:val="00EC3642"/>
    <w:rsid w:val="00EC4E1A"/>
    <w:rsid w:val="00ED0C5F"/>
    <w:rsid w:val="00EE426A"/>
    <w:rsid w:val="00EE43B1"/>
    <w:rsid w:val="00EF3302"/>
    <w:rsid w:val="00EF49D7"/>
    <w:rsid w:val="00F244E3"/>
    <w:rsid w:val="00F33824"/>
    <w:rsid w:val="00F57822"/>
    <w:rsid w:val="00F57CF8"/>
    <w:rsid w:val="00F639E1"/>
    <w:rsid w:val="00F63F06"/>
    <w:rsid w:val="00F810F5"/>
    <w:rsid w:val="00F8430D"/>
    <w:rsid w:val="00F93167"/>
    <w:rsid w:val="00FA0D0A"/>
    <w:rsid w:val="00FA28FC"/>
    <w:rsid w:val="00FC3A43"/>
    <w:rsid w:val="00FC693F"/>
    <w:rsid w:val="00FD0FF1"/>
    <w:rsid w:val="00FD1677"/>
    <w:rsid w:val="00FD76FD"/>
    <w:rsid w:val="00FE06EF"/>
    <w:rsid w:val="00FF40E5"/>
    <w:rsid w:val="00FF7BF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7A0220"/>
  <w14:defaultImageDpi w14:val="300"/>
  <w15:docId w15:val="{3EB39B80-F1E4-406B-B1D8-10020E524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Arial" w:eastAsia="Arial" w:hAnsi="Arial"/>
      <w:sz w:val="21"/>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tabs>
        <w:tab w:val="clear" w:pos="720"/>
        <w:tab w:val="num" w:pos="360"/>
      </w:tabs>
      <w:ind w:left="0" w:firstLine="0"/>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Dzeltme">
    <w:name w:val="Revision"/>
    <w:hidden/>
    <w:uiPriority w:val="99"/>
    <w:semiHidden/>
    <w:rsid w:val="009F68D7"/>
    <w:pPr>
      <w:spacing w:after="0" w:line="240" w:lineRule="auto"/>
    </w:pPr>
    <w:rPr>
      <w:rFonts w:ascii="Arial" w:eastAsia="Arial" w:hAnsi="Arial"/>
      <w:sz w:val="21"/>
    </w:rPr>
  </w:style>
  <w:style w:type="paragraph" w:styleId="NormalWeb">
    <w:name w:val="Normal (Web)"/>
    <w:basedOn w:val="Normal"/>
    <w:uiPriority w:val="99"/>
    <w:unhideWhenUsed/>
    <w:rsid w:val="00DD45DD"/>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character" w:customStyle="1" w:styleId="stbilgiChar0">
    <w:name w:val="Üstbilgi Char"/>
    <w:rsid w:val="00DD45DD"/>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13EA4-C43F-4190-8BF0-BDE0BAD6B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785</Words>
  <Characters>4475</Characters>
  <Application>Microsoft Office Word</Application>
  <DocSecurity>0</DocSecurity>
  <Lines>37</Lines>
  <Paragraphs>10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5250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garat</cp:lastModifiedBy>
  <cp:revision>2</cp:revision>
  <dcterms:created xsi:type="dcterms:W3CDTF">2026-06-03T08:45:00Z</dcterms:created>
  <dcterms:modified xsi:type="dcterms:W3CDTF">2026-06-03T08:45:00Z</dcterms:modified>
  <cp:category/>
</cp:coreProperties>
</file>