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67267" w14:textId="77777777" w:rsidR="00F90410" w:rsidRPr="00BF6B0B" w:rsidRDefault="00F90410">
      <w:pPr>
        <w:rPr>
          <w:rFonts w:ascii="Times New Roman" w:hAnsi="Times New Roman" w:cs="Times New Roman"/>
          <w:sz w:val="24"/>
          <w:szCs w:val="24"/>
          <w:lang w:val="tr-TR"/>
        </w:rPr>
      </w:pPr>
    </w:p>
    <w:p w14:paraId="5B6F9CC0" w14:textId="77777777" w:rsidR="00F90410" w:rsidRPr="00BF6B0B" w:rsidRDefault="00E50AC5">
      <w:pPr>
        <w:rPr>
          <w:rFonts w:ascii="Times New Roman" w:hAnsi="Times New Roman" w:cs="Times New Roman"/>
          <w:b/>
          <w:bCs/>
          <w:sz w:val="24"/>
          <w:szCs w:val="24"/>
          <w:lang w:val="tr-TR"/>
        </w:rPr>
      </w:pPr>
      <w:r w:rsidRPr="00BF6B0B">
        <w:rPr>
          <w:rFonts w:ascii="Times New Roman" w:hAnsi="Times New Roman" w:cs="Times New Roman"/>
          <w:b/>
          <w:bCs/>
          <w:sz w:val="24"/>
          <w:szCs w:val="24"/>
          <w:lang w:val="tr-TR"/>
        </w:rPr>
        <w:t>Değerli Katılımcımız,</w:t>
      </w:r>
    </w:p>
    <w:p w14:paraId="63DD4F7C" w14:textId="77777777" w:rsidR="00F90410" w:rsidRPr="00BF6B0B" w:rsidRDefault="00E50AC5" w:rsidP="009F3B32">
      <w:pPr>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Bu anket, lider (yönetici) davranışlarına ilişkin görüşlerinizi almak amacıyla hazırlanmıştır. Vereceğiniz yanıtlar, genel bir değerlendirme için kullanılacak olup, gizlilik ilkesine dayalı olarak üçüncü kişilerle paylaşılmayacaktır. Bu anketi birden çok üst yönetici için değerlendirip tekrar yanıtlayabilirsiniz. Bu çalışma, üniversitemizde yürütülen kalite çalışmalarına katkı sağlayacaktır. Desteğiniz için teşekkür ederiz.</w:t>
      </w:r>
    </w:p>
    <w:p w14:paraId="3C3F2ACE" w14:textId="3401E153" w:rsidR="00F90410" w:rsidRPr="00BA698A" w:rsidRDefault="00E50AC5">
      <w:pPr>
        <w:rPr>
          <w:rFonts w:ascii="Times New Roman" w:hAnsi="Times New Roman" w:cs="Times New Roman"/>
          <w:b/>
          <w:bCs/>
          <w:color w:val="000000" w:themeColor="text1"/>
          <w:sz w:val="24"/>
          <w:szCs w:val="24"/>
          <w:lang w:val="tr-TR"/>
        </w:rPr>
      </w:pPr>
      <w:r w:rsidRPr="00BA698A">
        <w:rPr>
          <w:rFonts w:ascii="Times New Roman" w:hAnsi="Times New Roman" w:cs="Times New Roman"/>
          <w:b/>
          <w:bCs/>
          <w:color w:val="000000" w:themeColor="text1"/>
          <w:sz w:val="24"/>
          <w:szCs w:val="24"/>
          <w:lang w:val="tr-TR"/>
        </w:rPr>
        <w:t xml:space="preserve">Sinop Üniversitesi </w:t>
      </w:r>
      <w:r w:rsidR="002D08FD" w:rsidRPr="00BA698A">
        <w:rPr>
          <w:rFonts w:ascii="Times New Roman" w:hAnsi="Times New Roman" w:cs="Times New Roman"/>
          <w:b/>
          <w:bCs/>
          <w:color w:val="000000" w:themeColor="text1"/>
          <w:sz w:val="24"/>
          <w:szCs w:val="24"/>
          <w:lang w:val="tr-TR"/>
        </w:rPr>
        <w:t>Kalite Koordinatörlüğü</w:t>
      </w:r>
    </w:p>
    <w:p w14:paraId="5E59E3BF" w14:textId="5B0772A9" w:rsidR="00F90410" w:rsidRPr="00BF6B0B" w:rsidRDefault="00F90410">
      <w:pPr>
        <w:rPr>
          <w:rFonts w:ascii="Times New Roman" w:hAnsi="Times New Roman" w:cs="Times New Roman"/>
          <w:sz w:val="24"/>
          <w:szCs w:val="24"/>
          <w:lang w:val="tr-TR"/>
        </w:rPr>
      </w:pPr>
    </w:p>
    <w:p w14:paraId="3982F818" w14:textId="763D37A9" w:rsidR="00F90410" w:rsidRPr="00BF6B0B" w:rsidRDefault="00E50AC5">
      <w:pPr>
        <w:rPr>
          <w:rFonts w:ascii="Times New Roman" w:hAnsi="Times New Roman" w:cs="Times New Roman"/>
          <w:b/>
          <w:bCs/>
          <w:sz w:val="24"/>
          <w:szCs w:val="24"/>
          <w:lang w:val="tr-TR"/>
        </w:rPr>
      </w:pPr>
      <w:r w:rsidRPr="00BF6B0B">
        <w:rPr>
          <w:rFonts w:ascii="Times New Roman" w:hAnsi="Times New Roman" w:cs="Times New Roman"/>
          <w:b/>
          <w:bCs/>
          <w:sz w:val="24"/>
          <w:szCs w:val="24"/>
          <w:lang w:val="tr-TR"/>
        </w:rPr>
        <w:t>Sinop Üniversitesinde toplam çalışma süreniz:</w:t>
      </w:r>
    </w:p>
    <w:p w14:paraId="70748529" w14:textId="4F55531F" w:rsidR="00F90410" w:rsidRPr="00BF6B0B" w:rsidRDefault="007153F5" w:rsidP="00F72261">
      <w:pPr>
        <w:pStyle w:val="ListeParagraf"/>
        <w:numPr>
          <w:ilvl w:val="0"/>
          <w:numId w:val="10"/>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37760" behindDoc="0" locked="0" layoutInCell="1" allowOverlap="1" wp14:anchorId="52461F08" wp14:editId="3DE4CEF5">
                <wp:simplePos x="0" y="0"/>
                <wp:positionH relativeFrom="column">
                  <wp:posOffset>187960</wp:posOffset>
                </wp:positionH>
                <wp:positionV relativeFrom="paragraph">
                  <wp:posOffset>78798</wp:posOffset>
                </wp:positionV>
                <wp:extent cx="121920" cy="127000"/>
                <wp:effectExtent l="0" t="0" r="11430" b="25400"/>
                <wp:wrapNone/>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4CB13D21"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461F08" id="_x0000_t202" coordsize="21600,21600" o:spt="202" path="m,l,21600r21600,l21600,xe">
                <v:stroke joinstyle="miter"/>
                <v:path gradientshapeok="t" o:connecttype="rect"/>
              </v:shapetype>
              <v:shape id="Metin Kutusu 2" o:spid="_x0000_s1026" type="#_x0000_t202" style="position:absolute;left:0;text-align:left;margin-left:14.8pt;margin-top:6.2pt;width:9.6pt;height:10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">
                <v:textbox>
                  <w:txbxContent>
                    <w:p w14:paraId="4CB13D21" w14:textId="77777777" w:rsidR="007153F5" w:rsidRDefault="007153F5" w:rsidP="007153F5"/>
                  </w:txbxContent>
                </v:textbox>
              </v:shape>
            </w:pict>
          </mc:Fallback>
        </mc:AlternateContent>
      </w:r>
      <w:r w:rsidR="00F72261" w:rsidRPr="00BF6B0B">
        <w:rPr>
          <w:rFonts w:ascii="Times New Roman" w:hAnsi="Times New Roman" w:cs="Times New Roman"/>
          <w:sz w:val="24"/>
          <w:szCs w:val="24"/>
          <w:lang w:val="tr-TR"/>
        </w:rPr>
        <w:t>0-1 yıl</w:t>
      </w:r>
    </w:p>
    <w:p w14:paraId="41256AEF" w14:textId="1762AD5F" w:rsidR="00F90410" w:rsidRPr="00BF6B0B" w:rsidRDefault="007153F5" w:rsidP="00F72261">
      <w:pPr>
        <w:pStyle w:val="ListeParagraf"/>
        <w:numPr>
          <w:ilvl w:val="0"/>
          <w:numId w:val="10"/>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3360" behindDoc="0" locked="0" layoutInCell="1" allowOverlap="1" wp14:anchorId="04957D35" wp14:editId="0D5E88C0">
                <wp:simplePos x="0" y="0"/>
                <wp:positionH relativeFrom="column">
                  <wp:posOffset>187960</wp:posOffset>
                </wp:positionH>
                <wp:positionV relativeFrom="paragraph">
                  <wp:posOffset>64193</wp:posOffset>
                </wp:positionV>
                <wp:extent cx="121920" cy="127000"/>
                <wp:effectExtent l="0" t="0" r="11430" b="25400"/>
                <wp:wrapNone/>
                <wp:docPr id="20061257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27A9C9B1"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57D35" id="_x0000_s1027" type="#_x0000_t202" style="position:absolute;left:0;text-align:left;margin-left:14.8pt;margin-top:5.05pt;width:9.6pt;height:1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">
                <v:textbox>
                  <w:txbxContent>
                    <w:p w14:paraId="27A9C9B1"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2-5 yıl</w:t>
      </w:r>
    </w:p>
    <w:p w14:paraId="5384222C" w14:textId="68554132" w:rsidR="00F90410" w:rsidRPr="00BF6B0B" w:rsidRDefault="007153F5" w:rsidP="00F72261">
      <w:pPr>
        <w:pStyle w:val="ListeParagraf"/>
        <w:numPr>
          <w:ilvl w:val="0"/>
          <w:numId w:val="10"/>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88960" behindDoc="0" locked="0" layoutInCell="1" allowOverlap="1" wp14:anchorId="022292D8" wp14:editId="4928133C">
                <wp:simplePos x="0" y="0"/>
                <wp:positionH relativeFrom="column">
                  <wp:posOffset>193964</wp:posOffset>
                </wp:positionH>
                <wp:positionV relativeFrom="paragraph">
                  <wp:posOffset>45085</wp:posOffset>
                </wp:positionV>
                <wp:extent cx="121920" cy="127000"/>
                <wp:effectExtent l="0" t="0" r="11430" b="25400"/>
                <wp:wrapNone/>
                <wp:docPr id="38297269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7DB85D24"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92D8" id="_x0000_s1028" type="#_x0000_t202" style="position:absolute;left:0;text-align:left;margin-left:15.25pt;margin-top:3.55pt;width:9.6pt;height:10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">
                <v:textbox>
                  <w:txbxContent>
                    <w:p w14:paraId="7DB85D24"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6-10 yıl</w:t>
      </w:r>
    </w:p>
    <w:p w14:paraId="0F1FD98A" w14:textId="29B31CB7" w:rsidR="00F90410" w:rsidRPr="00BF6B0B" w:rsidRDefault="007153F5" w:rsidP="00F72261">
      <w:pPr>
        <w:pStyle w:val="ListeParagraf"/>
        <w:numPr>
          <w:ilvl w:val="0"/>
          <w:numId w:val="10"/>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91008" behindDoc="0" locked="0" layoutInCell="1" allowOverlap="1" wp14:anchorId="6BD2E909" wp14:editId="6445FCF7">
                <wp:simplePos x="0" y="0"/>
                <wp:positionH relativeFrom="column">
                  <wp:posOffset>214745</wp:posOffset>
                </wp:positionH>
                <wp:positionV relativeFrom="paragraph">
                  <wp:posOffset>33886</wp:posOffset>
                </wp:positionV>
                <wp:extent cx="121920" cy="127000"/>
                <wp:effectExtent l="0" t="0" r="11430" b="25400"/>
                <wp:wrapNone/>
                <wp:docPr id="199593308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51E2382A"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2E909" id="_x0000_s1029" type="#_x0000_t202" style="position:absolute;left:0;text-align:left;margin-left:16.9pt;margin-top:2.65pt;width:9.6pt;height:10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">
                <v:textbox>
                  <w:txbxContent>
                    <w:p w14:paraId="51E2382A"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11-15 yıl</w:t>
      </w:r>
    </w:p>
    <w:p w14:paraId="53E937A8" w14:textId="1A707535" w:rsidR="00F90410" w:rsidRPr="00BF6B0B" w:rsidRDefault="007153F5" w:rsidP="00F72261">
      <w:pPr>
        <w:pStyle w:val="ListeParagraf"/>
        <w:numPr>
          <w:ilvl w:val="0"/>
          <w:numId w:val="10"/>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85888" behindDoc="0" locked="0" layoutInCell="1" allowOverlap="1" wp14:anchorId="3D5A9D14" wp14:editId="61924D31">
                <wp:simplePos x="0" y="0"/>
                <wp:positionH relativeFrom="column">
                  <wp:posOffset>208280</wp:posOffset>
                </wp:positionH>
                <wp:positionV relativeFrom="paragraph">
                  <wp:posOffset>41333</wp:posOffset>
                </wp:positionV>
                <wp:extent cx="121920" cy="127000"/>
                <wp:effectExtent l="0" t="0" r="11430" b="25400"/>
                <wp:wrapNone/>
                <wp:docPr id="524732580"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42294C38"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A9D14" id="_x0000_s1030" type="#_x0000_t202" style="position:absolute;left:0;text-align:left;margin-left:16.4pt;margin-top:3.25pt;width:9.6pt;height:10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">
                <v:textbox>
                  <w:txbxContent>
                    <w:p w14:paraId="42294C38"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16 ve üzeri</w:t>
      </w:r>
    </w:p>
    <w:p w14:paraId="35090E89" w14:textId="77777777" w:rsidR="00F90410" w:rsidRPr="00BF6B0B" w:rsidRDefault="00E50AC5">
      <w:pPr>
        <w:rPr>
          <w:rFonts w:ascii="Times New Roman" w:hAnsi="Times New Roman" w:cs="Times New Roman"/>
          <w:b/>
          <w:bCs/>
          <w:sz w:val="24"/>
          <w:szCs w:val="24"/>
          <w:lang w:val="tr-TR"/>
        </w:rPr>
      </w:pPr>
      <w:r w:rsidRPr="00BF6B0B">
        <w:rPr>
          <w:rFonts w:ascii="Times New Roman" w:hAnsi="Times New Roman" w:cs="Times New Roman"/>
          <w:b/>
          <w:bCs/>
          <w:sz w:val="24"/>
          <w:szCs w:val="24"/>
          <w:lang w:val="tr-TR"/>
        </w:rPr>
        <w:t>Değerlendirilen Liderin Görevi:</w:t>
      </w:r>
    </w:p>
    <w:p w14:paraId="377F63D4" w14:textId="65AC2457" w:rsidR="00F90410" w:rsidRPr="00BF6B0B" w:rsidRDefault="007153F5" w:rsidP="00F72261">
      <w:pPr>
        <w:pStyle w:val="ListeParagraf"/>
        <w:numPr>
          <w:ilvl w:val="0"/>
          <w:numId w:val="12"/>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93056" behindDoc="0" locked="0" layoutInCell="1" allowOverlap="1" wp14:anchorId="5987116E" wp14:editId="4E2260E3">
                <wp:simplePos x="0" y="0"/>
                <wp:positionH relativeFrom="column">
                  <wp:posOffset>207010</wp:posOffset>
                </wp:positionH>
                <wp:positionV relativeFrom="paragraph">
                  <wp:posOffset>42603</wp:posOffset>
                </wp:positionV>
                <wp:extent cx="121920" cy="127000"/>
                <wp:effectExtent l="0" t="0" r="11430" b="25400"/>
                <wp:wrapNone/>
                <wp:docPr id="117398345"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55D72356"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87116E" id="_x0000_s1031" type="#_x0000_t202" style="position:absolute;left:0;text-align:left;margin-left:16.3pt;margin-top:3.35pt;width:9.6pt;height:10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">
                <v:textbox>
                  <w:txbxContent>
                    <w:p w14:paraId="55D72356"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Genel Sekreter</w:t>
      </w:r>
    </w:p>
    <w:p w14:paraId="2D258F7D" w14:textId="17FB17BE" w:rsidR="00F90410" w:rsidRPr="00BF6B0B" w:rsidRDefault="007153F5" w:rsidP="00F72261">
      <w:pPr>
        <w:pStyle w:val="ListeParagraf"/>
        <w:numPr>
          <w:ilvl w:val="0"/>
          <w:numId w:val="12"/>
        </w:numPr>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96128" behindDoc="0" locked="0" layoutInCell="1" allowOverlap="1" wp14:anchorId="043DFF4A" wp14:editId="4A3B44A5">
                <wp:simplePos x="0" y="0"/>
                <wp:positionH relativeFrom="column">
                  <wp:posOffset>206375</wp:posOffset>
                </wp:positionH>
                <wp:positionV relativeFrom="paragraph">
                  <wp:posOffset>21013</wp:posOffset>
                </wp:positionV>
                <wp:extent cx="121920" cy="127000"/>
                <wp:effectExtent l="0" t="0" r="11430" b="25400"/>
                <wp:wrapNone/>
                <wp:docPr id="94308333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1E754D14"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DFF4A" id="_x0000_s1032" type="#_x0000_t202" style="position:absolute;left:0;text-align:left;margin-left:16.25pt;margin-top:1.65pt;width:9.6pt;height:10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">
                <v:textbox>
                  <w:txbxContent>
                    <w:p w14:paraId="1E754D14" w14:textId="77777777" w:rsidR="007153F5" w:rsidRDefault="007153F5" w:rsidP="007153F5"/>
                  </w:txbxContent>
                </v:textbox>
              </v:shape>
            </w:pict>
          </mc:Fallback>
        </mc:AlternateContent>
      </w:r>
      <w:r w:rsidRPr="00BF6B0B">
        <w:rPr>
          <w:rFonts w:ascii="Times New Roman" w:hAnsi="Times New Roman" w:cs="Times New Roman"/>
          <w:sz w:val="24"/>
          <w:szCs w:val="24"/>
          <w:lang w:val="tr-TR"/>
        </w:rPr>
        <w:t>Daire Başkanı</w:t>
      </w:r>
    </w:p>
    <w:p w14:paraId="14FE6F3A" w14:textId="61D42DBF" w:rsidR="00F90410" w:rsidRPr="00BA698A" w:rsidRDefault="007153F5" w:rsidP="007153F5">
      <w:pPr>
        <w:pStyle w:val="ListeParagraf"/>
        <w:numPr>
          <w:ilvl w:val="0"/>
          <w:numId w:val="12"/>
        </w:numPr>
        <w:rPr>
          <w:rFonts w:ascii="Times New Roman" w:hAnsi="Times New Roman" w:cs="Times New Roman"/>
          <w:color w:val="000000" w:themeColor="text1"/>
          <w:sz w:val="24"/>
          <w:szCs w:val="24"/>
          <w:lang w:val="tr-TR"/>
        </w:rPr>
      </w:pPr>
      <w:r w:rsidRPr="00BA698A">
        <w:rPr>
          <w:rFonts w:ascii="Times New Roman" w:hAnsi="Times New Roman" w:cs="Times New Roman"/>
          <w:noProof/>
          <w:color w:val="000000" w:themeColor="text1"/>
          <w:sz w:val="24"/>
          <w:szCs w:val="24"/>
          <w:lang w:val="tr-TR"/>
        </w:rPr>
        <mc:AlternateContent>
          <mc:Choice Requires="wps">
            <w:drawing>
              <wp:anchor distT="45720" distB="45720" distL="114300" distR="114300" simplePos="0" relativeHeight="251697152" behindDoc="0" locked="0" layoutInCell="1" allowOverlap="1" wp14:anchorId="2C27D85B" wp14:editId="5461051E">
                <wp:simplePos x="0" y="0"/>
                <wp:positionH relativeFrom="column">
                  <wp:posOffset>228600</wp:posOffset>
                </wp:positionH>
                <wp:positionV relativeFrom="paragraph">
                  <wp:posOffset>18010</wp:posOffset>
                </wp:positionV>
                <wp:extent cx="121920" cy="127000"/>
                <wp:effectExtent l="0" t="0" r="11430" b="25400"/>
                <wp:wrapNone/>
                <wp:docPr id="39588018"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4D3FD8F4" w14:textId="77777777" w:rsidR="007153F5" w:rsidRDefault="007153F5" w:rsidP="007153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7D85B" id="_x0000_s1033" type="#_x0000_t202" style="position:absolute;left:0;text-align:left;margin-left:18pt;margin-top:1.4pt;width:9.6pt;height:10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">
                <v:textbox>
                  <w:txbxContent>
                    <w:p w14:paraId="4D3FD8F4" w14:textId="77777777" w:rsidR="007153F5" w:rsidRDefault="007153F5" w:rsidP="007153F5"/>
                  </w:txbxContent>
                </v:textbox>
              </v:shape>
            </w:pict>
          </mc:Fallback>
        </mc:AlternateContent>
      </w:r>
      <w:r w:rsidRPr="00BA698A">
        <w:rPr>
          <w:rFonts w:ascii="Times New Roman" w:hAnsi="Times New Roman" w:cs="Times New Roman"/>
          <w:color w:val="000000" w:themeColor="text1"/>
          <w:sz w:val="24"/>
          <w:szCs w:val="24"/>
          <w:lang w:val="tr-TR"/>
        </w:rPr>
        <w:t>Fakülte/Enstitü/Yüksekokul/MYO Sekreteri</w:t>
      </w:r>
    </w:p>
    <w:p w14:paraId="7FFDBC1D" w14:textId="77777777" w:rsidR="00F90410" w:rsidRPr="00BF6B0B" w:rsidRDefault="00F90410">
      <w:pPr>
        <w:rPr>
          <w:rFonts w:ascii="Times New Roman" w:hAnsi="Times New Roman" w:cs="Times New Roman"/>
          <w:sz w:val="24"/>
          <w:szCs w:val="24"/>
          <w:lang w:val="tr-TR"/>
        </w:rPr>
      </w:pPr>
    </w:p>
    <w:p w14:paraId="18C74134" w14:textId="7809DE28" w:rsidR="00F90410" w:rsidRPr="00BF6B0B" w:rsidRDefault="00E50AC5">
      <w:pPr>
        <w:rPr>
          <w:rFonts w:ascii="Times New Roman" w:hAnsi="Times New Roman" w:cs="Times New Roman"/>
          <w:sz w:val="24"/>
          <w:szCs w:val="24"/>
          <w:lang w:val="tr-TR"/>
        </w:rPr>
      </w:pPr>
      <w:r w:rsidRPr="00BF6B0B">
        <w:rPr>
          <w:rFonts w:ascii="Times New Roman" w:hAnsi="Times New Roman" w:cs="Times New Roman"/>
          <w:b/>
          <w:bCs/>
          <w:sz w:val="24"/>
          <w:szCs w:val="24"/>
          <w:lang w:val="tr-TR"/>
        </w:rPr>
        <w:t xml:space="preserve">Çalıştığınız </w:t>
      </w:r>
      <w:proofErr w:type="gramStart"/>
      <w:r w:rsidRPr="00BF6B0B">
        <w:rPr>
          <w:rFonts w:ascii="Times New Roman" w:hAnsi="Times New Roman" w:cs="Times New Roman"/>
          <w:b/>
          <w:bCs/>
          <w:sz w:val="24"/>
          <w:szCs w:val="24"/>
          <w:lang w:val="tr-TR"/>
        </w:rPr>
        <w:t>Birim</w:t>
      </w:r>
      <w:r w:rsidRPr="00BF6B0B">
        <w:rPr>
          <w:rFonts w:ascii="Times New Roman" w:hAnsi="Times New Roman" w:cs="Times New Roman"/>
          <w:sz w:val="24"/>
          <w:szCs w:val="24"/>
          <w:lang w:val="tr-TR"/>
        </w:rPr>
        <w:t>:…</w:t>
      </w:r>
      <w:proofErr w:type="gramEnd"/>
      <w:r w:rsidRPr="00BF6B0B">
        <w:rPr>
          <w:rFonts w:ascii="Times New Roman" w:hAnsi="Times New Roman" w:cs="Times New Roman"/>
          <w:sz w:val="24"/>
          <w:szCs w:val="24"/>
          <w:lang w:val="tr-TR"/>
        </w:rPr>
        <w:t>………….</w:t>
      </w:r>
    </w:p>
    <w:p w14:paraId="6AA291E9" w14:textId="77777777" w:rsidR="002A2AA2" w:rsidRPr="00BF6B0B" w:rsidRDefault="002A2AA2">
      <w:pPr>
        <w:rPr>
          <w:rFonts w:ascii="Times New Roman" w:hAnsi="Times New Roman" w:cs="Times New Roman"/>
          <w:sz w:val="24"/>
          <w:szCs w:val="24"/>
          <w:lang w:val="tr-TR"/>
        </w:rPr>
      </w:pPr>
    </w:p>
    <w:p w14:paraId="64398820" w14:textId="77777777" w:rsidR="002A2AA2" w:rsidRPr="00BF6B0B" w:rsidRDefault="002A2AA2" w:rsidP="002A2AA2">
      <w:pPr>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Aşağıdaki ifadelere ilişkin görüşünüzü, her ifade için uygun seçeneği işaretleyerek belirtiniz.</w:t>
      </w:r>
    </w:p>
    <w:p w14:paraId="0E280D05" w14:textId="77777777" w:rsidR="002A2AA2" w:rsidRPr="00BF6B0B" w:rsidRDefault="002A2AA2" w:rsidP="002A2AA2">
      <w:pPr>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Puanlama: 5=Kesinlikle Katılıyorum, 4=Katılıyorum, 3=Kararsızım, 2=Katılmıyorum, 1=Kesinlikle Katılmıyorum.</w:t>
      </w:r>
    </w:p>
    <w:p w14:paraId="7F6F57A7" w14:textId="77777777" w:rsidR="002A2AA2" w:rsidRPr="00BF6B0B" w:rsidRDefault="002A2AA2">
      <w:pPr>
        <w:rPr>
          <w:rFonts w:ascii="Times New Roman" w:hAnsi="Times New Roman" w:cs="Times New Roman"/>
          <w:sz w:val="24"/>
          <w:szCs w:val="24"/>
          <w:lang w:val="tr-TR"/>
        </w:rPr>
      </w:pPr>
    </w:p>
    <w:p w14:paraId="2F1D2D93" w14:textId="77777777" w:rsidR="00F90410" w:rsidRPr="00BF6B0B" w:rsidRDefault="00E50AC5" w:rsidP="002A2AA2">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lastRenderedPageBreak/>
        <w:t>Vizyoner /Geleneksel Liderlik Boyutu</w:t>
      </w:r>
    </w:p>
    <w:tbl>
      <w:tblPr>
        <w:tblStyle w:val="TabloKlavuzu"/>
        <w:tblW w:w="5000" w:type="pct"/>
        <w:jc w:val="center"/>
        <w:tblLook w:val="04A0" w:firstRow="1" w:lastRow="0" w:firstColumn="1" w:lastColumn="0" w:noHBand="0" w:noVBand="1"/>
      </w:tblPr>
      <w:tblGrid>
        <w:gridCol w:w="510"/>
        <w:gridCol w:w="5466"/>
        <w:gridCol w:w="531"/>
        <w:gridCol w:w="532"/>
        <w:gridCol w:w="532"/>
        <w:gridCol w:w="532"/>
        <w:gridCol w:w="527"/>
      </w:tblGrid>
      <w:tr w:rsidR="002A2AA2" w:rsidRPr="00BF6B0B" w14:paraId="2FA6A96D" w14:textId="77777777" w:rsidTr="005475D8">
        <w:trPr>
          <w:jc w:val="center"/>
        </w:trPr>
        <w:tc>
          <w:tcPr>
            <w:tcW w:w="290" w:type="pct"/>
            <w:shd w:val="clear" w:color="auto" w:fill="DBE5F1" w:themeFill="accent1" w:themeFillTint="33"/>
            <w:vAlign w:val="center"/>
          </w:tcPr>
          <w:p w14:paraId="06679AC0" w14:textId="2A705F8F" w:rsidR="002A2AA2" w:rsidRPr="00BF6B0B" w:rsidRDefault="002A2AA2" w:rsidP="00066AB1">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3168" w:type="pct"/>
            <w:shd w:val="clear" w:color="auto" w:fill="D9E1F2"/>
            <w:vAlign w:val="center"/>
          </w:tcPr>
          <w:p w14:paraId="0D6A3766" w14:textId="09D6898D"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309" w:type="pct"/>
            <w:shd w:val="clear" w:color="auto" w:fill="D9E1F2"/>
            <w:vAlign w:val="center"/>
          </w:tcPr>
          <w:p w14:paraId="3EDBF31C" w14:textId="56C144CA"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309" w:type="pct"/>
            <w:shd w:val="clear" w:color="auto" w:fill="D9E1F2"/>
            <w:vAlign w:val="center"/>
          </w:tcPr>
          <w:p w14:paraId="170A55B6" w14:textId="4F78CF7A"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309" w:type="pct"/>
            <w:shd w:val="clear" w:color="auto" w:fill="D9E1F2"/>
            <w:vAlign w:val="center"/>
          </w:tcPr>
          <w:p w14:paraId="0286E71C" w14:textId="68BC49D8"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309" w:type="pct"/>
            <w:shd w:val="clear" w:color="auto" w:fill="D9E1F2"/>
            <w:vAlign w:val="center"/>
          </w:tcPr>
          <w:p w14:paraId="0C5CD54C" w14:textId="1A69CB19"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307" w:type="pct"/>
            <w:shd w:val="clear" w:color="auto" w:fill="D9E1F2"/>
            <w:vAlign w:val="center"/>
          </w:tcPr>
          <w:p w14:paraId="606F79F6" w14:textId="67A13993"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066AB1" w:rsidRPr="00BF6B0B" w14:paraId="137EF158" w14:textId="77777777" w:rsidTr="00066AB1">
        <w:trPr>
          <w:jc w:val="center"/>
        </w:trPr>
        <w:tc>
          <w:tcPr>
            <w:tcW w:w="5000" w:type="pct"/>
            <w:gridSpan w:val="7"/>
            <w:vAlign w:val="center"/>
          </w:tcPr>
          <w:p w14:paraId="5F7E8346" w14:textId="1C7C63DD" w:rsidR="00066AB1" w:rsidRPr="00BF6B0B" w:rsidRDefault="00066AB1" w:rsidP="00066AB1">
            <w:pPr>
              <w:spacing w:line="276" w:lineRule="auto"/>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2A2AA2" w:rsidRPr="00BF6B0B" w14:paraId="64FFC0B4" w14:textId="77777777" w:rsidTr="005475D8">
        <w:trPr>
          <w:jc w:val="center"/>
        </w:trPr>
        <w:tc>
          <w:tcPr>
            <w:tcW w:w="290" w:type="pct"/>
            <w:vAlign w:val="center"/>
          </w:tcPr>
          <w:p w14:paraId="0D0C2BE4" w14:textId="3BFC168E"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w:t>
            </w:r>
          </w:p>
        </w:tc>
        <w:tc>
          <w:tcPr>
            <w:tcW w:w="3168" w:type="pct"/>
            <w:vAlign w:val="center"/>
          </w:tcPr>
          <w:p w14:paraId="27BE87B3" w14:textId="0718A9C0" w:rsidR="002A2AA2" w:rsidRPr="00BF6B0B" w:rsidRDefault="002A2AA2" w:rsidP="00066AB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Takip edilecek bir rol modeldir.</w:t>
            </w:r>
          </w:p>
        </w:tc>
        <w:tc>
          <w:tcPr>
            <w:tcW w:w="309" w:type="pct"/>
            <w:vAlign w:val="center"/>
          </w:tcPr>
          <w:p w14:paraId="5368B458"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72DB7765"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68805F51"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1FD5898F"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5E0AF256"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2A2AA2" w:rsidRPr="00BF6B0B" w14:paraId="35E960D5" w14:textId="77777777" w:rsidTr="005475D8">
        <w:trPr>
          <w:jc w:val="center"/>
        </w:trPr>
        <w:tc>
          <w:tcPr>
            <w:tcW w:w="290" w:type="pct"/>
            <w:vAlign w:val="center"/>
          </w:tcPr>
          <w:p w14:paraId="3E6B9600" w14:textId="50FA1682"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w:t>
            </w:r>
          </w:p>
        </w:tc>
        <w:tc>
          <w:tcPr>
            <w:tcW w:w="3168" w:type="pct"/>
            <w:vAlign w:val="center"/>
          </w:tcPr>
          <w:p w14:paraId="4290B612" w14:textId="6FA39289" w:rsidR="002A2AA2" w:rsidRPr="00BA698A" w:rsidRDefault="0064340D" w:rsidP="00066AB1">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Hedeflere ulaşılabileceğine dair güven verir.</w:t>
            </w:r>
          </w:p>
        </w:tc>
        <w:tc>
          <w:tcPr>
            <w:tcW w:w="309" w:type="pct"/>
            <w:vAlign w:val="center"/>
          </w:tcPr>
          <w:p w14:paraId="44A5B3F8"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23F60C5C"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3144E20A"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3AA07173"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382D1E1F"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2A2AA2" w:rsidRPr="00BF6B0B" w14:paraId="4CCAFDEC" w14:textId="77777777" w:rsidTr="005475D8">
        <w:trPr>
          <w:jc w:val="center"/>
        </w:trPr>
        <w:tc>
          <w:tcPr>
            <w:tcW w:w="290" w:type="pct"/>
            <w:vAlign w:val="center"/>
          </w:tcPr>
          <w:p w14:paraId="31F3FCE4" w14:textId="253E59A9"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p>
        </w:tc>
        <w:tc>
          <w:tcPr>
            <w:tcW w:w="3168" w:type="pct"/>
            <w:vAlign w:val="center"/>
          </w:tcPr>
          <w:p w14:paraId="55348F7D" w14:textId="17B9D3DE" w:rsidR="002A2AA2" w:rsidRPr="00BA698A" w:rsidRDefault="005475D8" w:rsidP="00066AB1">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Ödüllendirme ve takdir gibi motivasyon artırıcı yöntemler kullanır.</w:t>
            </w:r>
          </w:p>
        </w:tc>
        <w:tc>
          <w:tcPr>
            <w:tcW w:w="309" w:type="pct"/>
            <w:vAlign w:val="center"/>
          </w:tcPr>
          <w:p w14:paraId="5C718C85"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0B28A98E"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31FD5AE5"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5F94C068"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68A63EFA"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2A2AA2" w:rsidRPr="00BF6B0B" w14:paraId="4867EF97" w14:textId="77777777" w:rsidTr="005475D8">
        <w:trPr>
          <w:jc w:val="center"/>
        </w:trPr>
        <w:tc>
          <w:tcPr>
            <w:tcW w:w="290" w:type="pct"/>
            <w:vAlign w:val="center"/>
          </w:tcPr>
          <w:p w14:paraId="5031072B" w14:textId="64027977"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4</w:t>
            </w:r>
          </w:p>
        </w:tc>
        <w:tc>
          <w:tcPr>
            <w:tcW w:w="3168" w:type="pct"/>
            <w:vAlign w:val="center"/>
          </w:tcPr>
          <w:p w14:paraId="227C1F4D" w14:textId="3ECB185A" w:rsidR="002A2AA2" w:rsidRPr="00BF6B0B" w:rsidRDefault="002A2AA2" w:rsidP="00066AB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Kurumsal değişime öncülük eder.</w:t>
            </w:r>
          </w:p>
        </w:tc>
        <w:tc>
          <w:tcPr>
            <w:tcW w:w="309" w:type="pct"/>
            <w:vAlign w:val="center"/>
          </w:tcPr>
          <w:p w14:paraId="0EC99B47"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67569F26"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01246307"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6BF7BE6F"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1A519FB0"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2A2AA2" w:rsidRPr="00BF6B0B" w14:paraId="09327044" w14:textId="77777777" w:rsidTr="005475D8">
        <w:trPr>
          <w:jc w:val="center"/>
        </w:trPr>
        <w:tc>
          <w:tcPr>
            <w:tcW w:w="290" w:type="pct"/>
            <w:vAlign w:val="center"/>
          </w:tcPr>
          <w:p w14:paraId="301FFC36" w14:textId="4DFAB899"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5</w:t>
            </w:r>
          </w:p>
        </w:tc>
        <w:tc>
          <w:tcPr>
            <w:tcW w:w="3168" w:type="pct"/>
            <w:vAlign w:val="center"/>
          </w:tcPr>
          <w:p w14:paraId="565F46BA" w14:textId="1071FBBB" w:rsidR="002A2AA2" w:rsidRPr="00BF6B0B" w:rsidRDefault="002A2AA2" w:rsidP="00066AB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Gelecek için sürdürülebilir yol haritası belirler.</w:t>
            </w:r>
          </w:p>
        </w:tc>
        <w:tc>
          <w:tcPr>
            <w:tcW w:w="309" w:type="pct"/>
            <w:vAlign w:val="center"/>
          </w:tcPr>
          <w:p w14:paraId="2029235E"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653E7FCC"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29B9AD39"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53371DB3"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047B4C80"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2A2AA2" w:rsidRPr="00BF6B0B" w14:paraId="1C01BABA" w14:textId="77777777" w:rsidTr="005475D8">
        <w:trPr>
          <w:jc w:val="center"/>
        </w:trPr>
        <w:tc>
          <w:tcPr>
            <w:tcW w:w="290" w:type="pct"/>
            <w:vAlign w:val="center"/>
          </w:tcPr>
          <w:p w14:paraId="77F93F8D" w14:textId="2688B4C7" w:rsidR="002A2AA2" w:rsidRPr="00BF6B0B" w:rsidRDefault="002A2AA2" w:rsidP="00066AB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6</w:t>
            </w:r>
          </w:p>
        </w:tc>
        <w:tc>
          <w:tcPr>
            <w:tcW w:w="3168" w:type="pct"/>
            <w:vAlign w:val="center"/>
          </w:tcPr>
          <w:p w14:paraId="6F09A928" w14:textId="05480F2E" w:rsidR="002A2AA2" w:rsidRPr="00BF6B0B" w:rsidRDefault="002A2AA2" w:rsidP="00066AB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 xml:space="preserve">Kurumsal politika ve stratejilerin etkin bir şekilde yürütülmesine </w:t>
            </w:r>
            <w:r w:rsidR="00C44F45" w:rsidRPr="00BA698A">
              <w:rPr>
                <w:rFonts w:ascii="Times New Roman" w:hAnsi="Times New Roman" w:cs="Times New Roman"/>
                <w:color w:val="000000" w:themeColor="text1"/>
                <w:sz w:val="24"/>
                <w:szCs w:val="24"/>
                <w:lang w:val="tr-TR"/>
              </w:rPr>
              <w:t xml:space="preserve">öncülük </w:t>
            </w:r>
            <w:r w:rsidRPr="00BF6B0B">
              <w:rPr>
                <w:rFonts w:ascii="Times New Roman" w:hAnsi="Times New Roman" w:cs="Times New Roman"/>
                <w:sz w:val="24"/>
                <w:szCs w:val="24"/>
                <w:lang w:val="tr-TR"/>
              </w:rPr>
              <w:t>eder.</w:t>
            </w:r>
          </w:p>
        </w:tc>
        <w:tc>
          <w:tcPr>
            <w:tcW w:w="309" w:type="pct"/>
            <w:vAlign w:val="center"/>
          </w:tcPr>
          <w:p w14:paraId="60AB562B"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2815AC87"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62888903"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9" w:type="pct"/>
            <w:vAlign w:val="center"/>
          </w:tcPr>
          <w:p w14:paraId="2AFD2D5B" w14:textId="77777777" w:rsidR="002A2AA2" w:rsidRPr="00BF6B0B" w:rsidRDefault="002A2AA2" w:rsidP="00066AB1">
            <w:pPr>
              <w:spacing w:line="276" w:lineRule="auto"/>
              <w:jc w:val="center"/>
              <w:rPr>
                <w:rFonts w:ascii="Times New Roman" w:hAnsi="Times New Roman" w:cs="Times New Roman"/>
                <w:sz w:val="24"/>
                <w:szCs w:val="24"/>
                <w:lang w:val="tr-TR"/>
              </w:rPr>
            </w:pPr>
          </w:p>
        </w:tc>
        <w:tc>
          <w:tcPr>
            <w:tcW w:w="307" w:type="pct"/>
            <w:vAlign w:val="center"/>
          </w:tcPr>
          <w:p w14:paraId="4DC1B9CD" w14:textId="77777777" w:rsidR="002A2AA2" w:rsidRPr="00BF6B0B" w:rsidRDefault="002A2AA2" w:rsidP="00066AB1">
            <w:pPr>
              <w:spacing w:line="276" w:lineRule="auto"/>
              <w:jc w:val="center"/>
              <w:rPr>
                <w:rFonts w:ascii="Times New Roman" w:hAnsi="Times New Roman" w:cs="Times New Roman"/>
                <w:sz w:val="24"/>
                <w:szCs w:val="24"/>
                <w:lang w:val="tr-TR"/>
              </w:rPr>
            </w:pPr>
          </w:p>
        </w:tc>
      </w:tr>
      <w:tr w:rsidR="005475D8" w:rsidRPr="00BF6B0B" w14:paraId="68537BA0" w14:textId="77777777" w:rsidTr="005475D8">
        <w:trPr>
          <w:jc w:val="center"/>
        </w:trPr>
        <w:tc>
          <w:tcPr>
            <w:tcW w:w="290" w:type="pct"/>
            <w:vAlign w:val="center"/>
          </w:tcPr>
          <w:p w14:paraId="3E81DCA3" w14:textId="658BFF0C" w:rsidR="005475D8" w:rsidRPr="00BF6B0B" w:rsidRDefault="005475D8" w:rsidP="005475D8">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7</w:t>
            </w:r>
          </w:p>
        </w:tc>
        <w:tc>
          <w:tcPr>
            <w:tcW w:w="3168" w:type="pct"/>
            <w:vAlign w:val="center"/>
          </w:tcPr>
          <w:p w14:paraId="09652F77" w14:textId="21851381" w:rsidR="005475D8" w:rsidRPr="00BA698A" w:rsidRDefault="005475D8" w:rsidP="005475D8">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Olası riskleri değerlendirir ve alternatif plan oluşturur.</w:t>
            </w:r>
          </w:p>
        </w:tc>
        <w:tc>
          <w:tcPr>
            <w:tcW w:w="309" w:type="pct"/>
            <w:vAlign w:val="center"/>
          </w:tcPr>
          <w:p w14:paraId="09DA9D0F"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22C7FE1A"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6D6BE104"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5EA451C9"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7" w:type="pct"/>
            <w:vAlign w:val="center"/>
          </w:tcPr>
          <w:p w14:paraId="60E26542" w14:textId="77777777" w:rsidR="005475D8" w:rsidRPr="00BF6B0B" w:rsidRDefault="005475D8" w:rsidP="005475D8">
            <w:pPr>
              <w:spacing w:line="276" w:lineRule="auto"/>
              <w:jc w:val="center"/>
              <w:rPr>
                <w:rFonts w:ascii="Times New Roman" w:hAnsi="Times New Roman" w:cs="Times New Roman"/>
                <w:sz w:val="24"/>
                <w:szCs w:val="24"/>
                <w:lang w:val="tr-TR"/>
              </w:rPr>
            </w:pPr>
          </w:p>
        </w:tc>
      </w:tr>
      <w:tr w:rsidR="005475D8" w:rsidRPr="00BF6B0B" w14:paraId="2CF34567" w14:textId="77777777" w:rsidTr="005475D8">
        <w:trPr>
          <w:jc w:val="center"/>
        </w:trPr>
        <w:tc>
          <w:tcPr>
            <w:tcW w:w="290" w:type="pct"/>
            <w:vAlign w:val="center"/>
          </w:tcPr>
          <w:p w14:paraId="18ECC198" w14:textId="46C45782" w:rsidR="005475D8" w:rsidRPr="00BF6B0B" w:rsidRDefault="005475D8" w:rsidP="005475D8">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8</w:t>
            </w:r>
          </w:p>
        </w:tc>
        <w:tc>
          <w:tcPr>
            <w:tcW w:w="3168" w:type="pct"/>
            <w:vAlign w:val="center"/>
          </w:tcPr>
          <w:p w14:paraId="65BAA37B" w14:textId="0947A00A" w:rsidR="005475D8" w:rsidRPr="00BA698A" w:rsidRDefault="00C333E7" w:rsidP="005475D8">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Kalite süreçlerinin benimsenmesinde aktif rol alır.</w:t>
            </w:r>
          </w:p>
        </w:tc>
        <w:tc>
          <w:tcPr>
            <w:tcW w:w="309" w:type="pct"/>
            <w:vAlign w:val="center"/>
          </w:tcPr>
          <w:p w14:paraId="441E9746"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649E405A"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2617BA6D"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7757B97E"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7" w:type="pct"/>
            <w:vAlign w:val="center"/>
          </w:tcPr>
          <w:p w14:paraId="7B740511" w14:textId="77777777" w:rsidR="005475D8" w:rsidRPr="00BF6B0B" w:rsidRDefault="005475D8" w:rsidP="005475D8">
            <w:pPr>
              <w:spacing w:line="276" w:lineRule="auto"/>
              <w:jc w:val="center"/>
              <w:rPr>
                <w:rFonts w:ascii="Times New Roman" w:hAnsi="Times New Roman" w:cs="Times New Roman"/>
                <w:sz w:val="24"/>
                <w:szCs w:val="24"/>
                <w:lang w:val="tr-TR"/>
              </w:rPr>
            </w:pPr>
          </w:p>
        </w:tc>
      </w:tr>
      <w:tr w:rsidR="005475D8" w:rsidRPr="00BF6B0B" w14:paraId="04B73E00" w14:textId="77777777" w:rsidTr="005475D8">
        <w:trPr>
          <w:jc w:val="center"/>
        </w:trPr>
        <w:tc>
          <w:tcPr>
            <w:tcW w:w="290" w:type="pct"/>
            <w:vAlign w:val="center"/>
          </w:tcPr>
          <w:p w14:paraId="19C05439" w14:textId="755E027F" w:rsidR="005475D8" w:rsidRPr="00BF6B0B" w:rsidRDefault="005475D8" w:rsidP="005475D8">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9</w:t>
            </w:r>
          </w:p>
        </w:tc>
        <w:tc>
          <w:tcPr>
            <w:tcW w:w="3168" w:type="pct"/>
            <w:vAlign w:val="center"/>
          </w:tcPr>
          <w:p w14:paraId="0BBA4D5F" w14:textId="38358637" w:rsidR="005475D8" w:rsidRPr="00BA698A" w:rsidRDefault="008F18B1" w:rsidP="005475D8">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Kurumun temel değerleriyle uyumlu hareket eder.</w:t>
            </w:r>
          </w:p>
        </w:tc>
        <w:tc>
          <w:tcPr>
            <w:tcW w:w="309" w:type="pct"/>
            <w:vAlign w:val="center"/>
          </w:tcPr>
          <w:p w14:paraId="0536FDE5"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29B6FF80"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6C74AC03"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9" w:type="pct"/>
            <w:vAlign w:val="center"/>
          </w:tcPr>
          <w:p w14:paraId="52F7D91D" w14:textId="77777777" w:rsidR="005475D8" w:rsidRPr="00BF6B0B" w:rsidRDefault="005475D8" w:rsidP="005475D8">
            <w:pPr>
              <w:spacing w:line="276" w:lineRule="auto"/>
              <w:jc w:val="center"/>
              <w:rPr>
                <w:rFonts w:ascii="Times New Roman" w:hAnsi="Times New Roman" w:cs="Times New Roman"/>
                <w:sz w:val="24"/>
                <w:szCs w:val="24"/>
                <w:lang w:val="tr-TR"/>
              </w:rPr>
            </w:pPr>
          </w:p>
        </w:tc>
        <w:tc>
          <w:tcPr>
            <w:tcW w:w="307" w:type="pct"/>
            <w:vAlign w:val="center"/>
          </w:tcPr>
          <w:p w14:paraId="09510847" w14:textId="77777777" w:rsidR="005475D8" w:rsidRPr="00BF6B0B" w:rsidRDefault="005475D8" w:rsidP="005475D8">
            <w:pPr>
              <w:spacing w:line="276" w:lineRule="auto"/>
              <w:jc w:val="center"/>
              <w:rPr>
                <w:rFonts w:ascii="Times New Roman" w:hAnsi="Times New Roman" w:cs="Times New Roman"/>
                <w:sz w:val="24"/>
                <w:szCs w:val="24"/>
                <w:lang w:val="tr-TR"/>
              </w:rPr>
            </w:pPr>
          </w:p>
        </w:tc>
      </w:tr>
    </w:tbl>
    <w:p w14:paraId="04D22DF1" w14:textId="77777777" w:rsidR="00F90410" w:rsidRPr="00BF6B0B" w:rsidRDefault="00F90410">
      <w:pPr>
        <w:rPr>
          <w:rFonts w:ascii="Times New Roman" w:hAnsi="Times New Roman" w:cs="Times New Roman"/>
          <w:sz w:val="24"/>
          <w:szCs w:val="24"/>
          <w:lang w:val="tr-TR"/>
        </w:rPr>
      </w:pPr>
    </w:p>
    <w:p w14:paraId="0E3922E9" w14:textId="77777777" w:rsidR="00F90410" w:rsidRPr="00BF6B0B" w:rsidRDefault="00E50AC5" w:rsidP="000B1E5C">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t>Demokratik -Eşitlikçi /Otoriter Liderlik Boyutu</w:t>
      </w:r>
    </w:p>
    <w:tbl>
      <w:tblPr>
        <w:tblStyle w:val="TabloKlavuzu"/>
        <w:tblW w:w="5000" w:type="pct"/>
        <w:jc w:val="center"/>
        <w:tblLook w:val="04A0" w:firstRow="1" w:lastRow="0" w:firstColumn="1" w:lastColumn="0" w:noHBand="0" w:noVBand="1"/>
      </w:tblPr>
      <w:tblGrid>
        <w:gridCol w:w="510"/>
        <w:gridCol w:w="5464"/>
        <w:gridCol w:w="530"/>
        <w:gridCol w:w="531"/>
        <w:gridCol w:w="531"/>
        <w:gridCol w:w="532"/>
        <w:gridCol w:w="532"/>
      </w:tblGrid>
      <w:tr w:rsidR="00A949B0" w:rsidRPr="00BF6B0B" w14:paraId="70479D6F" w14:textId="77777777" w:rsidTr="00106C92">
        <w:trPr>
          <w:jc w:val="center"/>
        </w:trPr>
        <w:tc>
          <w:tcPr>
            <w:tcW w:w="290" w:type="pct"/>
            <w:shd w:val="clear" w:color="auto" w:fill="DBE5F1" w:themeFill="accent1" w:themeFillTint="33"/>
            <w:vAlign w:val="center"/>
          </w:tcPr>
          <w:p w14:paraId="06FB94F7" w14:textId="1FED096B" w:rsidR="00A949B0" w:rsidRPr="00BF6B0B" w:rsidRDefault="00A949B0" w:rsidP="00106C92">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3167" w:type="pct"/>
            <w:shd w:val="clear" w:color="auto" w:fill="D9E1F2"/>
            <w:vAlign w:val="center"/>
          </w:tcPr>
          <w:p w14:paraId="40FD0C80" w14:textId="47118A83"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308" w:type="pct"/>
            <w:shd w:val="clear" w:color="auto" w:fill="D9E1F2"/>
            <w:vAlign w:val="center"/>
          </w:tcPr>
          <w:p w14:paraId="46D56BC2" w14:textId="27F39555"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309" w:type="pct"/>
            <w:shd w:val="clear" w:color="auto" w:fill="D9E1F2"/>
            <w:vAlign w:val="center"/>
          </w:tcPr>
          <w:p w14:paraId="0493C27A" w14:textId="1D5506E4"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308" w:type="pct"/>
            <w:shd w:val="clear" w:color="auto" w:fill="D9E1F2"/>
            <w:vAlign w:val="center"/>
          </w:tcPr>
          <w:p w14:paraId="3398835C" w14:textId="37E6B6A3"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309" w:type="pct"/>
            <w:shd w:val="clear" w:color="auto" w:fill="D9E1F2"/>
            <w:vAlign w:val="center"/>
          </w:tcPr>
          <w:p w14:paraId="7CF42D5F" w14:textId="01E044AF"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309" w:type="pct"/>
            <w:shd w:val="clear" w:color="auto" w:fill="D9E1F2"/>
            <w:vAlign w:val="center"/>
          </w:tcPr>
          <w:p w14:paraId="3E7D8442" w14:textId="08F786E4" w:rsidR="00A949B0" w:rsidRPr="00BF6B0B" w:rsidRDefault="00A949B0" w:rsidP="00A949B0">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0B1E5C" w:rsidRPr="00BF6B0B" w14:paraId="775F8F86" w14:textId="77777777" w:rsidTr="000B1E5C">
        <w:trPr>
          <w:jc w:val="center"/>
        </w:trPr>
        <w:tc>
          <w:tcPr>
            <w:tcW w:w="5000" w:type="pct"/>
            <w:gridSpan w:val="7"/>
            <w:vAlign w:val="center"/>
          </w:tcPr>
          <w:p w14:paraId="206C5758" w14:textId="3686B6CA" w:rsidR="000B1E5C" w:rsidRPr="00BF6B0B" w:rsidRDefault="000B1E5C" w:rsidP="000B1E5C">
            <w:pPr>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A949B0" w:rsidRPr="00BF6B0B" w14:paraId="496B568D" w14:textId="77777777" w:rsidTr="00106C92">
        <w:trPr>
          <w:jc w:val="center"/>
        </w:trPr>
        <w:tc>
          <w:tcPr>
            <w:tcW w:w="290" w:type="pct"/>
            <w:vAlign w:val="center"/>
          </w:tcPr>
          <w:p w14:paraId="029AA09A" w14:textId="00E89CDC"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10</w:t>
            </w:r>
          </w:p>
        </w:tc>
        <w:tc>
          <w:tcPr>
            <w:tcW w:w="3167" w:type="pct"/>
            <w:vAlign w:val="center"/>
          </w:tcPr>
          <w:p w14:paraId="066F93C7" w14:textId="5D2218F9" w:rsidR="00A949B0" w:rsidRPr="00BF6B0B" w:rsidRDefault="00A949B0" w:rsidP="00106C92">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Görevlendirmelerde yetkinliği esas alır.</w:t>
            </w:r>
          </w:p>
        </w:tc>
        <w:tc>
          <w:tcPr>
            <w:tcW w:w="308" w:type="pct"/>
            <w:vAlign w:val="center"/>
          </w:tcPr>
          <w:p w14:paraId="0184F4D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64B28545"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2FAF90BE"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7D50A4CF"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19CF8699" w14:textId="77777777" w:rsidR="00A949B0" w:rsidRPr="00BF6B0B" w:rsidRDefault="00A949B0" w:rsidP="00A949B0">
            <w:pPr>
              <w:spacing w:line="276" w:lineRule="auto"/>
              <w:jc w:val="center"/>
              <w:rPr>
                <w:rFonts w:ascii="Times New Roman" w:hAnsi="Times New Roman" w:cs="Times New Roman"/>
                <w:sz w:val="24"/>
                <w:szCs w:val="24"/>
                <w:lang w:val="tr-TR"/>
              </w:rPr>
            </w:pPr>
          </w:p>
        </w:tc>
      </w:tr>
      <w:tr w:rsidR="00A949B0" w:rsidRPr="00BF6B0B" w14:paraId="3DC2D706" w14:textId="77777777" w:rsidTr="00106C92">
        <w:trPr>
          <w:jc w:val="center"/>
        </w:trPr>
        <w:tc>
          <w:tcPr>
            <w:tcW w:w="290" w:type="pct"/>
            <w:vAlign w:val="center"/>
          </w:tcPr>
          <w:p w14:paraId="57D806CF" w14:textId="1928871E"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11</w:t>
            </w:r>
          </w:p>
        </w:tc>
        <w:tc>
          <w:tcPr>
            <w:tcW w:w="3167" w:type="pct"/>
            <w:vAlign w:val="center"/>
          </w:tcPr>
          <w:p w14:paraId="35E43730" w14:textId="288B3442" w:rsidR="00A949B0" w:rsidRPr="00BF6B0B" w:rsidRDefault="00A949B0" w:rsidP="00106C92">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Görüş ve önerilere açıktır.</w:t>
            </w:r>
          </w:p>
        </w:tc>
        <w:tc>
          <w:tcPr>
            <w:tcW w:w="308" w:type="pct"/>
            <w:vAlign w:val="center"/>
          </w:tcPr>
          <w:p w14:paraId="0F260FB9"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4235D32C"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25F303D8"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76E74C88"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22700029" w14:textId="77777777" w:rsidR="00A949B0" w:rsidRPr="00BF6B0B" w:rsidRDefault="00A949B0" w:rsidP="00A949B0">
            <w:pPr>
              <w:spacing w:line="276" w:lineRule="auto"/>
              <w:jc w:val="center"/>
              <w:rPr>
                <w:rFonts w:ascii="Times New Roman" w:hAnsi="Times New Roman" w:cs="Times New Roman"/>
                <w:sz w:val="24"/>
                <w:szCs w:val="24"/>
                <w:lang w:val="tr-TR"/>
              </w:rPr>
            </w:pPr>
          </w:p>
        </w:tc>
      </w:tr>
      <w:tr w:rsidR="00A949B0" w:rsidRPr="00BF6B0B" w14:paraId="31B7ECF4" w14:textId="77777777" w:rsidTr="00106C92">
        <w:trPr>
          <w:jc w:val="center"/>
        </w:trPr>
        <w:tc>
          <w:tcPr>
            <w:tcW w:w="290" w:type="pct"/>
            <w:vAlign w:val="center"/>
          </w:tcPr>
          <w:p w14:paraId="6BBE355C" w14:textId="64239375"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12</w:t>
            </w:r>
          </w:p>
        </w:tc>
        <w:tc>
          <w:tcPr>
            <w:tcW w:w="3167" w:type="pct"/>
            <w:vAlign w:val="center"/>
          </w:tcPr>
          <w:p w14:paraId="76BFC882" w14:textId="758500B3" w:rsidR="00A949B0" w:rsidRPr="00BA698A" w:rsidRDefault="00A15C31" w:rsidP="00106C92">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Çalışanları ikna ederek liderlik eder.</w:t>
            </w:r>
          </w:p>
        </w:tc>
        <w:tc>
          <w:tcPr>
            <w:tcW w:w="308" w:type="pct"/>
            <w:vAlign w:val="center"/>
          </w:tcPr>
          <w:p w14:paraId="367C206F"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52F509E1"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1D88E87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284BBE88"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7CD926F1" w14:textId="77777777" w:rsidR="00A949B0" w:rsidRPr="00BF6B0B" w:rsidRDefault="00A949B0" w:rsidP="00A949B0">
            <w:pPr>
              <w:spacing w:line="276" w:lineRule="auto"/>
              <w:jc w:val="center"/>
              <w:rPr>
                <w:rFonts w:ascii="Times New Roman" w:hAnsi="Times New Roman" w:cs="Times New Roman"/>
                <w:sz w:val="24"/>
                <w:szCs w:val="24"/>
                <w:lang w:val="tr-TR"/>
              </w:rPr>
            </w:pPr>
          </w:p>
        </w:tc>
      </w:tr>
      <w:tr w:rsidR="00A949B0" w:rsidRPr="00BF6B0B" w14:paraId="0F2524AF" w14:textId="77777777" w:rsidTr="00106C92">
        <w:trPr>
          <w:jc w:val="center"/>
        </w:trPr>
        <w:tc>
          <w:tcPr>
            <w:tcW w:w="290" w:type="pct"/>
            <w:vAlign w:val="center"/>
          </w:tcPr>
          <w:p w14:paraId="7AE713A2" w14:textId="0BA5DE4B"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13</w:t>
            </w:r>
          </w:p>
        </w:tc>
        <w:tc>
          <w:tcPr>
            <w:tcW w:w="3167" w:type="pct"/>
            <w:vAlign w:val="center"/>
          </w:tcPr>
          <w:p w14:paraId="780A1ACA" w14:textId="1CBCE151" w:rsidR="00A949B0" w:rsidRPr="00BA698A" w:rsidRDefault="009218EA" w:rsidP="00106C92">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Karar ve davranışlarında çalışanlara karşı adildir; ayrım gözetmez.</w:t>
            </w:r>
          </w:p>
        </w:tc>
        <w:tc>
          <w:tcPr>
            <w:tcW w:w="308" w:type="pct"/>
            <w:vAlign w:val="center"/>
          </w:tcPr>
          <w:p w14:paraId="36B2A288"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7E120BA7"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1555F41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1D82CC7C"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3DEB839E" w14:textId="77777777" w:rsidR="00A949B0" w:rsidRPr="00BF6B0B" w:rsidRDefault="00A949B0" w:rsidP="00A949B0">
            <w:pPr>
              <w:spacing w:line="276" w:lineRule="auto"/>
              <w:jc w:val="center"/>
              <w:rPr>
                <w:rFonts w:ascii="Times New Roman" w:hAnsi="Times New Roman" w:cs="Times New Roman"/>
                <w:sz w:val="24"/>
                <w:szCs w:val="24"/>
                <w:lang w:val="tr-TR"/>
              </w:rPr>
            </w:pPr>
          </w:p>
        </w:tc>
      </w:tr>
      <w:tr w:rsidR="00A949B0" w:rsidRPr="00BF6B0B" w14:paraId="2DAD3335" w14:textId="77777777" w:rsidTr="00106C92">
        <w:trPr>
          <w:jc w:val="center"/>
        </w:trPr>
        <w:tc>
          <w:tcPr>
            <w:tcW w:w="290" w:type="pct"/>
            <w:vAlign w:val="center"/>
          </w:tcPr>
          <w:p w14:paraId="42F23F5B" w14:textId="3F53A995"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14</w:t>
            </w:r>
          </w:p>
        </w:tc>
        <w:tc>
          <w:tcPr>
            <w:tcW w:w="3167" w:type="pct"/>
            <w:vAlign w:val="center"/>
          </w:tcPr>
          <w:p w14:paraId="1EFD10B6" w14:textId="7BF0CA4B" w:rsidR="00A949B0" w:rsidRPr="00BF6B0B" w:rsidRDefault="00A949B0" w:rsidP="00106C92">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Karar süreçlerinde çalışanların haklarını gözetir.</w:t>
            </w:r>
          </w:p>
        </w:tc>
        <w:tc>
          <w:tcPr>
            <w:tcW w:w="308" w:type="pct"/>
            <w:vAlign w:val="center"/>
          </w:tcPr>
          <w:p w14:paraId="6D76E65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05706C3C"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44F4E362"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01C3F92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563AED44" w14:textId="77777777" w:rsidR="00A949B0" w:rsidRPr="00BF6B0B" w:rsidRDefault="00A949B0" w:rsidP="00A949B0">
            <w:pPr>
              <w:spacing w:line="276" w:lineRule="auto"/>
              <w:jc w:val="center"/>
              <w:rPr>
                <w:rFonts w:ascii="Times New Roman" w:hAnsi="Times New Roman" w:cs="Times New Roman"/>
                <w:sz w:val="24"/>
                <w:szCs w:val="24"/>
                <w:lang w:val="tr-TR"/>
              </w:rPr>
            </w:pPr>
          </w:p>
        </w:tc>
      </w:tr>
      <w:tr w:rsidR="00A949B0" w:rsidRPr="00BF6B0B" w14:paraId="714A9927" w14:textId="77777777" w:rsidTr="00106C92">
        <w:trPr>
          <w:jc w:val="center"/>
        </w:trPr>
        <w:tc>
          <w:tcPr>
            <w:tcW w:w="290" w:type="pct"/>
            <w:vAlign w:val="center"/>
          </w:tcPr>
          <w:p w14:paraId="492C8BE9" w14:textId="43108648" w:rsidR="00A949B0" w:rsidRPr="00BF6B0B" w:rsidRDefault="00A949B0" w:rsidP="00106C92">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15</w:t>
            </w:r>
          </w:p>
        </w:tc>
        <w:tc>
          <w:tcPr>
            <w:tcW w:w="3167" w:type="pct"/>
            <w:vAlign w:val="center"/>
          </w:tcPr>
          <w:p w14:paraId="68923924" w14:textId="16C3D072" w:rsidR="00A949B0" w:rsidRPr="00BF6B0B" w:rsidRDefault="00A949B0" w:rsidP="00106C92">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Çalışanlarının görevleriyle ilgili inisiyatif almasını destekler.</w:t>
            </w:r>
          </w:p>
        </w:tc>
        <w:tc>
          <w:tcPr>
            <w:tcW w:w="308" w:type="pct"/>
            <w:vAlign w:val="center"/>
          </w:tcPr>
          <w:p w14:paraId="4CA6FF75"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3DA2FC21"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8" w:type="pct"/>
            <w:vAlign w:val="center"/>
          </w:tcPr>
          <w:p w14:paraId="30AF428D"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4E98D66A" w14:textId="77777777" w:rsidR="00A949B0" w:rsidRPr="00BF6B0B" w:rsidRDefault="00A949B0" w:rsidP="00A949B0">
            <w:pPr>
              <w:spacing w:line="276" w:lineRule="auto"/>
              <w:jc w:val="center"/>
              <w:rPr>
                <w:rFonts w:ascii="Times New Roman" w:hAnsi="Times New Roman" w:cs="Times New Roman"/>
                <w:sz w:val="24"/>
                <w:szCs w:val="24"/>
                <w:lang w:val="tr-TR"/>
              </w:rPr>
            </w:pPr>
          </w:p>
        </w:tc>
        <w:tc>
          <w:tcPr>
            <w:tcW w:w="309" w:type="pct"/>
            <w:vAlign w:val="center"/>
          </w:tcPr>
          <w:p w14:paraId="58668D61" w14:textId="77777777" w:rsidR="00A949B0" w:rsidRPr="00BF6B0B" w:rsidRDefault="00A949B0" w:rsidP="00A949B0">
            <w:pPr>
              <w:spacing w:line="276" w:lineRule="auto"/>
              <w:jc w:val="center"/>
              <w:rPr>
                <w:rFonts w:ascii="Times New Roman" w:hAnsi="Times New Roman" w:cs="Times New Roman"/>
                <w:sz w:val="24"/>
                <w:szCs w:val="24"/>
                <w:lang w:val="tr-TR"/>
              </w:rPr>
            </w:pPr>
          </w:p>
        </w:tc>
      </w:tr>
    </w:tbl>
    <w:p w14:paraId="55E261FB" w14:textId="77777777" w:rsidR="00F90410" w:rsidRPr="00BF6B0B" w:rsidRDefault="00F90410">
      <w:pPr>
        <w:rPr>
          <w:rFonts w:ascii="Times New Roman" w:hAnsi="Times New Roman" w:cs="Times New Roman"/>
          <w:sz w:val="24"/>
          <w:szCs w:val="24"/>
          <w:lang w:val="tr-TR"/>
        </w:rPr>
      </w:pPr>
    </w:p>
    <w:p w14:paraId="68D5BAEA" w14:textId="77777777" w:rsidR="00F90410" w:rsidRPr="00BF6B0B" w:rsidRDefault="00E50AC5" w:rsidP="00F57810">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t>Öğrenen -Eğitici /İçe Dönük Liderlik Boyutu</w:t>
      </w:r>
    </w:p>
    <w:tbl>
      <w:tblPr>
        <w:tblStyle w:val="TabloKlavuzu"/>
        <w:tblW w:w="0" w:type="auto"/>
        <w:jc w:val="center"/>
        <w:tblLook w:val="04A0" w:firstRow="1" w:lastRow="0" w:firstColumn="1" w:lastColumn="0" w:noHBand="0" w:noVBand="1"/>
      </w:tblPr>
      <w:tblGrid>
        <w:gridCol w:w="511"/>
        <w:gridCol w:w="5451"/>
        <w:gridCol w:w="533"/>
        <w:gridCol w:w="534"/>
        <w:gridCol w:w="533"/>
        <w:gridCol w:w="534"/>
        <w:gridCol w:w="534"/>
      </w:tblGrid>
      <w:tr w:rsidR="00086AC2" w:rsidRPr="00BF6B0B" w14:paraId="58A7F0D3" w14:textId="77777777" w:rsidTr="00383842">
        <w:trPr>
          <w:jc w:val="center"/>
        </w:trPr>
        <w:tc>
          <w:tcPr>
            <w:tcW w:w="0" w:type="auto"/>
            <w:shd w:val="clear" w:color="auto" w:fill="DBE5F1" w:themeFill="accent1" w:themeFillTint="33"/>
            <w:vAlign w:val="center"/>
          </w:tcPr>
          <w:p w14:paraId="6D030A5E" w14:textId="723AA55D" w:rsidR="00086AC2" w:rsidRPr="00BF6B0B" w:rsidRDefault="00086AC2" w:rsidP="00E146AC">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5628" w:type="dxa"/>
            <w:shd w:val="clear" w:color="auto" w:fill="D9E1F2"/>
            <w:vAlign w:val="center"/>
          </w:tcPr>
          <w:p w14:paraId="6A708FF4" w14:textId="4E8C075B"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543" w:type="dxa"/>
            <w:shd w:val="clear" w:color="auto" w:fill="D9E1F2"/>
            <w:vAlign w:val="center"/>
          </w:tcPr>
          <w:p w14:paraId="7B4F6186" w14:textId="7DE5CD87"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544" w:type="dxa"/>
            <w:shd w:val="clear" w:color="auto" w:fill="D9E1F2"/>
            <w:vAlign w:val="center"/>
          </w:tcPr>
          <w:p w14:paraId="2F5D4260" w14:textId="5B3E54C9"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543" w:type="dxa"/>
            <w:shd w:val="clear" w:color="auto" w:fill="D9E1F2"/>
            <w:vAlign w:val="center"/>
          </w:tcPr>
          <w:p w14:paraId="27C8178C" w14:textId="308D7E93"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544" w:type="dxa"/>
            <w:shd w:val="clear" w:color="auto" w:fill="D9E1F2"/>
            <w:vAlign w:val="center"/>
          </w:tcPr>
          <w:p w14:paraId="423C11F4" w14:textId="3A825B7E"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544" w:type="dxa"/>
            <w:shd w:val="clear" w:color="auto" w:fill="D9E1F2"/>
            <w:vAlign w:val="center"/>
          </w:tcPr>
          <w:p w14:paraId="15898B0B" w14:textId="3C15B04E"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F57810" w:rsidRPr="00BF6B0B" w14:paraId="612F5F14" w14:textId="77777777" w:rsidTr="0018191C">
        <w:trPr>
          <w:jc w:val="center"/>
        </w:trPr>
        <w:tc>
          <w:tcPr>
            <w:tcW w:w="8856" w:type="dxa"/>
            <w:gridSpan w:val="7"/>
            <w:vAlign w:val="center"/>
          </w:tcPr>
          <w:p w14:paraId="7FBF1902" w14:textId="2E5538B3" w:rsidR="00F57810" w:rsidRPr="00BF6B0B" w:rsidRDefault="00F57810" w:rsidP="00E146AC">
            <w:pPr>
              <w:spacing w:line="276" w:lineRule="auto"/>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086AC2" w:rsidRPr="00BF6B0B" w14:paraId="53E8CE7D" w14:textId="77777777" w:rsidTr="00383842">
        <w:trPr>
          <w:jc w:val="center"/>
        </w:trPr>
        <w:tc>
          <w:tcPr>
            <w:tcW w:w="0" w:type="auto"/>
            <w:vAlign w:val="center"/>
          </w:tcPr>
          <w:p w14:paraId="43B834ED" w14:textId="0686875F"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16</w:t>
            </w:r>
          </w:p>
        </w:tc>
        <w:tc>
          <w:tcPr>
            <w:tcW w:w="5628" w:type="dxa"/>
            <w:vAlign w:val="center"/>
          </w:tcPr>
          <w:p w14:paraId="3DCEA199" w14:textId="6FC1A5CD" w:rsidR="00086AC2" w:rsidRPr="00BF6B0B" w:rsidRDefault="00086AC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Çalışanlarının yetenek ve becerilerinin neler olduğunu bilir.</w:t>
            </w:r>
          </w:p>
        </w:tc>
        <w:tc>
          <w:tcPr>
            <w:tcW w:w="543" w:type="dxa"/>
            <w:vAlign w:val="center"/>
          </w:tcPr>
          <w:p w14:paraId="3B1A4758"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7A2FCFDC"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17462369"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78C9299D"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584E6E42" w14:textId="77777777" w:rsidR="00086AC2" w:rsidRPr="00BF6B0B" w:rsidRDefault="00086AC2" w:rsidP="00E146AC">
            <w:pPr>
              <w:spacing w:line="276" w:lineRule="auto"/>
              <w:jc w:val="center"/>
              <w:rPr>
                <w:rFonts w:ascii="Times New Roman" w:hAnsi="Times New Roman" w:cs="Times New Roman"/>
                <w:sz w:val="24"/>
                <w:szCs w:val="24"/>
                <w:lang w:val="tr-TR"/>
              </w:rPr>
            </w:pPr>
          </w:p>
        </w:tc>
      </w:tr>
      <w:tr w:rsidR="00086AC2" w:rsidRPr="00BF6B0B" w14:paraId="4ED6A4EA" w14:textId="77777777" w:rsidTr="00383842">
        <w:trPr>
          <w:jc w:val="center"/>
        </w:trPr>
        <w:tc>
          <w:tcPr>
            <w:tcW w:w="0" w:type="auto"/>
            <w:vAlign w:val="center"/>
          </w:tcPr>
          <w:p w14:paraId="20BD788A" w14:textId="2080CDE6"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17</w:t>
            </w:r>
          </w:p>
        </w:tc>
        <w:tc>
          <w:tcPr>
            <w:tcW w:w="5628" w:type="dxa"/>
            <w:vAlign w:val="center"/>
          </w:tcPr>
          <w:p w14:paraId="25467C8F" w14:textId="59EA179E" w:rsidR="00086AC2" w:rsidRPr="00BF6B0B" w:rsidRDefault="000D37B3" w:rsidP="00E146AC">
            <w:pPr>
              <w:spacing w:line="276" w:lineRule="auto"/>
              <w:jc w:val="both"/>
              <w:rPr>
                <w:rFonts w:ascii="Times New Roman" w:hAnsi="Times New Roman" w:cs="Times New Roman"/>
                <w:sz w:val="24"/>
                <w:szCs w:val="24"/>
                <w:lang w:val="tr-TR"/>
              </w:rPr>
            </w:pPr>
            <w:r w:rsidRPr="00BA698A">
              <w:rPr>
                <w:rFonts w:ascii="Times New Roman" w:hAnsi="Times New Roman" w:cs="Times New Roman"/>
                <w:color w:val="000000" w:themeColor="text1"/>
                <w:sz w:val="24"/>
                <w:szCs w:val="24"/>
                <w:lang w:val="tr-TR"/>
              </w:rPr>
              <w:t>Birimde yürütülen iş süreçleri hakkında bilgi sahibidir.</w:t>
            </w:r>
          </w:p>
        </w:tc>
        <w:tc>
          <w:tcPr>
            <w:tcW w:w="543" w:type="dxa"/>
            <w:vAlign w:val="center"/>
          </w:tcPr>
          <w:p w14:paraId="1C254A0D"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5D968EDE"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73F3B2B0"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671AF42F"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10169ECC" w14:textId="77777777" w:rsidR="00086AC2" w:rsidRPr="00BF6B0B" w:rsidRDefault="00086AC2" w:rsidP="00E146AC">
            <w:pPr>
              <w:spacing w:line="276" w:lineRule="auto"/>
              <w:jc w:val="center"/>
              <w:rPr>
                <w:rFonts w:ascii="Times New Roman" w:hAnsi="Times New Roman" w:cs="Times New Roman"/>
                <w:sz w:val="24"/>
                <w:szCs w:val="24"/>
                <w:lang w:val="tr-TR"/>
              </w:rPr>
            </w:pPr>
          </w:p>
        </w:tc>
      </w:tr>
      <w:tr w:rsidR="00086AC2" w:rsidRPr="00BF6B0B" w14:paraId="490C6C8E" w14:textId="77777777" w:rsidTr="00383842">
        <w:trPr>
          <w:jc w:val="center"/>
        </w:trPr>
        <w:tc>
          <w:tcPr>
            <w:tcW w:w="0" w:type="auto"/>
            <w:vAlign w:val="center"/>
          </w:tcPr>
          <w:p w14:paraId="0E554A2D" w14:textId="0EE96C18"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18</w:t>
            </w:r>
          </w:p>
        </w:tc>
        <w:tc>
          <w:tcPr>
            <w:tcW w:w="5628" w:type="dxa"/>
            <w:vAlign w:val="center"/>
          </w:tcPr>
          <w:p w14:paraId="1B8196AD" w14:textId="4A79A1A5" w:rsidR="00086AC2" w:rsidRPr="00BF6B0B" w:rsidRDefault="00086AC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İşiyle ilgili güncel gelişmeleri takip eder.</w:t>
            </w:r>
          </w:p>
        </w:tc>
        <w:tc>
          <w:tcPr>
            <w:tcW w:w="543" w:type="dxa"/>
            <w:vAlign w:val="center"/>
          </w:tcPr>
          <w:p w14:paraId="557E3361"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6585E37B"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5C74DE51"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0A81B434"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2CEADC26" w14:textId="77777777" w:rsidR="00086AC2" w:rsidRPr="00BF6B0B" w:rsidRDefault="00086AC2" w:rsidP="00E146AC">
            <w:pPr>
              <w:spacing w:line="276" w:lineRule="auto"/>
              <w:jc w:val="center"/>
              <w:rPr>
                <w:rFonts w:ascii="Times New Roman" w:hAnsi="Times New Roman" w:cs="Times New Roman"/>
                <w:sz w:val="24"/>
                <w:szCs w:val="24"/>
                <w:lang w:val="tr-TR"/>
              </w:rPr>
            </w:pPr>
          </w:p>
        </w:tc>
      </w:tr>
      <w:tr w:rsidR="00086AC2" w:rsidRPr="00BF6B0B" w14:paraId="11F2C7D8" w14:textId="77777777" w:rsidTr="00383842">
        <w:trPr>
          <w:jc w:val="center"/>
        </w:trPr>
        <w:tc>
          <w:tcPr>
            <w:tcW w:w="0" w:type="auto"/>
            <w:vAlign w:val="center"/>
          </w:tcPr>
          <w:p w14:paraId="43A12B8E" w14:textId="797D7581"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lastRenderedPageBreak/>
              <w:t>19</w:t>
            </w:r>
          </w:p>
        </w:tc>
        <w:tc>
          <w:tcPr>
            <w:tcW w:w="5628" w:type="dxa"/>
            <w:vAlign w:val="center"/>
          </w:tcPr>
          <w:p w14:paraId="7CAD59C0" w14:textId="445BF8EF" w:rsidR="00086AC2" w:rsidRPr="00BA698A" w:rsidRDefault="006053E6" w:rsidP="00E146AC">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Eleştiri yaptığında açıklayıcı bilgilendirmeler yapar.</w:t>
            </w:r>
          </w:p>
        </w:tc>
        <w:tc>
          <w:tcPr>
            <w:tcW w:w="543" w:type="dxa"/>
            <w:vAlign w:val="center"/>
          </w:tcPr>
          <w:p w14:paraId="2159169C"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71C51BE3"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31CBBCAA"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7011A07E"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6F4700B3" w14:textId="77777777" w:rsidR="00086AC2" w:rsidRPr="00BF6B0B" w:rsidRDefault="00086AC2" w:rsidP="00E146AC">
            <w:pPr>
              <w:spacing w:line="276" w:lineRule="auto"/>
              <w:jc w:val="center"/>
              <w:rPr>
                <w:rFonts w:ascii="Times New Roman" w:hAnsi="Times New Roman" w:cs="Times New Roman"/>
                <w:sz w:val="24"/>
                <w:szCs w:val="24"/>
                <w:lang w:val="tr-TR"/>
              </w:rPr>
            </w:pPr>
          </w:p>
        </w:tc>
      </w:tr>
      <w:tr w:rsidR="00086AC2" w:rsidRPr="00BF6B0B" w14:paraId="3F9D1A4B" w14:textId="77777777" w:rsidTr="00383842">
        <w:trPr>
          <w:jc w:val="center"/>
        </w:trPr>
        <w:tc>
          <w:tcPr>
            <w:tcW w:w="0" w:type="auto"/>
            <w:vAlign w:val="center"/>
          </w:tcPr>
          <w:p w14:paraId="33EF190B" w14:textId="109E984E"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20</w:t>
            </w:r>
          </w:p>
        </w:tc>
        <w:tc>
          <w:tcPr>
            <w:tcW w:w="5628" w:type="dxa"/>
            <w:vAlign w:val="center"/>
          </w:tcPr>
          <w:p w14:paraId="29E963D7" w14:textId="44EDB182" w:rsidR="00086AC2" w:rsidRPr="00BA698A" w:rsidRDefault="00086AC2" w:rsidP="00E146AC">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Bilgi ve deneyimlerini çalışanları</w:t>
            </w:r>
            <w:r w:rsidR="00E61F85" w:rsidRPr="00BA698A">
              <w:rPr>
                <w:rFonts w:ascii="Times New Roman" w:hAnsi="Times New Roman" w:cs="Times New Roman"/>
                <w:color w:val="000000" w:themeColor="text1"/>
                <w:sz w:val="24"/>
                <w:szCs w:val="24"/>
                <w:lang w:val="tr-TR"/>
              </w:rPr>
              <w:t>yla</w:t>
            </w:r>
            <w:r w:rsidRPr="00BA698A">
              <w:rPr>
                <w:rFonts w:ascii="Times New Roman" w:hAnsi="Times New Roman" w:cs="Times New Roman"/>
                <w:color w:val="000000" w:themeColor="text1"/>
                <w:sz w:val="24"/>
                <w:szCs w:val="24"/>
                <w:lang w:val="tr-TR"/>
              </w:rPr>
              <w:t xml:space="preserve"> paylaşır</w:t>
            </w:r>
            <w:r w:rsidR="005477B2" w:rsidRPr="00BA698A">
              <w:rPr>
                <w:rFonts w:ascii="Times New Roman" w:hAnsi="Times New Roman" w:cs="Times New Roman"/>
                <w:color w:val="000000" w:themeColor="text1"/>
                <w:sz w:val="24"/>
                <w:szCs w:val="24"/>
                <w:lang w:val="tr-TR"/>
              </w:rPr>
              <w:t>.</w:t>
            </w:r>
          </w:p>
        </w:tc>
        <w:tc>
          <w:tcPr>
            <w:tcW w:w="543" w:type="dxa"/>
            <w:vAlign w:val="center"/>
          </w:tcPr>
          <w:p w14:paraId="79A7F5AF"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3B893ED3"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1B3BEF0F"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654ED416"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1C2B2E54" w14:textId="77777777" w:rsidR="00086AC2" w:rsidRPr="00BF6B0B" w:rsidRDefault="00086AC2" w:rsidP="00E146AC">
            <w:pPr>
              <w:spacing w:line="276" w:lineRule="auto"/>
              <w:jc w:val="center"/>
              <w:rPr>
                <w:rFonts w:ascii="Times New Roman" w:hAnsi="Times New Roman" w:cs="Times New Roman"/>
                <w:sz w:val="24"/>
                <w:szCs w:val="24"/>
                <w:lang w:val="tr-TR"/>
              </w:rPr>
            </w:pPr>
          </w:p>
        </w:tc>
      </w:tr>
      <w:tr w:rsidR="00086AC2" w:rsidRPr="00BF6B0B" w14:paraId="1C4EA741" w14:textId="77777777" w:rsidTr="00383842">
        <w:trPr>
          <w:jc w:val="center"/>
        </w:trPr>
        <w:tc>
          <w:tcPr>
            <w:tcW w:w="0" w:type="auto"/>
            <w:vAlign w:val="center"/>
          </w:tcPr>
          <w:p w14:paraId="0A779C09" w14:textId="1D65E181" w:rsidR="00086AC2" w:rsidRPr="00BF6B0B" w:rsidRDefault="00086AC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21</w:t>
            </w:r>
          </w:p>
        </w:tc>
        <w:tc>
          <w:tcPr>
            <w:tcW w:w="5628" w:type="dxa"/>
            <w:vAlign w:val="center"/>
          </w:tcPr>
          <w:p w14:paraId="0906778E" w14:textId="5CFB02B5" w:rsidR="00086AC2" w:rsidRPr="00BA698A" w:rsidRDefault="000D37B3" w:rsidP="00E146AC">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Çalışanlarına yeni bir şeyler öğretmek için zaman ayırır.</w:t>
            </w:r>
          </w:p>
        </w:tc>
        <w:tc>
          <w:tcPr>
            <w:tcW w:w="543" w:type="dxa"/>
            <w:vAlign w:val="center"/>
          </w:tcPr>
          <w:p w14:paraId="582540ED"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2838A2BC"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3" w:type="dxa"/>
            <w:vAlign w:val="center"/>
          </w:tcPr>
          <w:p w14:paraId="1FC7C996"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4E8D3750" w14:textId="77777777" w:rsidR="00086AC2" w:rsidRPr="00BF6B0B" w:rsidRDefault="00086AC2" w:rsidP="00E146AC">
            <w:pPr>
              <w:spacing w:line="276" w:lineRule="auto"/>
              <w:jc w:val="center"/>
              <w:rPr>
                <w:rFonts w:ascii="Times New Roman" w:hAnsi="Times New Roman" w:cs="Times New Roman"/>
                <w:sz w:val="24"/>
                <w:szCs w:val="24"/>
                <w:lang w:val="tr-TR"/>
              </w:rPr>
            </w:pPr>
          </w:p>
        </w:tc>
        <w:tc>
          <w:tcPr>
            <w:tcW w:w="544" w:type="dxa"/>
            <w:vAlign w:val="center"/>
          </w:tcPr>
          <w:p w14:paraId="1A8FDE44" w14:textId="77777777" w:rsidR="00086AC2" w:rsidRPr="00BF6B0B" w:rsidRDefault="00086AC2" w:rsidP="00E146AC">
            <w:pPr>
              <w:spacing w:line="276" w:lineRule="auto"/>
              <w:jc w:val="center"/>
              <w:rPr>
                <w:rFonts w:ascii="Times New Roman" w:hAnsi="Times New Roman" w:cs="Times New Roman"/>
                <w:sz w:val="24"/>
                <w:szCs w:val="24"/>
                <w:lang w:val="tr-TR"/>
              </w:rPr>
            </w:pPr>
          </w:p>
        </w:tc>
      </w:tr>
    </w:tbl>
    <w:p w14:paraId="10732635" w14:textId="77777777" w:rsidR="00F90410" w:rsidRPr="00BF6B0B" w:rsidRDefault="00F90410">
      <w:pPr>
        <w:rPr>
          <w:rFonts w:ascii="Times New Roman" w:hAnsi="Times New Roman" w:cs="Times New Roman"/>
          <w:sz w:val="24"/>
          <w:szCs w:val="24"/>
          <w:lang w:val="tr-TR"/>
        </w:rPr>
      </w:pPr>
    </w:p>
    <w:p w14:paraId="2C8D7E92" w14:textId="77777777" w:rsidR="00F90410" w:rsidRPr="00BF6B0B" w:rsidRDefault="00E50AC5" w:rsidP="00E146AC">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t>İlişki Odaklı /Kontrol Odaklı Liderlik Boyutu</w:t>
      </w:r>
    </w:p>
    <w:tbl>
      <w:tblPr>
        <w:tblStyle w:val="TabloKlavuzu"/>
        <w:tblW w:w="0" w:type="auto"/>
        <w:jc w:val="center"/>
        <w:tblLook w:val="04A0" w:firstRow="1" w:lastRow="0" w:firstColumn="1" w:lastColumn="0" w:noHBand="0" w:noVBand="1"/>
      </w:tblPr>
      <w:tblGrid>
        <w:gridCol w:w="511"/>
        <w:gridCol w:w="5451"/>
        <w:gridCol w:w="533"/>
        <w:gridCol w:w="534"/>
        <w:gridCol w:w="533"/>
        <w:gridCol w:w="534"/>
        <w:gridCol w:w="534"/>
      </w:tblGrid>
      <w:tr w:rsidR="00383842" w:rsidRPr="00BF6B0B" w14:paraId="4C1F0598" w14:textId="77777777" w:rsidTr="00383842">
        <w:trPr>
          <w:jc w:val="center"/>
        </w:trPr>
        <w:tc>
          <w:tcPr>
            <w:tcW w:w="0" w:type="auto"/>
            <w:shd w:val="clear" w:color="auto" w:fill="DBE5F1" w:themeFill="accent1" w:themeFillTint="33"/>
            <w:vAlign w:val="center"/>
          </w:tcPr>
          <w:p w14:paraId="5A215D7B" w14:textId="623474F3" w:rsidR="00383842" w:rsidRPr="00BF6B0B" w:rsidRDefault="00383842" w:rsidP="00E146AC">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5628" w:type="dxa"/>
            <w:shd w:val="clear" w:color="auto" w:fill="D9E1F2"/>
            <w:vAlign w:val="center"/>
          </w:tcPr>
          <w:p w14:paraId="4B3D6D2C" w14:textId="0DCF05E2"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543" w:type="dxa"/>
            <w:shd w:val="clear" w:color="auto" w:fill="D9E1F2"/>
            <w:vAlign w:val="center"/>
          </w:tcPr>
          <w:p w14:paraId="0E920B6D" w14:textId="4A2001DD"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544" w:type="dxa"/>
            <w:shd w:val="clear" w:color="auto" w:fill="D9E1F2"/>
            <w:vAlign w:val="center"/>
          </w:tcPr>
          <w:p w14:paraId="13CD114B" w14:textId="62276AA3"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543" w:type="dxa"/>
            <w:shd w:val="clear" w:color="auto" w:fill="D9E1F2"/>
            <w:vAlign w:val="center"/>
          </w:tcPr>
          <w:p w14:paraId="3D1D22AB" w14:textId="4423840C"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544" w:type="dxa"/>
            <w:shd w:val="clear" w:color="auto" w:fill="D9E1F2"/>
            <w:vAlign w:val="center"/>
          </w:tcPr>
          <w:p w14:paraId="21C7CB58" w14:textId="4E89FD68"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544" w:type="dxa"/>
            <w:shd w:val="clear" w:color="auto" w:fill="D9E1F2"/>
            <w:vAlign w:val="center"/>
          </w:tcPr>
          <w:p w14:paraId="08D0C4EA" w14:textId="7D8EB557"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AC5003" w:rsidRPr="00BF6B0B" w14:paraId="72AABD65" w14:textId="77777777" w:rsidTr="0075798F">
        <w:trPr>
          <w:jc w:val="center"/>
        </w:trPr>
        <w:tc>
          <w:tcPr>
            <w:tcW w:w="8856" w:type="dxa"/>
            <w:gridSpan w:val="7"/>
            <w:vAlign w:val="center"/>
          </w:tcPr>
          <w:p w14:paraId="5DD294FE" w14:textId="7C171261" w:rsidR="00AC5003" w:rsidRPr="00BF6B0B" w:rsidRDefault="00AC5003" w:rsidP="00AC5003">
            <w:pPr>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383842" w:rsidRPr="00BF6B0B" w14:paraId="10E00920" w14:textId="77777777" w:rsidTr="00383842">
        <w:trPr>
          <w:jc w:val="center"/>
        </w:trPr>
        <w:tc>
          <w:tcPr>
            <w:tcW w:w="0" w:type="auto"/>
            <w:vAlign w:val="center"/>
          </w:tcPr>
          <w:p w14:paraId="658A1683" w14:textId="30BC0C36"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22</w:t>
            </w:r>
          </w:p>
        </w:tc>
        <w:tc>
          <w:tcPr>
            <w:tcW w:w="5628" w:type="dxa"/>
            <w:vAlign w:val="center"/>
          </w:tcPr>
          <w:p w14:paraId="5D268816" w14:textId="6BF2CBAD" w:rsidR="00383842" w:rsidRPr="00BF6B0B" w:rsidRDefault="0038384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Çalışma gruplarında dayanışmayı teşvik eder.</w:t>
            </w:r>
          </w:p>
        </w:tc>
        <w:tc>
          <w:tcPr>
            <w:tcW w:w="543" w:type="dxa"/>
            <w:vAlign w:val="center"/>
          </w:tcPr>
          <w:p w14:paraId="2A3F951A"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6447C981"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310A4982"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2B2CC6D"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0596762"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1DC55FD3" w14:textId="77777777" w:rsidTr="00383842">
        <w:trPr>
          <w:jc w:val="center"/>
        </w:trPr>
        <w:tc>
          <w:tcPr>
            <w:tcW w:w="0" w:type="auto"/>
            <w:vAlign w:val="center"/>
          </w:tcPr>
          <w:p w14:paraId="5E06206F" w14:textId="1AD329BD"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23</w:t>
            </w:r>
          </w:p>
        </w:tc>
        <w:tc>
          <w:tcPr>
            <w:tcW w:w="5628" w:type="dxa"/>
            <w:vAlign w:val="center"/>
          </w:tcPr>
          <w:p w14:paraId="7DCAC106" w14:textId="695C5A55" w:rsidR="00383842" w:rsidRPr="00BF6B0B" w:rsidRDefault="0038384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 arasındaki çatışmalarda uzlaştırıcıdır.</w:t>
            </w:r>
          </w:p>
        </w:tc>
        <w:tc>
          <w:tcPr>
            <w:tcW w:w="543" w:type="dxa"/>
            <w:vAlign w:val="center"/>
          </w:tcPr>
          <w:p w14:paraId="665C106B"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4EEC1D8"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068F67AB"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4688C9B0"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08AE321E"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3F7373BE" w14:textId="77777777" w:rsidTr="00383842">
        <w:trPr>
          <w:jc w:val="center"/>
        </w:trPr>
        <w:tc>
          <w:tcPr>
            <w:tcW w:w="0" w:type="auto"/>
            <w:vAlign w:val="center"/>
          </w:tcPr>
          <w:p w14:paraId="0E91BE12" w14:textId="1CC505B1"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24</w:t>
            </w:r>
          </w:p>
        </w:tc>
        <w:tc>
          <w:tcPr>
            <w:tcW w:w="5628" w:type="dxa"/>
            <w:vAlign w:val="center"/>
          </w:tcPr>
          <w:p w14:paraId="37F9DA99" w14:textId="6AED1F58" w:rsidR="00383842" w:rsidRPr="00BF6B0B" w:rsidRDefault="0038384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Süreç yönetiminde paydaş katılımını önemser</w:t>
            </w:r>
            <w:r w:rsidR="00511579">
              <w:rPr>
                <w:rFonts w:ascii="Times New Roman" w:hAnsi="Times New Roman" w:cs="Times New Roman"/>
                <w:sz w:val="24"/>
                <w:szCs w:val="24"/>
                <w:lang w:val="tr-TR"/>
              </w:rPr>
              <w:t>.</w:t>
            </w:r>
          </w:p>
        </w:tc>
        <w:tc>
          <w:tcPr>
            <w:tcW w:w="543" w:type="dxa"/>
            <w:vAlign w:val="center"/>
          </w:tcPr>
          <w:p w14:paraId="0743FB39"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60972CD"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43860C0C"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0888FF94"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0AC194BB"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56497508" w14:textId="77777777" w:rsidTr="00383842">
        <w:trPr>
          <w:jc w:val="center"/>
        </w:trPr>
        <w:tc>
          <w:tcPr>
            <w:tcW w:w="0" w:type="auto"/>
            <w:vAlign w:val="center"/>
          </w:tcPr>
          <w:p w14:paraId="0449E975" w14:textId="10DDAA7F"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25</w:t>
            </w:r>
          </w:p>
        </w:tc>
        <w:tc>
          <w:tcPr>
            <w:tcW w:w="5628" w:type="dxa"/>
            <w:vAlign w:val="center"/>
          </w:tcPr>
          <w:p w14:paraId="4B2C2780" w14:textId="3B465D54" w:rsidR="00383842" w:rsidRPr="00BF6B0B" w:rsidRDefault="0038384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Süreçlerin iyileştirilmesinde paydaş görüşlerini dikkate alır.</w:t>
            </w:r>
          </w:p>
        </w:tc>
        <w:tc>
          <w:tcPr>
            <w:tcW w:w="543" w:type="dxa"/>
            <w:vAlign w:val="center"/>
          </w:tcPr>
          <w:p w14:paraId="77F42D6B"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6D7F4C7E"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47A669E5"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639543A"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0610D55"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3DAD7724" w14:textId="77777777" w:rsidTr="00383842">
        <w:trPr>
          <w:jc w:val="center"/>
        </w:trPr>
        <w:tc>
          <w:tcPr>
            <w:tcW w:w="0" w:type="auto"/>
            <w:vAlign w:val="center"/>
          </w:tcPr>
          <w:p w14:paraId="3789D408" w14:textId="6486F263"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26</w:t>
            </w:r>
          </w:p>
        </w:tc>
        <w:tc>
          <w:tcPr>
            <w:tcW w:w="5628" w:type="dxa"/>
            <w:vAlign w:val="center"/>
          </w:tcPr>
          <w:p w14:paraId="5B1B972F" w14:textId="6DDBF6AB" w:rsidR="00383842" w:rsidRPr="00BF6B0B" w:rsidRDefault="00511579" w:rsidP="00E146AC">
            <w:pPr>
              <w:spacing w:line="276" w:lineRule="auto"/>
              <w:jc w:val="both"/>
              <w:rPr>
                <w:rFonts w:ascii="Times New Roman" w:hAnsi="Times New Roman" w:cs="Times New Roman"/>
                <w:sz w:val="24"/>
                <w:szCs w:val="24"/>
                <w:lang w:val="tr-TR"/>
              </w:rPr>
            </w:pPr>
            <w:r w:rsidRPr="00BA698A">
              <w:rPr>
                <w:rFonts w:ascii="Times New Roman" w:hAnsi="Times New Roman" w:cs="Times New Roman"/>
                <w:color w:val="000000" w:themeColor="text1"/>
                <w:sz w:val="24"/>
                <w:szCs w:val="24"/>
                <w:lang w:val="tr-TR"/>
              </w:rPr>
              <w:t>Çalışanlarına değer verir.</w:t>
            </w:r>
          </w:p>
        </w:tc>
        <w:tc>
          <w:tcPr>
            <w:tcW w:w="543" w:type="dxa"/>
            <w:vAlign w:val="center"/>
          </w:tcPr>
          <w:p w14:paraId="4C83D9C3"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945F90F"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0C70B1E2"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A64E146"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6B2320C8"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322CB47D" w14:textId="77777777" w:rsidTr="00383842">
        <w:trPr>
          <w:jc w:val="center"/>
        </w:trPr>
        <w:tc>
          <w:tcPr>
            <w:tcW w:w="0" w:type="auto"/>
            <w:vAlign w:val="center"/>
          </w:tcPr>
          <w:p w14:paraId="09AB3065" w14:textId="31AEED83" w:rsidR="00383842" w:rsidRPr="00BF6B0B" w:rsidRDefault="00383842" w:rsidP="00E146AC">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27</w:t>
            </w:r>
          </w:p>
        </w:tc>
        <w:tc>
          <w:tcPr>
            <w:tcW w:w="5628" w:type="dxa"/>
            <w:vAlign w:val="center"/>
          </w:tcPr>
          <w:p w14:paraId="42C07BDE" w14:textId="7901EFD1" w:rsidR="00383842" w:rsidRPr="00BF6B0B" w:rsidRDefault="00383842" w:rsidP="00E146AC">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Çalışanlarıyla açık iletişim kurar</w:t>
            </w:r>
            <w:r w:rsidR="00686604">
              <w:rPr>
                <w:rFonts w:ascii="Times New Roman" w:hAnsi="Times New Roman" w:cs="Times New Roman"/>
                <w:sz w:val="24"/>
                <w:szCs w:val="24"/>
                <w:lang w:val="tr-TR"/>
              </w:rPr>
              <w:t>.</w:t>
            </w:r>
          </w:p>
        </w:tc>
        <w:tc>
          <w:tcPr>
            <w:tcW w:w="543" w:type="dxa"/>
            <w:vAlign w:val="center"/>
          </w:tcPr>
          <w:p w14:paraId="6D5CBAAE"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1972868C"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59A05A89"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7BE2404"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4789D05"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1F4A230E" w14:textId="77777777" w:rsidTr="00383842">
        <w:trPr>
          <w:jc w:val="center"/>
        </w:trPr>
        <w:tc>
          <w:tcPr>
            <w:tcW w:w="0" w:type="auto"/>
            <w:vAlign w:val="center"/>
          </w:tcPr>
          <w:p w14:paraId="7AAB444A" w14:textId="005071A1" w:rsidR="00383842" w:rsidRPr="00BF6B0B" w:rsidRDefault="00BA698A" w:rsidP="00E146AC">
            <w:pPr>
              <w:spacing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28</w:t>
            </w:r>
          </w:p>
        </w:tc>
        <w:tc>
          <w:tcPr>
            <w:tcW w:w="5628" w:type="dxa"/>
            <w:vAlign w:val="center"/>
          </w:tcPr>
          <w:p w14:paraId="6A978036" w14:textId="1BA3B209" w:rsidR="00383842" w:rsidRPr="00BA698A" w:rsidRDefault="00686604" w:rsidP="00E146AC">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Kurumun iş ve işlemleriyle ilgili ihtiyaç duyulduğunda ulaşılabilirdir.</w:t>
            </w:r>
          </w:p>
        </w:tc>
        <w:tc>
          <w:tcPr>
            <w:tcW w:w="543" w:type="dxa"/>
            <w:vAlign w:val="center"/>
          </w:tcPr>
          <w:p w14:paraId="511E9A84"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1E1AA04F"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7E84AED1"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43338A00"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2B42086E" w14:textId="77777777" w:rsidR="00383842" w:rsidRPr="00BF6B0B" w:rsidRDefault="00383842" w:rsidP="00E146AC">
            <w:pPr>
              <w:spacing w:line="276" w:lineRule="auto"/>
              <w:jc w:val="center"/>
              <w:rPr>
                <w:rFonts w:ascii="Times New Roman" w:hAnsi="Times New Roman" w:cs="Times New Roman"/>
                <w:sz w:val="24"/>
                <w:szCs w:val="24"/>
                <w:lang w:val="tr-TR"/>
              </w:rPr>
            </w:pPr>
          </w:p>
        </w:tc>
      </w:tr>
      <w:tr w:rsidR="00383842" w:rsidRPr="00BF6B0B" w14:paraId="62BD5CAC" w14:textId="77777777" w:rsidTr="00383842">
        <w:trPr>
          <w:jc w:val="center"/>
        </w:trPr>
        <w:tc>
          <w:tcPr>
            <w:tcW w:w="0" w:type="auto"/>
            <w:vAlign w:val="center"/>
          </w:tcPr>
          <w:p w14:paraId="03CCFDFB" w14:textId="772DD3DE" w:rsidR="00383842" w:rsidRPr="00BF6B0B" w:rsidRDefault="00BA698A" w:rsidP="00E146AC">
            <w:pPr>
              <w:spacing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29</w:t>
            </w:r>
          </w:p>
        </w:tc>
        <w:tc>
          <w:tcPr>
            <w:tcW w:w="5628" w:type="dxa"/>
            <w:vAlign w:val="center"/>
          </w:tcPr>
          <w:p w14:paraId="7A2F8150" w14:textId="499AF0E0" w:rsidR="00383842" w:rsidRPr="00BA698A" w:rsidRDefault="00AA0E92" w:rsidP="00E146AC">
            <w:pPr>
              <w:spacing w:line="276" w:lineRule="auto"/>
              <w:jc w:val="both"/>
              <w:rPr>
                <w:rFonts w:ascii="Times New Roman" w:hAnsi="Times New Roman" w:cs="Times New Roman"/>
                <w:color w:val="000000" w:themeColor="text1"/>
                <w:sz w:val="24"/>
                <w:szCs w:val="24"/>
                <w:lang w:val="tr-TR"/>
              </w:rPr>
            </w:pPr>
            <w:r w:rsidRPr="00BA698A">
              <w:rPr>
                <w:rFonts w:ascii="Times New Roman" w:hAnsi="Times New Roman" w:cs="Times New Roman"/>
                <w:color w:val="000000" w:themeColor="text1"/>
                <w:sz w:val="24"/>
                <w:szCs w:val="24"/>
                <w:lang w:val="tr-TR"/>
              </w:rPr>
              <w:t>Her çalışanın ihtiyaç, beklenti ve yeteneklerinin farklı olduğu anlayışıyla hareket eder.</w:t>
            </w:r>
          </w:p>
        </w:tc>
        <w:tc>
          <w:tcPr>
            <w:tcW w:w="543" w:type="dxa"/>
            <w:vAlign w:val="center"/>
          </w:tcPr>
          <w:p w14:paraId="0B80C0DE"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6573C037"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3" w:type="dxa"/>
            <w:vAlign w:val="center"/>
          </w:tcPr>
          <w:p w14:paraId="24A1E755"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72346A30" w14:textId="77777777" w:rsidR="00383842" w:rsidRPr="00BF6B0B" w:rsidRDefault="00383842" w:rsidP="00E146AC">
            <w:pPr>
              <w:spacing w:line="276" w:lineRule="auto"/>
              <w:jc w:val="center"/>
              <w:rPr>
                <w:rFonts w:ascii="Times New Roman" w:hAnsi="Times New Roman" w:cs="Times New Roman"/>
                <w:sz w:val="24"/>
                <w:szCs w:val="24"/>
                <w:lang w:val="tr-TR"/>
              </w:rPr>
            </w:pPr>
          </w:p>
        </w:tc>
        <w:tc>
          <w:tcPr>
            <w:tcW w:w="544" w:type="dxa"/>
            <w:vAlign w:val="center"/>
          </w:tcPr>
          <w:p w14:paraId="5FDAAA1F" w14:textId="77777777" w:rsidR="00383842" w:rsidRPr="00BF6B0B" w:rsidRDefault="00383842" w:rsidP="00E146AC">
            <w:pPr>
              <w:spacing w:line="276" w:lineRule="auto"/>
              <w:jc w:val="center"/>
              <w:rPr>
                <w:rFonts w:ascii="Times New Roman" w:hAnsi="Times New Roman" w:cs="Times New Roman"/>
                <w:sz w:val="24"/>
                <w:szCs w:val="24"/>
                <w:lang w:val="tr-TR"/>
              </w:rPr>
            </w:pPr>
          </w:p>
        </w:tc>
      </w:tr>
    </w:tbl>
    <w:p w14:paraId="0392FB61" w14:textId="77777777" w:rsidR="00F90410" w:rsidRPr="00BF6B0B" w:rsidRDefault="00F90410">
      <w:pPr>
        <w:rPr>
          <w:rFonts w:ascii="Times New Roman" w:hAnsi="Times New Roman" w:cs="Times New Roman"/>
          <w:sz w:val="24"/>
          <w:szCs w:val="24"/>
          <w:lang w:val="tr-TR"/>
        </w:rPr>
      </w:pPr>
    </w:p>
    <w:p w14:paraId="38C27D66" w14:textId="77777777" w:rsidR="00F90410" w:rsidRPr="00BF6B0B" w:rsidRDefault="00E50AC5" w:rsidP="00AC5003">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t>Destekleyici /Baskıcı Liderlik Boyutu</w:t>
      </w:r>
    </w:p>
    <w:tbl>
      <w:tblPr>
        <w:tblStyle w:val="TabloKlavuzu"/>
        <w:tblW w:w="0" w:type="auto"/>
        <w:jc w:val="center"/>
        <w:tblLook w:val="04A0" w:firstRow="1" w:lastRow="0" w:firstColumn="1" w:lastColumn="0" w:noHBand="0" w:noVBand="1"/>
      </w:tblPr>
      <w:tblGrid>
        <w:gridCol w:w="510"/>
        <w:gridCol w:w="5447"/>
        <w:gridCol w:w="534"/>
        <w:gridCol w:w="535"/>
        <w:gridCol w:w="534"/>
        <w:gridCol w:w="535"/>
        <w:gridCol w:w="535"/>
      </w:tblGrid>
      <w:tr w:rsidR="00383842" w:rsidRPr="00BF6B0B" w14:paraId="5E13E645" w14:textId="77777777" w:rsidTr="00383842">
        <w:trPr>
          <w:jc w:val="center"/>
        </w:trPr>
        <w:tc>
          <w:tcPr>
            <w:tcW w:w="0" w:type="auto"/>
            <w:shd w:val="clear" w:color="auto" w:fill="DBE5F1" w:themeFill="accent1" w:themeFillTint="33"/>
          </w:tcPr>
          <w:p w14:paraId="78CB7238" w14:textId="03EC0DB5" w:rsidR="00383842" w:rsidRPr="00BF6B0B" w:rsidRDefault="00383842" w:rsidP="00AC5003">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5628" w:type="dxa"/>
            <w:shd w:val="clear" w:color="auto" w:fill="D9E1F2"/>
            <w:vAlign w:val="center"/>
          </w:tcPr>
          <w:p w14:paraId="18517EA2" w14:textId="06154381"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543" w:type="dxa"/>
            <w:shd w:val="clear" w:color="auto" w:fill="D9E1F2"/>
            <w:vAlign w:val="center"/>
          </w:tcPr>
          <w:p w14:paraId="0973D8C2" w14:textId="269F1A4B"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544" w:type="dxa"/>
            <w:shd w:val="clear" w:color="auto" w:fill="D9E1F2"/>
            <w:vAlign w:val="center"/>
          </w:tcPr>
          <w:p w14:paraId="3C4F3E07" w14:textId="3415F126"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543" w:type="dxa"/>
            <w:shd w:val="clear" w:color="auto" w:fill="D9E1F2"/>
            <w:vAlign w:val="center"/>
          </w:tcPr>
          <w:p w14:paraId="470B6B2F" w14:textId="18C80253"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544" w:type="dxa"/>
            <w:shd w:val="clear" w:color="auto" w:fill="D9E1F2"/>
            <w:vAlign w:val="center"/>
          </w:tcPr>
          <w:p w14:paraId="1C1BBF58" w14:textId="4A7DC0DA"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544" w:type="dxa"/>
            <w:shd w:val="clear" w:color="auto" w:fill="D9E1F2"/>
            <w:vAlign w:val="center"/>
          </w:tcPr>
          <w:p w14:paraId="6F886191" w14:textId="4E2D8ED3"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315EF7" w:rsidRPr="00BF6B0B" w14:paraId="69BBBB94" w14:textId="77777777" w:rsidTr="00892A86">
        <w:trPr>
          <w:jc w:val="center"/>
        </w:trPr>
        <w:tc>
          <w:tcPr>
            <w:tcW w:w="8856" w:type="dxa"/>
            <w:gridSpan w:val="7"/>
          </w:tcPr>
          <w:p w14:paraId="12D0A7A2" w14:textId="208427E4" w:rsidR="00315EF7" w:rsidRPr="00BF6B0B" w:rsidRDefault="00315EF7" w:rsidP="00315EF7">
            <w:pPr>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383842" w:rsidRPr="00BF6B0B" w14:paraId="4D2E34EF" w14:textId="77777777" w:rsidTr="00383842">
        <w:trPr>
          <w:jc w:val="center"/>
        </w:trPr>
        <w:tc>
          <w:tcPr>
            <w:tcW w:w="0" w:type="auto"/>
          </w:tcPr>
          <w:p w14:paraId="351EDFC8" w14:textId="2CD8E753"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0</w:t>
            </w:r>
          </w:p>
        </w:tc>
        <w:tc>
          <w:tcPr>
            <w:tcW w:w="5628" w:type="dxa"/>
            <w:vAlign w:val="center"/>
          </w:tcPr>
          <w:p w14:paraId="3C75C2CD" w14:textId="1BB663CF"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Güçlü yönlerini geliştirmeleri konusunda çalışanlarını yönlendirir.</w:t>
            </w:r>
          </w:p>
        </w:tc>
        <w:tc>
          <w:tcPr>
            <w:tcW w:w="543" w:type="dxa"/>
            <w:vAlign w:val="center"/>
          </w:tcPr>
          <w:p w14:paraId="0CBF153B"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199E3B59"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665780AC"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45F0414B"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D05A8EC"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7B50992F" w14:textId="77777777" w:rsidTr="00383842">
        <w:trPr>
          <w:jc w:val="center"/>
        </w:trPr>
        <w:tc>
          <w:tcPr>
            <w:tcW w:w="0" w:type="auto"/>
          </w:tcPr>
          <w:p w14:paraId="32F9FA7F" w14:textId="63E5FEE7"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1</w:t>
            </w:r>
          </w:p>
        </w:tc>
        <w:tc>
          <w:tcPr>
            <w:tcW w:w="5628" w:type="dxa"/>
            <w:vAlign w:val="center"/>
          </w:tcPr>
          <w:p w14:paraId="00B18E71" w14:textId="50EC92D4"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Çalışanlarını hedef odaklı yönlendirir.</w:t>
            </w:r>
          </w:p>
        </w:tc>
        <w:tc>
          <w:tcPr>
            <w:tcW w:w="543" w:type="dxa"/>
            <w:vAlign w:val="center"/>
          </w:tcPr>
          <w:p w14:paraId="36B241D2"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6F93D4AD"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1552EFC7"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9C573BF"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16F620AF"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6E7E3003" w14:textId="77777777" w:rsidTr="00383842">
        <w:trPr>
          <w:jc w:val="center"/>
        </w:trPr>
        <w:tc>
          <w:tcPr>
            <w:tcW w:w="0" w:type="auto"/>
          </w:tcPr>
          <w:p w14:paraId="470ABD46" w14:textId="49513D6D"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2</w:t>
            </w:r>
          </w:p>
        </w:tc>
        <w:tc>
          <w:tcPr>
            <w:tcW w:w="5628" w:type="dxa"/>
            <w:vAlign w:val="center"/>
          </w:tcPr>
          <w:p w14:paraId="5E11A871" w14:textId="5A2B6724"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Çalışanların teknolojik yeniliklere uyum sağlamasına öncülük eder.</w:t>
            </w:r>
          </w:p>
        </w:tc>
        <w:tc>
          <w:tcPr>
            <w:tcW w:w="543" w:type="dxa"/>
            <w:vAlign w:val="center"/>
          </w:tcPr>
          <w:p w14:paraId="6677E75E"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0F3E5B4"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47BFFB17"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B106CE3"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302DF78A"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5EFFB78F" w14:textId="77777777" w:rsidTr="00383842">
        <w:trPr>
          <w:jc w:val="center"/>
        </w:trPr>
        <w:tc>
          <w:tcPr>
            <w:tcW w:w="0" w:type="auto"/>
          </w:tcPr>
          <w:p w14:paraId="218A27B5" w14:textId="59861B35"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3</w:t>
            </w:r>
          </w:p>
        </w:tc>
        <w:tc>
          <w:tcPr>
            <w:tcW w:w="5628" w:type="dxa"/>
            <w:vAlign w:val="center"/>
          </w:tcPr>
          <w:p w14:paraId="7A04DCD8" w14:textId="569E33C0"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Çalışanların potansiyelini keşfederek yönlendirir.</w:t>
            </w:r>
          </w:p>
        </w:tc>
        <w:tc>
          <w:tcPr>
            <w:tcW w:w="543" w:type="dxa"/>
            <w:vAlign w:val="center"/>
          </w:tcPr>
          <w:p w14:paraId="2799511E"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3FC9AF1C"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374F9C64"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042F6C4B"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A5A230F"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47DD3B26" w14:textId="77777777" w:rsidTr="00383842">
        <w:trPr>
          <w:jc w:val="center"/>
        </w:trPr>
        <w:tc>
          <w:tcPr>
            <w:tcW w:w="0" w:type="auto"/>
          </w:tcPr>
          <w:p w14:paraId="4FE0BD92" w14:textId="7D588A14"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4</w:t>
            </w:r>
          </w:p>
        </w:tc>
        <w:tc>
          <w:tcPr>
            <w:tcW w:w="5628" w:type="dxa"/>
            <w:vAlign w:val="center"/>
          </w:tcPr>
          <w:p w14:paraId="1331E33C" w14:textId="38498B4C"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İş süreçlerini sadeleştirerek çalışmaları kolaylaştırır.</w:t>
            </w:r>
          </w:p>
        </w:tc>
        <w:tc>
          <w:tcPr>
            <w:tcW w:w="543" w:type="dxa"/>
            <w:vAlign w:val="center"/>
          </w:tcPr>
          <w:p w14:paraId="7BE7390E"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7084BA21"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2EE5817F"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35A5A234"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2E4C8028"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0EDB587D" w14:textId="77777777" w:rsidTr="00383842">
        <w:trPr>
          <w:jc w:val="center"/>
        </w:trPr>
        <w:tc>
          <w:tcPr>
            <w:tcW w:w="0" w:type="auto"/>
          </w:tcPr>
          <w:p w14:paraId="4833F492" w14:textId="0F56DCF3"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5</w:t>
            </w:r>
          </w:p>
        </w:tc>
        <w:tc>
          <w:tcPr>
            <w:tcW w:w="5628" w:type="dxa"/>
            <w:vAlign w:val="center"/>
          </w:tcPr>
          <w:p w14:paraId="0D32F8A0" w14:textId="41285208"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Toplumsal katkıya yönelik çalışmaları teşvik eder ve destekler.</w:t>
            </w:r>
          </w:p>
        </w:tc>
        <w:tc>
          <w:tcPr>
            <w:tcW w:w="543" w:type="dxa"/>
            <w:vAlign w:val="center"/>
          </w:tcPr>
          <w:p w14:paraId="7778C11A"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6E94FE60"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64EF937F"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55FA5B42"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008BD0F1" w14:textId="77777777" w:rsidR="00383842" w:rsidRPr="00BF6B0B" w:rsidRDefault="00383842" w:rsidP="00AC5003">
            <w:pPr>
              <w:spacing w:line="276" w:lineRule="auto"/>
              <w:jc w:val="center"/>
              <w:rPr>
                <w:rFonts w:ascii="Times New Roman" w:hAnsi="Times New Roman" w:cs="Times New Roman"/>
                <w:sz w:val="24"/>
                <w:szCs w:val="24"/>
                <w:lang w:val="tr-TR"/>
              </w:rPr>
            </w:pPr>
          </w:p>
        </w:tc>
      </w:tr>
      <w:tr w:rsidR="00383842" w:rsidRPr="00BF6B0B" w14:paraId="221320BB" w14:textId="77777777" w:rsidTr="00383842">
        <w:trPr>
          <w:jc w:val="center"/>
        </w:trPr>
        <w:tc>
          <w:tcPr>
            <w:tcW w:w="0" w:type="auto"/>
          </w:tcPr>
          <w:p w14:paraId="33E40B9B" w14:textId="157DE7D5" w:rsidR="00383842" w:rsidRPr="00BF6B0B" w:rsidRDefault="00383842" w:rsidP="00AC5003">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3</w:t>
            </w:r>
            <w:r w:rsidR="00BA698A">
              <w:rPr>
                <w:rFonts w:ascii="Times New Roman" w:hAnsi="Times New Roman" w:cs="Times New Roman"/>
                <w:sz w:val="24"/>
                <w:szCs w:val="24"/>
                <w:lang w:val="tr-TR"/>
              </w:rPr>
              <w:t>6</w:t>
            </w:r>
          </w:p>
        </w:tc>
        <w:tc>
          <w:tcPr>
            <w:tcW w:w="5628" w:type="dxa"/>
            <w:vAlign w:val="center"/>
          </w:tcPr>
          <w:p w14:paraId="0FDE69F6" w14:textId="1A256FD7" w:rsidR="00383842" w:rsidRPr="00BF6B0B" w:rsidRDefault="00383842" w:rsidP="00AC5003">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Yeni proje ve fikirleri destekler.</w:t>
            </w:r>
          </w:p>
        </w:tc>
        <w:tc>
          <w:tcPr>
            <w:tcW w:w="543" w:type="dxa"/>
            <w:vAlign w:val="center"/>
          </w:tcPr>
          <w:p w14:paraId="6293CA56"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5AC61DC5"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3" w:type="dxa"/>
            <w:vAlign w:val="center"/>
          </w:tcPr>
          <w:p w14:paraId="7D70EC86"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702EC856" w14:textId="77777777" w:rsidR="00383842" w:rsidRPr="00BF6B0B" w:rsidRDefault="00383842" w:rsidP="00AC5003">
            <w:pPr>
              <w:spacing w:line="276" w:lineRule="auto"/>
              <w:jc w:val="center"/>
              <w:rPr>
                <w:rFonts w:ascii="Times New Roman" w:hAnsi="Times New Roman" w:cs="Times New Roman"/>
                <w:sz w:val="24"/>
                <w:szCs w:val="24"/>
                <w:lang w:val="tr-TR"/>
              </w:rPr>
            </w:pPr>
          </w:p>
        </w:tc>
        <w:tc>
          <w:tcPr>
            <w:tcW w:w="544" w:type="dxa"/>
            <w:vAlign w:val="center"/>
          </w:tcPr>
          <w:p w14:paraId="4DC88E97" w14:textId="77777777" w:rsidR="00383842" w:rsidRPr="00BF6B0B" w:rsidRDefault="00383842" w:rsidP="00AC5003">
            <w:pPr>
              <w:spacing w:line="276" w:lineRule="auto"/>
              <w:jc w:val="center"/>
              <w:rPr>
                <w:rFonts w:ascii="Times New Roman" w:hAnsi="Times New Roman" w:cs="Times New Roman"/>
                <w:sz w:val="24"/>
                <w:szCs w:val="24"/>
                <w:lang w:val="tr-TR"/>
              </w:rPr>
            </w:pPr>
          </w:p>
        </w:tc>
      </w:tr>
    </w:tbl>
    <w:p w14:paraId="162B21BC" w14:textId="77777777" w:rsidR="00E61F85" w:rsidRDefault="00E61F85">
      <w:pPr>
        <w:rPr>
          <w:rFonts w:ascii="Times New Roman" w:hAnsi="Times New Roman" w:cs="Times New Roman"/>
          <w:sz w:val="24"/>
          <w:szCs w:val="24"/>
          <w:lang w:val="tr-TR"/>
        </w:rPr>
      </w:pPr>
    </w:p>
    <w:p w14:paraId="6A808337" w14:textId="77777777" w:rsidR="00F90410" w:rsidRPr="00BF6B0B" w:rsidRDefault="00E50AC5" w:rsidP="00AC5003">
      <w:pPr>
        <w:spacing w:after="0"/>
        <w:rPr>
          <w:rFonts w:ascii="Times New Roman" w:hAnsi="Times New Roman" w:cs="Times New Roman"/>
          <w:sz w:val="24"/>
          <w:szCs w:val="24"/>
          <w:lang w:val="tr-TR"/>
        </w:rPr>
      </w:pPr>
      <w:r w:rsidRPr="00BF6B0B">
        <w:rPr>
          <w:rFonts w:ascii="Times New Roman" w:hAnsi="Times New Roman" w:cs="Times New Roman"/>
          <w:b/>
          <w:sz w:val="24"/>
          <w:szCs w:val="24"/>
          <w:lang w:val="tr-TR"/>
        </w:rPr>
        <w:lastRenderedPageBreak/>
        <w:t>Çevik /Pasif Liderlik Boyutu</w:t>
      </w:r>
    </w:p>
    <w:tbl>
      <w:tblPr>
        <w:tblStyle w:val="TabloKlavuzu"/>
        <w:tblW w:w="5000" w:type="pct"/>
        <w:jc w:val="center"/>
        <w:tblLook w:val="04A0" w:firstRow="1" w:lastRow="0" w:firstColumn="1" w:lastColumn="0" w:noHBand="0" w:noVBand="1"/>
      </w:tblPr>
      <w:tblGrid>
        <w:gridCol w:w="576"/>
        <w:gridCol w:w="5406"/>
        <w:gridCol w:w="530"/>
        <w:gridCol w:w="530"/>
        <w:gridCol w:w="530"/>
        <w:gridCol w:w="530"/>
        <w:gridCol w:w="528"/>
      </w:tblGrid>
      <w:tr w:rsidR="00925F4D" w:rsidRPr="00BF6B0B" w14:paraId="35ACC1F6" w14:textId="77777777" w:rsidTr="00E80C9B">
        <w:trPr>
          <w:jc w:val="center"/>
        </w:trPr>
        <w:tc>
          <w:tcPr>
            <w:tcW w:w="334" w:type="pct"/>
            <w:shd w:val="clear" w:color="auto" w:fill="DBE5F1" w:themeFill="accent1" w:themeFillTint="33"/>
            <w:vAlign w:val="center"/>
          </w:tcPr>
          <w:p w14:paraId="0FBA1954" w14:textId="09CF5959" w:rsidR="00925F4D" w:rsidRPr="00BF6B0B" w:rsidRDefault="00925F4D" w:rsidP="00726A81">
            <w:pPr>
              <w:spacing w:line="276" w:lineRule="auto"/>
              <w:jc w:val="center"/>
              <w:rPr>
                <w:rFonts w:ascii="Times New Roman" w:hAnsi="Times New Roman" w:cs="Times New Roman"/>
                <w:b/>
                <w:sz w:val="24"/>
                <w:szCs w:val="24"/>
                <w:lang w:val="tr-TR"/>
              </w:rPr>
            </w:pPr>
            <w:r w:rsidRPr="00BF6B0B">
              <w:rPr>
                <w:rFonts w:ascii="Times New Roman" w:hAnsi="Times New Roman" w:cs="Times New Roman"/>
                <w:b/>
                <w:sz w:val="24"/>
                <w:szCs w:val="24"/>
                <w:lang w:val="tr-TR"/>
              </w:rPr>
              <w:t>No</w:t>
            </w:r>
          </w:p>
        </w:tc>
        <w:tc>
          <w:tcPr>
            <w:tcW w:w="3132" w:type="pct"/>
            <w:shd w:val="clear" w:color="auto" w:fill="D9E1F2"/>
            <w:vAlign w:val="center"/>
          </w:tcPr>
          <w:p w14:paraId="5F36D15C" w14:textId="79F38ECC"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İfadeler</w:t>
            </w:r>
          </w:p>
        </w:tc>
        <w:tc>
          <w:tcPr>
            <w:tcW w:w="307" w:type="pct"/>
            <w:shd w:val="clear" w:color="auto" w:fill="D9E1F2"/>
            <w:vAlign w:val="center"/>
          </w:tcPr>
          <w:p w14:paraId="550AA457" w14:textId="750F3287"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5</w:t>
            </w:r>
          </w:p>
        </w:tc>
        <w:tc>
          <w:tcPr>
            <w:tcW w:w="307" w:type="pct"/>
            <w:shd w:val="clear" w:color="auto" w:fill="D9E1F2"/>
            <w:vAlign w:val="center"/>
          </w:tcPr>
          <w:p w14:paraId="144F895B" w14:textId="51C34AA7"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4</w:t>
            </w:r>
          </w:p>
        </w:tc>
        <w:tc>
          <w:tcPr>
            <w:tcW w:w="307" w:type="pct"/>
            <w:shd w:val="clear" w:color="auto" w:fill="D9E1F2"/>
            <w:vAlign w:val="center"/>
          </w:tcPr>
          <w:p w14:paraId="4A55232D" w14:textId="2EC613A1"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3</w:t>
            </w:r>
          </w:p>
        </w:tc>
        <w:tc>
          <w:tcPr>
            <w:tcW w:w="307" w:type="pct"/>
            <w:shd w:val="clear" w:color="auto" w:fill="D9E1F2"/>
            <w:vAlign w:val="center"/>
          </w:tcPr>
          <w:p w14:paraId="3F335B40" w14:textId="1716465B"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2</w:t>
            </w:r>
          </w:p>
        </w:tc>
        <w:tc>
          <w:tcPr>
            <w:tcW w:w="306" w:type="pct"/>
            <w:shd w:val="clear" w:color="auto" w:fill="D9E1F2"/>
            <w:vAlign w:val="center"/>
          </w:tcPr>
          <w:p w14:paraId="3040814A" w14:textId="2862504A"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b/>
                <w:sz w:val="24"/>
                <w:szCs w:val="24"/>
                <w:lang w:val="tr-TR"/>
              </w:rPr>
              <w:t>1</w:t>
            </w:r>
          </w:p>
        </w:tc>
      </w:tr>
      <w:tr w:rsidR="00E80C9B" w:rsidRPr="00BF6B0B" w14:paraId="5D4E54F6" w14:textId="77777777" w:rsidTr="00E80C9B">
        <w:trPr>
          <w:jc w:val="center"/>
        </w:trPr>
        <w:tc>
          <w:tcPr>
            <w:tcW w:w="5000" w:type="pct"/>
            <w:gridSpan w:val="7"/>
            <w:vAlign w:val="center"/>
          </w:tcPr>
          <w:p w14:paraId="3A11F0C4" w14:textId="006517A4" w:rsidR="00E80C9B" w:rsidRPr="00BF6B0B" w:rsidRDefault="00E80C9B" w:rsidP="00E80C9B">
            <w:pPr>
              <w:rPr>
                <w:rFonts w:ascii="Times New Roman" w:hAnsi="Times New Roman" w:cs="Times New Roman"/>
                <w:sz w:val="24"/>
                <w:szCs w:val="24"/>
                <w:lang w:val="tr-TR"/>
              </w:rPr>
            </w:pPr>
            <w:r w:rsidRPr="00BF6B0B">
              <w:rPr>
                <w:rFonts w:ascii="Times New Roman" w:hAnsi="Times New Roman" w:cs="Times New Roman"/>
                <w:b/>
                <w:sz w:val="24"/>
                <w:szCs w:val="24"/>
                <w:u w:val="single"/>
                <w:lang w:val="tr-TR"/>
              </w:rPr>
              <w:t>Yöneticim;</w:t>
            </w:r>
          </w:p>
        </w:tc>
      </w:tr>
      <w:tr w:rsidR="00925F4D" w:rsidRPr="00BF6B0B" w14:paraId="097C17A8" w14:textId="77777777" w:rsidTr="00E80C9B">
        <w:trPr>
          <w:jc w:val="center"/>
        </w:trPr>
        <w:tc>
          <w:tcPr>
            <w:tcW w:w="334" w:type="pct"/>
            <w:vAlign w:val="center"/>
          </w:tcPr>
          <w:p w14:paraId="1B71696D" w14:textId="1338B7E6" w:rsidR="00925F4D" w:rsidRPr="00BF6B0B" w:rsidRDefault="00BA698A" w:rsidP="00726A81">
            <w:pPr>
              <w:spacing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37</w:t>
            </w:r>
          </w:p>
        </w:tc>
        <w:tc>
          <w:tcPr>
            <w:tcW w:w="3132" w:type="pct"/>
            <w:vAlign w:val="center"/>
          </w:tcPr>
          <w:p w14:paraId="3F99B82F" w14:textId="00A726DE" w:rsidR="00925F4D" w:rsidRPr="00BF6B0B" w:rsidRDefault="00925F4D" w:rsidP="00726A8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Sorunlar karşısında çözüm odaklıdır.</w:t>
            </w:r>
          </w:p>
        </w:tc>
        <w:tc>
          <w:tcPr>
            <w:tcW w:w="307" w:type="pct"/>
            <w:vAlign w:val="center"/>
          </w:tcPr>
          <w:p w14:paraId="073BB74C"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18F39862"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54299CCD"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5B713CF6"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223C9710" w14:textId="77777777" w:rsidR="00925F4D" w:rsidRPr="00BF6B0B" w:rsidRDefault="00925F4D" w:rsidP="00726A81">
            <w:pPr>
              <w:spacing w:line="276" w:lineRule="auto"/>
              <w:jc w:val="center"/>
              <w:rPr>
                <w:rFonts w:ascii="Times New Roman" w:hAnsi="Times New Roman" w:cs="Times New Roman"/>
                <w:sz w:val="24"/>
                <w:szCs w:val="24"/>
                <w:lang w:val="tr-TR"/>
              </w:rPr>
            </w:pPr>
          </w:p>
        </w:tc>
      </w:tr>
      <w:tr w:rsidR="00925F4D" w:rsidRPr="00BF6B0B" w14:paraId="4C05B8B3" w14:textId="77777777" w:rsidTr="00E80C9B">
        <w:trPr>
          <w:jc w:val="center"/>
        </w:trPr>
        <w:tc>
          <w:tcPr>
            <w:tcW w:w="334" w:type="pct"/>
            <w:vAlign w:val="center"/>
          </w:tcPr>
          <w:p w14:paraId="65313627" w14:textId="6DB110AA" w:rsidR="00925F4D" w:rsidRPr="00BF6B0B" w:rsidRDefault="00BA698A" w:rsidP="00726A81">
            <w:pPr>
              <w:spacing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38</w:t>
            </w:r>
          </w:p>
        </w:tc>
        <w:tc>
          <w:tcPr>
            <w:tcW w:w="3132" w:type="pct"/>
            <w:vAlign w:val="center"/>
          </w:tcPr>
          <w:p w14:paraId="78A44F82" w14:textId="612BE016" w:rsidR="00925F4D" w:rsidRPr="00BF6B0B" w:rsidRDefault="00925F4D" w:rsidP="00726A8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Esnek ve değişime açıktır.</w:t>
            </w:r>
          </w:p>
        </w:tc>
        <w:tc>
          <w:tcPr>
            <w:tcW w:w="307" w:type="pct"/>
            <w:vAlign w:val="center"/>
          </w:tcPr>
          <w:p w14:paraId="528B395E"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4224B0D4"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14A07B27"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6BA13B3E"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236A9C95" w14:textId="77777777" w:rsidR="00925F4D" w:rsidRPr="00BF6B0B" w:rsidRDefault="00925F4D" w:rsidP="00726A81">
            <w:pPr>
              <w:spacing w:line="276" w:lineRule="auto"/>
              <w:jc w:val="center"/>
              <w:rPr>
                <w:rFonts w:ascii="Times New Roman" w:hAnsi="Times New Roman" w:cs="Times New Roman"/>
                <w:sz w:val="24"/>
                <w:szCs w:val="24"/>
                <w:lang w:val="tr-TR"/>
              </w:rPr>
            </w:pPr>
          </w:p>
        </w:tc>
      </w:tr>
      <w:tr w:rsidR="00925F4D" w:rsidRPr="00BF6B0B" w14:paraId="57C516C8" w14:textId="77777777" w:rsidTr="00E80C9B">
        <w:trPr>
          <w:jc w:val="center"/>
        </w:trPr>
        <w:tc>
          <w:tcPr>
            <w:tcW w:w="334" w:type="pct"/>
            <w:vAlign w:val="center"/>
          </w:tcPr>
          <w:p w14:paraId="4E1ABC7A" w14:textId="4194560D" w:rsidR="00925F4D" w:rsidRPr="00BF6B0B" w:rsidRDefault="00BA698A" w:rsidP="00726A81">
            <w:pPr>
              <w:spacing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39</w:t>
            </w:r>
          </w:p>
        </w:tc>
        <w:tc>
          <w:tcPr>
            <w:tcW w:w="3132" w:type="pct"/>
            <w:vAlign w:val="center"/>
          </w:tcPr>
          <w:p w14:paraId="128B8A30" w14:textId="4F6567A2" w:rsidR="00925F4D" w:rsidRPr="00BF6B0B" w:rsidRDefault="00925F4D" w:rsidP="00726A8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Kurumunu etkin olarak tanıtır ve temsil eder.</w:t>
            </w:r>
          </w:p>
        </w:tc>
        <w:tc>
          <w:tcPr>
            <w:tcW w:w="307" w:type="pct"/>
            <w:vAlign w:val="center"/>
          </w:tcPr>
          <w:p w14:paraId="0E412124"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73A1236A"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07D88256"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180CD537"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3F5C6CC2" w14:textId="77777777" w:rsidR="00925F4D" w:rsidRPr="00BF6B0B" w:rsidRDefault="00925F4D" w:rsidP="00726A81">
            <w:pPr>
              <w:spacing w:line="276" w:lineRule="auto"/>
              <w:jc w:val="center"/>
              <w:rPr>
                <w:rFonts w:ascii="Times New Roman" w:hAnsi="Times New Roman" w:cs="Times New Roman"/>
                <w:sz w:val="24"/>
                <w:szCs w:val="24"/>
                <w:lang w:val="tr-TR"/>
              </w:rPr>
            </w:pPr>
          </w:p>
        </w:tc>
      </w:tr>
      <w:tr w:rsidR="00925F4D" w:rsidRPr="00BF6B0B" w14:paraId="69B96B0B" w14:textId="77777777" w:rsidTr="00E80C9B">
        <w:trPr>
          <w:jc w:val="center"/>
        </w:trPr>
        <w:tc>
          <w:tcPr>
            <w:tcW w:w="334" w:type="pct"/>
            <w:vAlign w:val="center"/>
          </w:tcPr>
          <w:p w14:paraId="6B3A49E8" w14:textId="4AFF9C29"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4</w:t>
            </w:r>
            <w:r w:rsidR="00BA698A">
              <w:rPr>
                <w:rFonts w:ascii="Times New Roman" w:hAnsi="Times New Roman" w:cs="Times New Roman"/>
                <w:sz w:val="24"/>
                <w:szCs w:val="24"/>
                <w:lang w:val="tr-TR"/>
              </w:rPr>
              <w:t>0</w:t>
            </w:r>
          </w:p>
        </w:tc>
        <w:tc>
          <w:tcPr>
            <w:tcW w:w="3132" w:type="pct"/>
            <w:vAlign w:val="center"/>
          </w:tcPr>
          <w:p w14:paraId="3F07DB5C" w14:textId="1E3A64BA" w:rsidR="00925F4D" w:rsidRPr="00BF6B0B" w:rsidRDefault="00925F4D" w:rsidP="00726A8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Riskli durumlarda hızlı karar alır.</w:t>
            </w:r>
          </w:p>
        </w:tc>
        <w:tc>
          <w:tcPr>
            <w:tcW w:w="307" w:type="pct"/>
            <w:vAlign w:val="center"/>
          </w:tcPr>
          <w:p w14:paraId="2B77370F"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1787FDBD"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571DF37B"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33129BE3"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6BF32403" w14:textId="77777777" w:rsidR="00925F4D" w:rsidRPr="00BF6B0B" w:rsidRDefault="00925F4D" w:rsidP="00726A81">
            <w:pPr>
              <w:spacing w:line="276" w:lineRule="auto"/>
              <w:jc w:val="center"/>
              <w:rPr>
                <w:rFonts w:ascii="Times New Roman" w:hAnsi="Times New Roman" w:cs="Times New Roman"/>
                <w:sz w:val="24"/>
                <w:szCs w:val="24"/>
                <w:lang w:val="tr-TR"/>
              </w:rPr>
            </w:pPr>
          </w:p>
        </w:tc>
      </w:tr>
      <w:tr w:rsidR="00925F4D" w:rsidRPr="00BF6B0B" w14:paraId="5B7F23CD" w14:textId="77777777" w:rsidTr="00E80C9B">
        <w:trPr>
          <w:jc w:val="center"/>
        </w:trPr>
        <w:tc>
          <w:tcPr>
            <w:tcW w:w="334" w:type="pct"/>
            <w:vAlign w:val="center"/>
          </w:tcPr>
          <w:p w14:paraId="3DA5208F" w14:textId="5F34B6E9"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4</w:t>
            </w:r>
            <w:r w:rsidR="00BA698A">
              <w:rPr>
                <w:rFonts w:ascii="Times New Roman" w:hAnsi="Times New Roman" w:cs="Times New Roman"/>
                <w:sz w:val="24"/>
                <w:szCs w:val="24"/>
                <w:lang w:val="tr-TR"/>
              </w:rPr>
              <w:t>1</w:t>
            </w:r>
          </w:p>
        </w:tc>
        <w:tc>
          <w:tcPr>
            <w:tcW w:w="3132" w:type="pct"/>
            <w:vAlign w:val="center"/>
          </w:tcPr>
          <w:p w14:paraId="094C6AD4" w14:textId="09028543" w:rsidR="00925F4D" w:rsidRPr="00BA698A" w:rsidRDefault="00994D1B" w:rsidP="00726A81">
            <w:pPr>
              <w:spacing w:line="276" w:lineRule="auto"/>
              <w:jc w:val="both"/>
              <w:rPr>
                <w:rFonts w:ascii="Times New Roman" w:hAnsi="Times New Roman" w:cs="Times New Roman"/>
                <w:sz w:val="24"/>
                <w:szCs w:val="24"/>
                <w:lang w:val="tr-TR"/>
              </w:rPr>
            </w:pPr>
            <w:r w:rsidRPr="00BA698A">
              <w:rPr>
                <w:rFonts w:ascii="Times New Roman" w:hAnsi="Times New Roman" w:cs="Times New Roman"/>
                <w:color w:val="000000" w:themeColor="text1"/>
                <w:sz w:val="24"/>
                <w:szCs w:val="24"/>
                <w:lang w:val="tr-TR"/>
              </w:rPr>
              <w:t>Birden fazla iş sürecini eş zamanlı koordine eder.</w:t>
            </w:r>
          </w:p>
        </w:tc>
        <w:tc>
          <w:tcPr>
            <w:tcW w:w="307" w:type="pct"/>
            <w:vAlign w:val="center"/>
          </w:tcPr>
          <w:p w14:paraId="53AAF4B9"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607B2F67"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70D66638"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6C1C7072"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1A12BA3B" w14:textId="77777777" w:rsidR="00925F4D" w:rsidRPr="00BF6B0B" w:rsidRDefault="00925F4D" w:rsidP="00726A81">
            <w:pPr>
              <w:spacing w:line="276" w:lineRule="auto"/>
              <w:jc w:val="center"/>
              <w:rPr>
                <w:rFonts w:ascii="Times New Roman" w:hAnsi="Times New Roman" w:cs="Times New Roman"/>
                <w:sz w:val="24"/>
                <w:szCs w:val="24"/>
                <w:lang w:val="tr-TR"/>
              </w:rPr>
            </w:pPr>
          </w:p>
        </w:tc>
      </w:tr>
      <w:tr w:rsidR="00925F4D" w:rsidRPr="00BF6B0B" w14:paraId="546B9872" w14:textId="77777777" w:rsidTr="00E80C9B">
        <w:trPr>
          <w:jc w:val="center"/>
        </w:trPr>
        <w:tc>
          <w:tcPr>
            <w:tcW w:w="334" w:type="pct"/>
            <w:vAlign w:val="center"/>
          </w:tcPr>
          <w:p w14:paraId="3C6C222F" w14:textId="0A941B38" w:rsidR="00925F4D" w:rsidRPr="00BF6B0B" w:rsidRDefault="00925F4D" w:rsidP="00726A81">
            <w:pPr>
              <w:spacing w:line="276" w:lineRule="auto"/>
              <w:jc w:val="center"/>
              <w:rPr>
                <w:rFonts w:ascii="Times New Roman" w:hAnsi="Times New Roman" w:cs="Times New Roman"/>
                <w:sz w:val="24"/>
                <w:szCs w:val="24"/>
                <w:lang w:val="tr-TR"/>
              </w:rPr>
            </w:pPr>
            <w:r w:rsidRPr="00BF6B0B">
              <w:rPr>
                <w:rFonts w:ascii="Times New Roman" w:hAnsi="Times New Roman" w:cs="Times New Roman"/>
                <w:sz w:val="24"/>
                <w:szCs w:val="24"/>
                <w:lang w:val="tr-TR"/>
              </w:rPr>
              <w:t>4</w:t>
            </w:r>
            <w:r w:rsidR="00BA698A">
              <w:rPr>
                <w:rFonts w:ascii="Times New Roman" w:hAnsi="Times New Roman" w:cs="Times New Roman"/>
                <w:sz w:val="24"/>
                <w:szCs w:val="24"/>
                <w:lang w:val="tr-TR"/>
              </w:rPr>
              <w:t>2</w:t>
            </w:r>
          </w:p>
        </w:tc>
        <w:tc>
          <w:tcPr>
            <w:tcW w:w="3132" w:type="pct"/>
            <w:vAlign w:val="center"/>
          </w:tcPr>
          <w:p w14:paraId="378D5C6B" w14:textId="7E3B2839" w:rsidR="00925F4D" w:rsidRPr="00BF6B0B" w:rsidRDefault="00925F4D" w:rsidP="00726A81">
            <w:pPr>
              <w:spacing w:line="276" w:lineRule="auto"/>
              <w:jc w:val="both"/>
              <w:rPr>
                <w:rFonts w:ascii="Times New Roman" w:hAnsi="Times New Roman" w:cs="Times New Roman"/>
                <w:sz w:val="24"/>
                <w:szCs w:val="24"/>
                <w:lang w:val="tr-TR"/>
              </w:rPr>
            </w:pPr>
            <w:r w:rsidRPr="00BF6B0B">
              <w:rPr>
                <w:rFonts w:ascii="Times New Roman" w:hAnsi="Times New Roman" w:cs="Times New Roman"/>
                <w:sz w:val="24"/>
                <w:szCs w:val="24"/>
                <w:lang w:val="tr-TR"/>
              </w:rPr>
              <w:t>Belirsizlik durumlarında farklı çözüm yolları geliştirir.</w:t>
            </w:r>
          </w:p>
        </w:tc>
        <w:tc>
          <w:tcPr>
            <w:tcW w:w="307" w:type="pct"/>
            <w:vAlign w:val="center"/>
          </w:tcPr>
          <w:p w14:paraId="451F52C2"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5DB6A6CE"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432A0DDE"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7" w:type="pct"/>
            <w:vAlign w:val="center"/>
          </w:tcPr>
          <w:p w14:paraId="3F62E01B" w14:textId="77777777" w:rsidR="00925F4D" w:rsidRPr="00BF6B0B" w:rsidRDefault="00925F4D" w:rsidP="00726A81">
            <w:pPr>
              <w:spacing w:line="276" w:lineRule="auto"/>
              <w:jc w:val="center"/>
              <w:rPr>
                <w:rFonts w:ascii="Times New Roman" w:hAnsi="Times New Roman" w:cs="Times New Roman"/>
                <w:sz w:val="24"/>
                <w:szCs w:val="24"/>
                <w:lang w:val="tr-TR"/>
              </w:rPr>
            </w:pPr>
          </w:p>
        </w:tc>
        <w:tc>
          <w:tcPr>
            <w:tcW w:w="306" w:type="pct"/>
            <w:vAlign w:val="center"/>
          </w:tcPr>
          <w:p w14:paraId="4F3C3935" w14:textId="77777777" w:rsidR="00925F4D" w:rsidRPr="00BF6B0B" w:rsidRDefault="00925F4D" w:rsidP="00726A81">
            <w:pPr>
              <w:spacing w:line="276" w:lineRule="auto"/>
              <w:jc w:val="center"/>
              <w:rPr>
                <w:rFonts w:ascii="Times New Roman" w:hAnsi="Times New Roman" w:cs="Times New Roman"/>
                <w:sz w:val="24"/>
                <w:szCs w:val="24"/>
                <w:lang w:val="tr-TR"/>
              </w:rPr>
            </w:pPr>
          </w:p>
        </w:tc>
      </w:tr>
    </w:tbl>
    <w:p w14:paraId="3EC4205C" w14:textId="77777777" w:rsidR="00F90410" w:rsidRPr="00BF6B0B" w:rsidRDefault="00F90410" w:rsidP="00925F4D">
      <w:pPr>
        <w:rPr>
          <w:rFonts w:ascii="Times New Roman" w:hAnsi="Times New Roman" w:cs="Times New Roman"/>
          <w:sz w:val="24"/>
          <w:szCs w:val="24"/>
          <w:lang w:val="tr-TR"/>
        </w:rPr>
      </w:pPr>
    </w:p>
    <w:sectPr w:rsidR="00F90410" w:rsidRPr="00BF6B0B" w:rsidSect="001021B0">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8EEDA" w14:textId="77777777" w:rsidR="001021B0" w:rsidRDefault="001021B0" w:rsidP="001021B0">
      <w:pPr>
        <w:spacing w:after="0" w:line="240" w:lineRule="auto"/>
      </w:pPr>
      <w:r>
        <w:separator/>
      </w:r>
    </w:p>
  </w:endnote>
  <w:endnote w:type="continuationSeparator" w:id="0">
    <w:p w14:paraId="04F7A298" w14:textId="77777777" w:rsidR="001021B0" w:rsidRDefault="001021B0" w:rsidP="00102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367F2" w14:textId="77777777" w:rsidR="001021B0" w:rsidRDefault="001021B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31751" w14:textId="661312CB" w:rsidR="001021B0" w:rsidRPr="00BF00B9" w:rsidRDefault="001021B0" w:rsidP="001021B0">
    <w:pPr>
      <w:pStyle w:val="AltBilgi"/>
      <w:rPr>
        <w:rFonts w:ascii="Times New Roman" w:hAnsi="Times New Roman" w:cs="Times New Roman"/>
      </w:rPr>
    </w:pPr>
    <w:r w:rsidRPr="00BF00B9">
      <w:rPr>
        <w:rFonts w:ascii="Times New Roman" w:hAnsi="Times New Roman" w:cs="Times New Roman"/>
      </w:rPr>
      <w:t>KYT-FRM</w:t>
    </w:r>
    <w:r>
      <w:rPr>
        <w:rFonts w:ascii="Times New Roman" w:hAnsi="Times New Roman" w:cs="Times New Roman"/>
      </w:rPr>
      <w:t>-</w:t>
    </w:r>
    <w:bookmarkStart w:id="0" w:name="_GoBack"/>
    <w:bookmarkEnd w:id="0"/>
    <w:r w:rsidRPr="00BF00B9">
      <w:rPr>
        <w:rFonts w:ascii="Times New Roman" w:hAnsi="Times New Roman" w:cs="Times New Roman"/>
      </w:rPr>
      <w:t>548/00</w:t>
    </w:r>
  </w:p>
  <w:p w14:paraId="4FDA0D68" w14:textId="560B418E" w:rsidR="001021B0" w:rsidRDefault="001021B0">
    <w:pPr>
      <w:pStyle w:val="AltBilgi"/>
    </w:pPr>
  </w:p>
  <w:p w14:paraId="5DC8C557" w14:textId="77777777" w:rsidR="001021B0" w:rsidRDefault="001021B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98683" w14:textId="77777777" w:rsidR="001021B0" w:rsidRDefault="001021B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8BDDC" w14:textId="77777777" w:rsidR="001021B0" w:rsidRDefault="001021B0" w:rsidP="001021B0">
      <w:pPr>
        <w:spacing w:after="0" w:line="240" w:lineRule="auto"/>
      </w:pPr>
      <w:r>
        <w:separator/>
      </w:r>
    </w:p>
  </w:footnote>
  <w:footnote w:type="continuationSeparator" w:id="0">
    <w:p w14:paraId="10FCE131" w14:textId="77777777" w:rsidR="001021B0" w:rsidRDefault="001021B0" w:rsidP="00102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1F567" w14:textId="77777777" w:rsidR="001021B0" w:rsidRDefault="001021B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D03BA" w14:textId="4CBDCA90" w:rsidR="001021B0" w:rsidRDefault="001021B0">
    <w:pPr>
      <w:pStyle w:val="stBilgi"/>
    </w:pPr>
  </w:p>
  <w:tbl>
    <w:tblPr>
      <w:tblW w:w="6174" w:type="pct"/>
      <w:tblInd w:w="-866"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2186"/>
      <w:gridCol w:w="8446"/>
    </w:tblGrid>
    <w:tr w:rsidR="001021B0" w:rsidRPr="003A635E" w14:paraId="4B4B9F5C" w14:textId="77777777" w:rsidTr="001021B0">
      <w:trPr>
        <w:cantSplit/>
        <w:trHeight w:val="491"/>
      </w:trPr>
      <w:tc>
        <w:tcPr>
          <w:tcW w:w="1028" w:type="pct"/>
          <w:vMerge w:val="restart"/>
          <w:vAlign w:val="center"/>
        </w:tcPr>
        <w:p w14:paraId="3784EE3B" w14:textId="77777777" w:rsidR="001021B0" w:rsidRPr="003A635E" w:rsidRDefault="001021B0" w:rsidP="001021B0">
          <w:pPr>
            <w:jc w:val="center"/>
            <w:rPr>
              <w:rFonts w:ascii="Arial" w:hAnsi="Arial" w:cs="Arial"/>
            </w:rPr>
          </w:pPr>
          <w:r w:rsidRPr="003A635E">
            <w:rPr>
              <w:rFonts w:ascii="Arial" w:hAnsi="Arial" w:cs="Arial"/>
              <w:noProof/>
              <w:lang w:val="tr-TR"/>
            </w:rPr>
            <w:drawing>
              <wp:inline distT="0" distB="0" distL="0" distR="0" wp14:anchorId="120D7E51" wp14:editId="2AB3B09C">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3972" w:type="pct"/>
          <w:vMerge w:val="restart"/>
          <w:vAlign w:val="center"/>
        </w:tcPr>
        <w:p w14:paraId="01B42A59" w14:textId="77777777" w:rsidR="001021B0" w:rsidRPr="00BF00B9" w:rsidRDefault="001021B0" w:rsidP="001021B0">
          <w:pPr>
            <w:jc w:val="center"/>
            <w:rPr>
              <w:rFonts w:ascii="Times New Roman" w:hAnsi="Times New Roman" w:cs="Times New Roman"/>
              <w:b/>
              <w:sz w:val="36"/>
              <w:szCs w:val="36"/>
            </w:rPr>
          </w:pPr>
          <w:r w:rsidRPr="00BF00B9">
            <w:rPr>
              <w:rFonts w:ascii="Times New Roman" w:hAnsi="Times New Roman" w:cs="Times New Roman"/>
              <w:b/>
              <w:sz w:val="36"/>
              <w:szCs w:val="36"/>
            </w:rPr>
            <w:t>SİNOP ÜNİVERSİTESİ</w:t>
          </w:r>
        </w:p>
        <w:p w14:paraId="77C954CC" w14:textId="77777777" w:rsidR="001021B0" w:rsidRPr="00BF00B9" w:rsidRDefault="001021B0" w:rsidP="001021B0">
          <w:pPr>
            <w:jc w:val="center"/>
            <w:rPr>
              <w:rFonts w:ascii="Times New Roman" w:hAnsi="Times New Roman" w:cs="Times New Roman"/>
              <w:sz w:val="24"/>
              <w:szCs w:val="24"/>
              <w:lang w:val="tr-TR"/>
            </w:rPr>
          </w:pPr>
          <w:r w:rsidRPr="00BF00B9">
            <w:rPr>
              <w:rFonts w:ascii="Times New Roman" w:hAnsi="Times New Roman" w:cs="Times New Roman"/>
              <w:b/>
              <w:sz w:val="24"/>
              <w:szCs w:val="24"/>
              <w:lang w:val="tr-TR"/>
            </w:rPr>
            <w:t>OPERASYONEL LİDERLER DEĞERLENDİRME ANKET FORMU</w:t>
          </w:r>
        </w:p>
        <w:p w14:paraId="01C7065C" w14:textId="77777777" w:rsidR="001021B0" w:rsidRPr="00BF00B9" w:rsidRDefault="001021B0" w:rsidP="001021B0">
          <w:pPr>
            <w:jc w:val="center"/>
            <w:rPr>
              <w:rFonts w:ascii="Times New Roman" w:hAnsi="Times New Roman" w:cs="Times New Roman"/>
              <w:bCs/>
              <w:sz w:val="24"/>
              <w:szCs w:val="24"/>
              <w:lang w:val="tr-TR"/>
            </w:rPr>
          </w:pPr>
          <w:r w:rsidRPr="00BF00B9">
            <w:rPr>
              <w:rFonts w:ascii="Times New Roman" w:hAnsi="Times New Roman" w:cs="Times New Roman"/>
              <w:bCs/>
              <w:sz w:val="24"/>
              <w:szCs w:val="24"/>
              <w:lang w:val="tr-TR"/>
            </w:rPr>
            <w:t>(İDARİ BİRİM YÖNETİCİLERİ)</w:t>
          </w:r>
        </w:p>
      </w:tc>
    </w:tr>
    <w:tr w:rsidR="001021B0" w:rsidRPr="003A635E" w14:paraId="17477B2B" w14:textId="77777777" w:rsidTr="001021B0">
      <w:trPr>
        <w:cantSplit/>
        <w:trHeight w:val="491"/>
      </w:trPr>
      <w:tc>
        <w:tcPr>
          <w:tcW w:w="1028" w:type="pct"/>
          <w:vMerge/>
          <w:vAlign w:val="center"/>
        </w:tcPr>
        <w:p w14:paraId="2F2D5F25" w14:textId="77777777" w:rsidR="001021B0" w:rsidRPr="003A635E" w:rsidRDefault="001021B0" w:rsidP="001021B0">
          <w:pPr>
            <w:jc w:val="center"/>
            <w:rPr>
              <w:rFonts w:ascii="Arial" w:hAnsi="Arial" w:cs="Arial"/>
              <w:b/>
              <w:lang w:eastAsia="tr-TR"/>
            </w:rPr>
          </w:pPr>
        </w:p>
      </w:tc>
      <w:tc>
        <w:tcPr>
          <w:tcW w:w="3972" w:type="pct"/>
          <w:vMerge/>
          <w:vAlign w:val="center"/>
        </w:tcPr>
        <w:p w14:paraId="7AA7ED4C" w14:textId="77777777" w:rsidR="001021B0" w:rsidRPr="003A635E" w:rsidRDefault="001021B0" w:rsidP="001021B0">
          <w:pPr>
            <w:jc w:val="center"/>
            <w:rPr>
              <w:rFonts w:ascii="Arial" w:hAnsi="Arial" w:cs="Arial"/>
              <w:b/>
              <w:bCs/>
              <w:sz w:val="44"/>
              <w:szCs w:val="44"/>
              <w:lang w:eastAsia="tr-TR"/>
            </w:rPr>
          </w:pPr>
        </w:p>
      </w:tc>
    </w:tr>
    <w:tr w:rsidR="001021B0" w:rsidRPr="003A635E" w14:paraId="693CB117" w14:textId="77777777" w:rsidTr="001021B0">
      <w:trPr>
        <w:cantSplit/>
        <w:trHeight w:val="491"/>
      </w:trPr>
      <w:tc>
        <w:tcPr>
          <w:tcW w:w="1028" w:type="pct"/>
          <w:vMerge/>
          <w:vAlign w:val="center"/>
        </w:tcPr>
        <w:p w14:paraId="2C4CCC28" w14:textId="77777777" w:rsidR="001021B0" w:rsidRPr="003A635E" w:rsidRDefault="001021B0" w:rsidP="001021B0">
          <w:pPr>
            <w:jc w:val="center"/>
            <w:rPr>
              <w:rFonts w:ascii="Arial" w:hAnsi="Arial" w:cs="Arial"/>
              <w:b/>
              <w:lang w:eastAsia="tr-TR"/>
            </w:rPr>
          </w:pPr>
        </w:p>
      </w:tc>
      <w:tc>
        <w:tcPr>
          <w:tcW w:w="3972" w:type="pct"/>
          <w:vMerge/>
          <w:vAlign w:val="center"/>
        </w:tcPr>
        <w:p w14:paraId="1940E277" w14:textId="77777777" w:rsidR="001021B0" w:rsidRPr="003A635E" w:rsidRDefault="001021B0" w:rsidP="001021B0">
          <w:pPr>
            <w:jc w:val="center"/>
            <w:rPr>
              <w:rFonts w:ascii="Arial" w:hAnsi="Arial" w:cs="Arial"/>
              <w:b/>
              <w:bCs/>
              <w:sz w:val="44"/>
              <w:szCs w:val="44"/>
              <w:lang w:eastAsia="tr-TR"/>
            </w:rPr>
          </w:pPr>
        </w:p>
      </w:tc>
    </w:tr>
    <w:tr w:rsidR="001021B0" w:rsidRPr="003A635E" w14:paraId="53E4F811" w14:textId="77777777" w:rsidTr="001021B0">
      <w:trPr>
        <w:cantSplit/>
        <w:trHeight w:val="491"/>
      </w:trPr>
      <w:tc>
        <w:tcPr>
          <w:tcW w:w="1028" w:type="pct"/>
          <w:vMerge/>
          <w:vAlign w:val="center"/>
        </w:tcPr>
        <w:p w14:paraId="5862B298" w14:textId="77777777" w:rsidR="001021B0" w:rsidRPr="003A635E" w:rsidRDefault="001021B0" w:rsidP="001021B0">
          <w:pPr>
            <w:jc w:val="center"/>
            <w:rPr>
              <w:rFonts w:ascii="Arial" w:hAnsi="Arial" w:cs="Arial"/>
              <w:b/>
              <w:lang w:eastAsia="tr-TR"/>
            </w:rPr>
          </w:pPr>
        </w:p>
      </w:tc>
      <w:tc>
        <w:tcPr>
          <w:tcW w:w="3972" w:type="pct"/>
          <w:vMerge/>
          <w:vAlign w:val="center"/>
        </w:tcPr>
        <w:p w14:paraId="5D6A58FE" w14:textId="77777777" w:rsidR="001021B0" w:rsidRPr="003A635E" w:rsidRDefault="001021B0" w:rsidP="001021B0">
          <w:pPr>
            <w:jc w:val="center"/>
            <w:rPr>
              <w:rFonts w:ascii="Arial" w:hAnsi="Arial" w:cs="Arial"/>
              <w:b/>
              <w:bCs/>
              <w:sz w:val="44"/>
              <w:szCs w:val="44"/>
              <w:lang w:eastAsia="tr-TR"/>
            </w:rPr>
          </w:pPr>
        </w:p>
      </w:tc>
    </w:tr>
  </w:tbl>
  <w:p w14:paraId="00385E13" w14:textId="41148EF9" w:rsidR="001021B0" w:rsidRDefault="001021B0">
    <w:pPr>
      <w:pStyle w:val="stBilgi"/>
    </w:pPr>
  </w:p>
  <w:p w14:paraId="0E7B1386" w14:textId="77777777" w:rsidR="001021B0" w:rsidRDefault="001021B0">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03DE6" w14:textId="77777777" w:rsidR="001021B0" w:rsidRDefault="001021B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11DA116B"/>
    <w:multiLevelType w:val="hybridMultilevel"/>
    <w:tmpl w:val="DF566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A17BC9"/>
    <w:multiLevelType w:val="hybridMultilevel"/>
    <w:tmpl w:val="200CC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566CD7"/>
    <w:multiLevelType w:val="multilevel"/>
    <w:tmpl w:val="9D6E24D6"/>
    <w:lvl w:ilvl="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B3E"/>
    <w:rsid w:val="00034616"/>
    <w:rsid w:val="0006063C"/>
    <w:rsid w:val="00066AB1"/>
    <w:rsid w:val="00086AC2"/>
    <w:rsid w:val="000B1E5C"/>
    <w:rsid w:val="000D37B3"/>
    <w:rsid w:val="001021B0"/>
    <w:rsid w:val="00106C92"/>
    <w:rsid w:val="0015074B"/>
    <w:rsid w:val="001A799A"/>
    <w:rsid w:val="00286D1F"/>
    <w:rsid w:val="0029639D"/>
    <w:rsid w:val="002A2AA2"/>
    <w:rsid w:val="002D08FD"/>
    <w:rsid w:val="00315EF7"/>
    <w:rsid w:val="00326F90"/>
    <w:rsid w:val="00383842"/>
    <w:rsid w:val="004639CA"/>
    <w:rsid w:val="00465F59"/>
    <w:rsid w:val="00511579"/>
    <w:rsid w:val="00521989"/>
    <w:rsid w:val="005475D8"/>
    <w:rsid w:val="005477B2"/>
    <w:rsid w:val="005B2100"/>
    <w:rsid w:val="006053E6"/>
    <w:rsid w:val="0064340D"/>
    <w:rsid w:val="00686604"/>
    <w:rsid w:val="006A70BA"/>
    <w:rsid w:val="007153F5"/>
    <w:rsid w:val="00726A81"/>
    <w:rsid w:val="00855065"/>
    <w:rsid w:val="008F18B1"/>
    <w:rsid w:val="009218EA"/>
    <w:rsid w:val="00925F4D"/>
    <w:rsid w:val="00994D1B"/>
    <w:rsid w:val="009F3B32"/>
    <w:rsid w:val="00A15C31"/>
    <w:rsid w:val="00A34A96"/>
    <w:rsid w:val="00A949B0"/>
    <w:rsid w:val="00AA0E92"/>
    <w:rsid w:val="00AA1D8D"/>
    <w:rsid w:val="00AC5003"/>
    <w:rsid w:val="00B47730"/>
    <w:rsid w:val="00BA698A"/>
    <w:rsid w:val="00BF6B0B"/>
    <w:rsid w:val="00C333E7"/>
    <w:rsid w:val="00C44F45"/>
    <w:rsid w:val="00CB0664"/>
    <w:rsid w:val="00CC6F48"/>
    <w:rsid w:val="00CE1839"/>
    <w:rsid w:val="00D81221"/>
    <w:rsid w:val="00E146AC"/>
    <w:rsid w:val="00E50AC5"/>
    <w:rsid w:val="00E61F85"/>
    <w:rsid w:val="00E80C9B"/>
    <w:rsid w:val="00EC74EE"/>
    <w:rsid w:val="00F14489"/>
    <w:rsid w:val="00F21536"/>
    <w:rsid w:val="00F57810"/>
    <w:rsid w:val="00F72261"/>
    <w:rsid w:val="00F904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161BD2"/>
  <w14:defaultImageDpi w14:val="300"/>
  <w15:docId w15:val="{1D130769-5031-46B6-8DA8-CDD91111F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alibri" w:hAnsi="Calibri"/>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tabs>
        <w:tab w:val="clear" w:pos="720"/>
        <w:tab w:val="num" w:pos="360"/>
      </w:tabs>
      <w:ind w:left="0" w:firstLine="0"/>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tbilgiChar0">
    <w:name w:val="Üstbilgi Char"/>
    <w:rsid w:val="001021B0"/>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347C-8BC6-4F46-BE85-DCA4C50D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583</Words>
  <Characters>3328</Characters>
  <Application>Microsoft Office Word</Application>
  <DocSecurity>0</DocSecurity>
  <Lines>27</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GAMZE ARAT</cp:lastModifiedBy>
  <cp:revision>3</cp:revision>
  <dcterms:created xsi:type="dcterms:W3CDTF">2025-12-31T09:07:00Z</dcterms:created>
  <dcterms:modified xsi:type="dcterms:W3CDTF">2025-12-31T09:17:00Z</dcterms:modified>
  <cp:category/>
</cp:coreProperties>
</file>