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oKlavuzu"/>
        <w:tblW w:w="5000" w:type="pct"/>
        <w:tblLook w:val="04A0" w:firstRow="1" w:lastRow="0" w:firstColumn="1" w:lastColumn="0" w:noHBand="0" w:noVBand="1"/>
      </w:tblPr>
      <w:tblGrid>
        <w:gridCol w:w="3992"/>
        <w:gridCol w:w="6798"/>
      </w:tblGrid>
      <w:tr w:rsidR="00060DAC" w:rsidRPr="00060DAC" w14:paraId="50320A99" w14:textId="77777777" w:rsidTr="007555A8">
        <w:trPr>
          <w:trHeight w:val="2542"/>
        </w:trPr>
        <w:tc>
          <w:tcPr>
            <w:tcW w:w="5000" w:type="pct"/>
            <w:gridSpan w:val="2"/>
            <w:vAlign w:val="center"/>
          </w:tcPr>
          <w:p w14:paraId="7FE29D75" w14:textId="4F76B08B" w:rsidR="00060DAC" w:rsidRPr="007E09CA" w:rsidRDefault="00060DAC" w:rsidP="007555A8">
            <w:pPr>
              <w:spacing w:after="240"/>
              <w:jc w:val="center"/>
              <w:rPr>
                <w:rFonts w:ascii="Arial" w:hAnsi="Arial" w:cs="Arial"/>
                <w:b/>
                <w:lang w:val="tr-TR"/>
              </w:rPr>
            </w:pPr>
            <w:r w:rsidRPr="007E09CA">
              <w:rPr>
                <w:rFonts w:ascii="Arial" w:hAnsi="Arial" w:cs="Arial"/>
                <w:b/>
                <w:lang w:val="tr-TR"/>
              </w:rPr>
              <w:t>DİJİTAL DÖNÜŞÜM OFİSİNE</w:t>
            </w:r>
          </w:p>
          <w:p w14:paraId="33BF9946" w14:textId="390246A4" w:rsidR="00060DAC" w:rsidRPr="007E09CA" w:rsidRDefault="00060DAC" w:rsidP="007555A8">
            <w:pPr>
              <w:tabs>
                <w:tab w:val="left" w:pos="7830"/>
              </w:tabs>
              <w:spacing w:line="276" w:lineRule="auto"/>
              <w:jc w:val="both"/>
              <w:rPr>
                <w:rFonts w:ascii="Arial" w:hAnsi="Arial" w:cs="Arial"/>
                <w:lang w:val="tr-TR"/>
              </w:rPr>
            </w:pPr>
            <w:r w:rsidRPr="007E09CA">
              <w:rPr>
                <w:rFonts w:ascii="Arial" w:hAnsi="Arial" w:cs="Arial"/>
                <w:lang w:val="tr-TR"/>
              </w:rPr>
              <w:t>………………………Birimi tarafından ………………………………… kullanılmak üzere ihtiyaç olarak gösterilen aşağıda detayları yazılı, yazılım talebi için gerekli işlemlerin yapılmasını arz ederim.</w:t>
            </w:r>
          </w:p>
          <w:p w14:paraId="5867F15D" w14:textId="77777777" w:rsidR="00060DAC" w:rsidRPr="007E09CA" w:rsidRDefault="00060DAC" w:rsidP="007555A8">
            <w:pPr>
              <w:tabs>
                <w:tab w:val="left" w:pos="7830"/>
              </w:tabs>
              <w:spacing w:line="276" w:lineRule="auto"/>
              <w:jc w:val="center"/>
              <w:rPr>
                <w:rFonts w:ascii="Arial" w:hAnsi="Arial" w:cs="Arial"/>
                <w:lang w:val="tr-TR"/>
              </w:rPr>
            </w:pPr>
          </w:p>
          <w:p w14:paraId="26A35BF2" w14:textId="0EA66E20" w:rsidR="00060DAC" w:rsidRPr="007E09CA" w:rsidRDefault="00060DAC" w:rsidP="007555A8">
            <w:pPr>
              <w:tabs>
                <w:tab w:val="left" w:pos="7830"/>
              </w:tabs>
              <w:spacing w:line="276" w:lineRule="auto"/>
              <w:ind w:firstLine="7677"/>
              <w:rPr>
                <w:rFonts w:ascii="Arial" w:hAnsi="Arial" w:cs="Arial"/>
                <w:b/>
                <w:lang w:val="tr-TR"/>
              </w:rPr>
            </w:pPr>
            <w:r w:rsidRPr="007E09CA">
              <w:rPr>
                <w:rFonts w:ascii="Arial" w:hAnsi="Arial" w:cs="Arial"/>
                <w:b/>
                <w:lang w:val="tr-TR"/>
              </w:rPr>
              <w:t>Onaylayan Birim Yetkilisi</w:t>
            </w:r>
          </w:p>
          <w:p w14:paraId="640B209D" w14:textId="4018A877" w:rsidR="00060DAC" w:rsidRPr="007E09CA" w:rsidRDefault="00060DAC" w:rsidP="007555A8">
            <w:pPr>
              <w:tabs>
                <w:tab w:val="left" w:pos="7830"/>
              </w:tabs>
              <w:spacing w:line="276" w:lineRule="auto"/>
              <w:ind w:firstLine="7677"/>
              <w:rPr>
                <w:rFonts w:ascii="Arial" w:hAnsi="Arial" w:cs="Arial"/>
                <w:b/>
                <w:lang w:val="tr-TR"/>
              </w:rPr>
            </w:pPr>
            <w:proofErr w:type="gramStart"/>
            <w:r w:rsidRPr="007E09CA">
              <w:rPr>
                <w:rFonts w:ascii="Arial" w:hAnsi="Arial" w:cs="Arial"/>
                <w:b/>
                <w:lang w:val="tr-TR"/>
              </w:rPr>
              <w:t>e</w:t>
            </w:r>
            <w:proofErr w:type="gramEnd"/>
            <w:r w:rsidRPr="007E09CA">
              <w:rPr>
                <w:rFonts w:ascii="Arial" w:hAnsi="Arial" w:cs="Arial"/>
                <w:b/>
                <w:lang w:val="tr-TR"/>
              </w:rPr>
              <w:t>-imzalıdır.</w:t>
            </w:r>
          </w:p>
          <w:p w14:paraId="19EF0EBD" w14:textId="4E1AC0CF" w:rsidR="00060DAC" w:rsidRPr="007E09CA" w:rsidRDefault="00060DAC" w:rsidP="007555A8">
            <w:pPr>
              <w:tabs>
                <w:tab w:val="left" w:pos="7830"/>
              </w:tabs>
              <w:spacing w:line="276" w:lineRule="auto"/>
              <w:ind w:firstLine="7677"/>
              <w:rPr>
                <w:rFonts w:ascii="Arial" w:hAnsi="Arial" w:cs="Arial"/>
                <w:b/>
                <w:lang w:val="tr-TR"/>
              </w:rPr>
            </w:pPr>
            <w:r w:rsidRPr="007E09CA">
              <w:rPr>
                <w:rFonts w:ascii="Arial" w:hAnsi="Arial" w:cs="Arial"/>
                <w:b/>
                <w:lang w:val="tr-TR"/>
              </w:rPr>
              <w:t>Ad-</w:t>
            </w:r>
            <w:r w:rsidR="00F54444" w:rsidRPr="007E09CA">
              <w:rPr>
                <w:rFonts w:ascii="Arial" w:hAnsi="Arial" w:cs="Arial"/>
                <w:b/>
                <w:lang w:val="tr-TR"/>
              </w:rPr>
              <w:t>Soyadı</w:t>
            </w:r>
          </w:p>
          <w:p w14:paraId="620AB797" w14:textId="0C7DA681" w:rsidR="00060DAC" w:rsidRPr="00445B85" w:rsidRDefault="007E09CA" w:rsidP="007555A8">
            <w:pPr>
              <w:tabs>
                <w:tab w:val="left" w:pos="7830"/>
              </w:tabs>
              <w:spacing w:line="276" w:lineRule="auto"/>
              <w:ind w:firstLine="7677"/>
              <w:rPr>
                <w:rFonts w:ascii="Times New Roman" w:hAnsi="Times New Roman" w:cs="Times New Roman"/>
                <w:b/>
                <w:lang w:val="tr-TR"/>
              </w:rPr>
            </w:pPr>
            <w:r>
              <w:rPr>
                <w:rFonts w:ascii="Arial" w:hAnsi="Arial" w:cs="Arial"/>
                <w:b/>
                <w:lang w:val="tr-TR"/>
              </w:rPr>
              <w:t>U</w:t>
            </w:r>
            <w:r w:rsidR="00F54444" w:rsidRPr="007E09CA">
              <w:rPr>
                <w:rFonts w:ascii="Arial" w:hAnsi="Arial" w:cs="Arial"/>
                <w:b/>
                <w:lang w:val="tr-TR"/>
              </w:rPr>
              <w:t>nvan</w:t>
            </w:r>
          </w:p>
        </w:tc>
      </w:tr>
      <w:tr w:rsidR="00060DAC" w:rsidRPr="00060DAC" w14:paraId="48B7E051" w14:textId="77777777" w:rsidTr="00F54444">
        <w:tc>
          <w:tcPr>
            <w:tcW w:w="5000" w:type="pct"/>
            <w:gridSpan w:val="2"/>
            <w:shd w:val="clear" w:color="auto" w:fill="BFBFBF" w:themeFill="background1" w:themeFillShade="BF"/>
          </w:tcPr>
          <w:p w14:paraId="750E82AB" w14:textId="4BA5C548" w:rsidR="00060DAC" w:rsidRPr="006A1AFB" w:rsidRDefault="00060DAC" w:rsidP="00060DAC">
            <w:pPr>
              <w:spacing w:line="360" w:lineRule="auto"/>
              <w:rPr>
                <w:rFonts w:ascii="Arial" w:hAnsi="Arial" w:cs="Arial"/>
                <w:b/>
                <w:bCs/>
                <w:lang w:val="tr-TR"/>
              </w:rPr>
            </w:pPr>
            <w:r w:rsidRPr="006A1AFB">
              <w:rPr>
                <w:rFonts w:ascii="Arial" w:hAnsi="Arial" w:cs="Arial"/>
                <w:b/>
                <w:bCs/>
                <w:lang w:val="tr-TR"/>
              </w:rPr>
              <w:t>1. Talepte Bulunan Kişi Bilgileri:</w:t>
            </w:r>
          </w:p>
        </w:tc>
      </w:tr>
      <w:tr w:rsidR="002C6C0B" w:rsidRPr="00060DAC" w14:paraId="30DDD156" w14:textId="77777777" w:rsidTr="006A1AFB">
        <w:tc>
          <w:tcPr>
            <w:tcW w:w="1850" w:type="pct"/>
            <w:vAlign w:val="center"/>
          </w:tcPr>
          <w:p w14:paraId="5125698D" w14:textId="77777777" w:rsidR="002C6C0B" w:rsidRPr="006A1AFB" w:rsidRDefault="0039001A" w:rsidP="006A1AFB">
            <w:pPr>
              <w:spacing w:line="360" w:lineRule="auto"/>
              <w:rPr>
                <w:rFonts w:ascii="Arial" w:hAnsi="Arial" w:cs="Arial"/>
                <w:lang w:val="tr-TR"/>
              </w:rPr>
            </w:pPr>
            <w:r w:rsidRPr="006A1AFB">
              <w:rPr>
                <w:rFonts w:ascii="Arial" w:hAnsi="Arial" w:cs="Arial"/>
                <w:lang w:val="tr-TR"/>
              </w:rPr>
              <w:t>Adı Soyadı:</w:t>
            </w:r>
          </w:p>
        </w:tc>
        <w:tc>
          <w:tcPr>
            <w:tcW w:w="3150" w:type="pct"/>
          </w:tcPr>
          <w:p w14:paraId="234F362B" w14:textId="77777777" w:rsidR="002C6C0B" w:rsidRPr="006A1AFB" w:rsidRDefault="0039001A" w:rsidP="00060DAC">
            <w:pPr>
              <w:spacing w:line="360" w:lineRule="auto"/>
              <w:rPr>
                <w:rFonts w:ascii="Arial" w:hAnsi="Arial" w:cs="Arial"/>
                <w:i/>
                <w:iCs/>
                <w:color w:val="808080" w:themeColor="background1" w:themeShade="80"/>
                <w:sz w:val="20"/>
                <w:lang w:val="tr-TR"/>
              </w:rPr>
            </w:pPr>
            <w:r w:rsidRPr="006A1AFB">
              <w:rPr>
                <w:rFonts w:ascii="Arial" w:hAnsi="Arial" w:cs="Arial"/>
                <w:i/>
                <w:iCs/>
                <w:color w:val="808080" w:themeColor="background1" w:themeShade="80"/>
                <w:sz w:val="20"/>
                <w:lang w:val="tr-TR"/>
              </w:rPr>
              <w:t>(Talepte bulunan kişinin tam adı)</w:t>
            </w:r>
          </w:p>
        </w:tc>
      </w:tr>
      <w:tr w:rsidR="002C6C0B" w:rsidRPr="00060DAC" w14:paraId="772C199C" w14:textId="77777777" w:rsidTr="006A1AFB">
        <w:tc>
          <w:tcPr>
            <w:tcW w:w="1850" w:type="pct"/>
            <w:vAlign w:val="center"/>
          </w:tcPr>
          <w:p w14:paraId="48B48F2F" w14:textId="77777777" w:rsidR="002C6C0B" w:rsidRPr="006A1AFB" w:rsidRDefault="0039001A" w:rsidP="006A1AFB">
            <w:pPr>
              <w:spacing w:line="360" w:lineRule="auto"/>
              <w:rPr>
                <w:rFonts w:ascii="Arial" w:hAnsi="Arial" w:cs="Arial"/>
                <w:lang w:val="tr-TR"/>
              </w:rPr>
            </w:pPr>
            <w:r w:rsidRPr="006A1AFB">
              <w:rPr>
                <w:rFonts w:ascii="Arial" w:hAnsi="Arial" w:cs="Arial"/>
                <w:lang w:val="tr-TR"/>
              </w:rPr>
              <w:t>Birim Adı:</w:t>
            </w:r>
          </w:p>
        </w:tc>
        <w:tc>
          <w:tcPr>
            <w:tcW w:w="3150" w:type="pct"/>
          </w:tcPr>
          <w:p w14:paraId="51E5C7BA" w14:textId="77777777" w:rsidR="002C6C0B" w:rsidRPr="006A1AFB" w:rsidRDefault="0039001A" w:rsidP="00060DAC">
            <w:pPr>
              <w:spacing w:line="360" w:lineRule="auto"/>
              <w:rPr>
                <w:rFonts w:ascii="Arial" w:hAnsi="Arial" w:cs="Arial"/>
                <w:i/>
                <w:iCs/>
                <w:color w:val="808080" w:themeColor="background1" w:themeShade="80"/>
                <w:sz w:val="20"/>
                <w:lang w:val="tr-TR"/>
              </w:rPr>
            </w:pPr>
            <w:r w:rsidRPr="006A1AFB">
              <w:rPr>
                <w:rFonts w:ascii="Arial" w:hAnsi="Arial" w:cs="Arial"/>
                <w:i/>
                <w:iCs/>
                <w:color w:val="808080" w:themeColor="background1" w:themeShade="80"/>
                <w:sz w:val="20"/>
                <w:lang w:val="tr-TR"/>
              </w:rPr>
              <w:t>(Çalıştığı birim veya departman adı)</w:t>
            </w:r>
          </w:p>
        </w:tc>
      </w:tr>
      <w:tr w:rsidR="002C6C0B" w:rsidRPr="00060DAC" w14:paraId="4165E2FB" w14:textId="77777777" w:rsidTr="006A1AFB">
        <w:tc>
          <w:tcPr>
            <w:tcW w:w="1850" w:type="pct"/>
            <w:vAlign w:val="center"/>
          </w:tcPr>
          <w:p w14:paraId="71DF7D37" w14:textId="77777777" w:rsidR="002C6C0B" w:rsidRPr="006A1AFB" w:rsidRDefault="0039001A" w:rsidP="006A1AFB">
            <w:pPr>
              <w:spacing w:line="360" w:lineRule="auto"/>
              <w:rPr>
                <w:rFonts w:ascii="Arial" w:hAnsi="Arial" w:cs="Arial"/>
                <w:lang w:val="tr-TR"/>
              </w:rPr>
            </w:pPr>
            <w:r w:rsidRPr="006A1AFB">
              <w:rPr>
                <w:rFonts w:ascii="Arial" w:hAnsi="Arial" w:cs="Arial"/>
                <w:lang w:val="tr-TR"/>
              </w:rPr>
              <w:t>Görevi:</w:t>
            </w:r>
          </w:p>
        </w:tc>
        <w:tc>
          <w:tcPr>
            <w:tcW w:w="3150" w:type="pct"/>
          </w:tcPr>
          <w:p w14:paraId="25D39773" w14:textId="77777777" w:rsidR="002C6C0B" w:rsidRPr="006A1AFB" w:rsidRDefault="0039001A" w:rsidP="00060DAC">
            <w:pPr>
              <w:spacing w:line="360" w:lineRule="auto"/>
              <w:rPr>
                <w:rFonts w:ascii="Arial" w:hAnsi="Arial" w:cs="Arial"/>
                <w:i/>
                <w:iCs/>
                <w:color w:val="808080" w:themeColor="background1" w:themeShade="80"/>
                <w:sz w:val="20"/>
                <w:lang w:val="tr-TR"/>
              </w:rPr>
            </w:pPr>
            <w:r w:rsidRPr="006A1AFB">
              <w:rPr>
                <w:rFonts w:ascii="Arial" w:hAnsi="Arial" w:cs="Arial"/>
                <w:i/>
                <w:iCs/>
                <w:color w:val="808080" w:themeColor="background1" w:themeShade="80"/>
                <w:sz w:val="20"/>
                <w:lang w:val="tr-TR"/>
              </w:rPr>
              <w:t>(Görevi veya pozisyonu, örneğin: Yönetici, Memur, Teknik Personel vb.)</w:t>
            </w:r>
          </w:p>
        </w:tc>
      </w:tr>
      <w:tr w:rsidR="002C6C0B" w:rsidRPr="00060DAC" w14:paraId="231F59DC" w14:textId="77777777" w:rsidTr="006A1AFB">
        <w:tc>
          <w:tcPr>
            <w:tcW w:w="1850" w:type="pct"/>
            <w:vAlign w:val="center"/>
          </w:tcPr>
          <w:p w14:paraId="7CC1869B" w14:textId="77777777" w:rsidR="002C6C0B" w:rsidRPr="006A1AFB" w:rsidRDefault="0039001A" w:rsidP="006A1AFB">
            <w:pPr>
              <w:spacing w:line="360" w:lineRule="auto"/>
              <w:rPr>
                <w:rFonts w:ascii="Arial" w:hAnsi="Arial" w:cs="Arial"/>
                <w:lang w:val="tr-TR"/>
              </w:rPr>
            </w:pPr>
            <w:r w:rsidRPr="006A1AFB">
              <w:rPr>
                <w:rFonts w:ascii="Arial" w:hAnsi="Arial" w:cs="Arial"/>
                <w:lang w:val="tr-TR"/>
              </w:rPr>
              <w:t>Telefon Numarası:</w:t>
            </w:r>
          </w:p>
        </w:tc>
        <w:tc>
          <w:tcPr>
            <w:tcW w:w="3150" w:type="pct"/>
          </w:tcPr>
          <w:p w14:paraId="2755D6D4" w14:textId="77777777" w:rsidR="002C6C0B" w:rsidRPr="006A1AFB" w:rsidRDefault="0039001A" w:rsidP="00060DAC">
            <w:pPr>
              <w:spacing w:line="360" w:lineRule="auto"/>
              <w:rPr>
                <w:rFonts w:ascii="Arial" w:hAnsi="Arial" w:cs="Arial"/>
                <w:i/>
                <w:iCs/>
                <w:color w:val="808080" w:themeColor="background1" w:themeShade="80"/>
                <w:sz w:val="20"/>
                <w:lang w:val="tr-TR"/>
              </w:rPr>
            </w:pPr>
            <w:r w:rsidRPr="006A1AFB">
              <w:rPr>
                <w:rFonts w:ascii="Arial" w:hAnsi="Arial" w:cs="Arial"/>
                <w:i/>
                <w:iCs/>
                <w:color w:val="808080" w:themeColor="background1" w:themeShade="80"/>
                <w:sz w:val="20"/>
                <w:lang w:val="tr-TR"/>
              </w:rPr>
              <w:t>(İletişim kurulacak telefon numarası)</w:t>
            </w:r>
          </w:p>
        </w:tc>
      </w:tr>
      <w:tr w:rsidR="002C6C0B" w:rsidRPr="00060DAC" w14:paraId="4EE99BC4" w14:textId="77777777" w:rsidTr="006A1AFB">
        <w:tc>
          <w:tcPr>
            <w:tcW w:w="1850" w:type="pct"/>
            <w:vAlign w:val="center"/>
          </w:tcPr>
          <w:p w14:paraId="04C71468" w14:textId="77777777" w:rsidR="002C6C0B" w:rsidRPr="006A1AFB" w:rsidRDefault="0039001A" w:rsidP="006A1AFB">
            <w:pPr>
              <w:spacing w:line="360" w:lineRule="auto"/>
              <w:rPr>
                <w:rFonts w:ascii="Arial" w:hAnsi="Arial" w:cs="Arial"/>
                <w:lang w:val="tr-TR"/>
              </w:rPr>
            </w:pPr>
            <w:r w:rsidRPr="006A1AFB">
              <w:rPr>
                <w:rFonts w:ascii="Arial" w:hAnsi="Arial" w:cs="Arial"/>
                <w:lang w:val="tr-TR"/>
              </w:rPr>
              <w:t>E-posta Adresi:</w:t>
            </w:r>
          </w:p>
        </w:tc>
        <w:tc>
          <w:tcPr>
            <w:tcW w:w="3150" w:type="pct"/>
          </w:tcPr>
          <w:p w14:paraId="64669832" w14:textId="77777777" w:rsidR="002C6C0B" w:rsidRPr="006A1AFB" w:rsidRDefault="0039001A" w:rsidP="00060DAC">
            <w:pPr>
              <w:spacing w:line="360" w:lineRule="auto"/>
              <w:rPr>
                <w:rFonts w:ascii="Arial" w:hAnsi="Arial" w:cs="Arial"/>
                <w:i/>
                <w:iCs/>
                <w:color w:val="808080" w:themeColor="background1" w:themeShade="80"/>
                <w:sz w:val="20"/>
                <w:lang w:val="tr-TR"/>
              </w:rPr>
            </w:pPr>
            <w:r w:rsidRPr="006A1AFB">
              <w:rPr>
                <w:rFonts w:ascii="Arial" w:hAnsi="Arial" w:cs="Arial"/>
                <w:i/>
                <w:iCs/>
                <w:color w:val="808080" w:themeColor="background1" w:themeShade="80"/>
                <w:sz w:val="20"/>
                <w:lang w:val="tr-TR"/>
              </w:rPr>
              <w:t>(İletişim kurulacak e-posta adresi)</w:t>
            </w:r>
          </w:p>
        </w:tc>
      </w:tr>
      <w:tr w:rsidR="00F54444" w:rsidRPr="00060DAC" w14:paraId="1BDE039B" w14:textId="77777777" w:rsidTr="00F54444">
        <w:tc>
          <w:tcPr>
            <w:tcW w:w="5000" w:type="pct"/>
            <w:gridSpan w:val="2"/>
            <w:shd w:val="clear" w:color="auto" w:fill="F2F2F2" w:themeFill="background1" w:themeFillShade="F2"/>
          </w:tcPr>
          <w:p w14:paraId="51754B7E" w14:textId="6EC04FC9" w:rsidR="00F54444" w:rsidRPr="006A1AFB" w:rsidRDefault="00F54444" w:rsidP="00060DAC">
            <w:pPr>
              <w:spacing w:line="360" w:lineRule="auto"/>
              <w:rPr>
                <w:rFonts w:ascii="Arial" w:hAnsi="Arial" w:cs="Arial"/>
                <w:i/>
                <w:iCs/>
                <w:color w:val="808080" w:themeColor="background1" w:themeShade="80"/>
                <w:lang w:val="tr-TR"/>
              </w:rPr>
            </w:pPr>
            <w:r w:rsidRPr="006A1AFB">
              <w:rPr>
                <w:rFonts w:ascii="Arial" w:hAnsi="Arial" w:cs="Arial"/>
                <w:lang w:val="tr-TR"/>
              </w:rPr>
              <w:t xml:space="preserve">İrtibat Kişi Bilgileri </w:t>
            </w:r>
            <w:r w:rsidRPr="006A1AFB">
              <w:rPr>
                <w:rFonts w:ascii="Arial" w:hAnsi="Arial" w:cs="Arial"/>
                <w:i/>
                <w:iCs/>
                <w:color w:val="FF0000"/>
                <w:sz w:val="20"/>
                <w:lang w:val="tr-TR"/>
              </w:rPr>
              <w:t>(Talepte bulunan kişi ile yazılımın takibini yapacak personel farklı ise bu alan doldurulmalıdır.)</w:t>
            </w:r>
          </w:p>
        </w:tc>
      </w:tr>
      <w:tr w:rsidR="002F401B" w:rsidRPr="00060DAC" w14:paraId="447A6100" w14:textId="77777777" w:rsidTr="006A1AFB">
        <w:tc>
          <w:tcPr>
            <w:tcW w:w="1850" w:type="pct"/>
            <w:vAlign w:val="center"/>
          </w:tcPr>
          <w:p w14:paraId="2F3D1B30" w14:textId="77777777" w:rsidR="002F401B" w:rsidRPr="006A1AFB" w:rsidRDefault="002F401B" w:rsidP="006A1AFB">
            <w:pPr>
              <w:spacing w:line="360" w:lineRule="auto"/>
              <w:rPr>
                <w:rFonts w:ascii="Arial" w:hAnsi="Arial" w:cs="Arial"/>
                <w:lang w:val="tr-TR"/>
              </w:rPr>
            </w:pPr>
            <w:r w:rsidRPr="006A1AFB">
              <w:rPr>
                <w:rFonts w:ascii="Arial" w:hAnsi="Arial" w:cs="Arial"/>
                <w:lang w:val="tr-TR"/>
              </w:rPr>
              <w:t>Adı Soyadı:</w:t>
            </w:r>
          </w:p>
        </w:tc>
        <w:tc>
          <w:tcPr>
            <w:tcW w:w="3150" w:type="pct"/>
          </w:tcPr>
          <w:p w14:paraId="5648DE06" w14:textId="77777777" w:rsidR="002F401B" w:rsidRPr="006A1AFB" w:rsidRDefault="002F401B" w:rsidP="00060DAC">
            <w:pPr>
              <w:spacing w:line="360" w:lineRule="auto"/>
              <w:rPr>
                <w:rFonts w:ascii="Arial" w:hAnsi="Arial" w:cs="Arial"/>
                <w:i/>
                <w:iCs/>
                <w:color w:val="808080" w:themeColor="background1" w:themeShade="80"/>
                <w:sz w:val="20"/>
                <w:lang w:val="tr-TR"/>
              </w:rPr>
            </w:pPr>
            <w:r w:rsidRPr="006A1AFB">
              <w:rPr>
                <w:rFonts w:ascii="Arial" w:hAnsi="Arial" w:cs="Arial"/>
                <w:i/>
                <w:iCs/>
                <w:color w:val="808080" w:themeColor="background1" w:themeShade="80"/>
                <w:sz w:val="20"/>
                <w:lang w:val="tr-TR"/>
              </w:rPr>
              <w:t>(İrtibata geçilecek kişinin tam adı)</w:t>
            </w:r>
          </w:p>
        </w:tc>
      </w:tr>
      <w:tr w:rsidR="002F401B" w:rsidRPr="00060DAC" w14:paraId="416B241D" w14:textId="77777777" w:rsidTr="006A1AFB">
        <w:tc>
          <w:tcPr>
            <w:tcW w:w="1850" w:type="pct"/>
            <w:vAlign w:val="center"/>
          </w:tcPr>
          <w:p w14:paraId="25E80828" w14:textId="77777777" w:rsidR="002F401B" w:rsidRPr="006A1AFB" w:rsidRDefault="002F401B" w:rsidP="006A1AFB">
            <w:pPr>
              <w:spacing w:line="360" w:lineRule="auto"/>
              <w:rPr>
                <w:rFonts w:ascii="Arial" w:hAnsi="Arial" w:cs="Arial"/>
                <w:lang w:val="tr-TR"/>
              </w:rPr>
            </w:pPr>
            <w:r w:rsidRPr="006A1AFB">
              <w:rPr>
                <w:rFonts w:ascii="Arial" w:hAnsi="Arial" w:cs="Arial"/>
                <w:lang w:val="tr-TR"/>
              </w:rPr>
              <w:t>Birim Adı:</w:t>
            </w:r>
          </w:p>
        </w:tc>
        <w:tc>
          <w:tcPr>
            <w:tcW w:w="3150" w:type="pct"/>
          </w:tcPr>
          <w:p w14:paraId="518DA120" w14:textId="77777777" w:rsidR="002F401B" w:rsidRPr="006A1AFB" w:rsidRDefault="002F401B" w:rsidP="00060DAC">
            <w:pPr>
              <w:spacing w:line="360" w:lineRule="auto"/>
              <w:rPr>
                <w:rFonts w:ascii="Arial" w:hAnsi="Arial" w:cs="Arial"/>
                <w:i/>
                <w:iCs/>
                <w:color w:val="808080" w:themeColor="background1" w:themeShade="80"/>
                <w:sz w:val="20"/>
                <w:lang w:val="tr-TR"/>
              </w:rPr>
            </w:pPr>
            <w:r w:rsidRPr="006A1AFB">
              <w:rPr>
                <w:rFonts w:ascii="Arial" w:hAnsi="Arial" w:cs="Arial"/>
                <w:i/>
                <w:iCs/>
                <w:color w:val="808080" w:themeColor="background1" w:themeShade="80"/>
                <w:sz w:val="20"/>
                <w:lang w:val="tr-TR"/>
              </w:rPr>
              <w:t>(Çalıştığı birim veya departman adı)</w:t>
            </w:r>
          </w:p>
        </w:tc>
      </w:tr>
      <w:tr w:rsidR="002F401B" w:rsidRPr="00060DAC" w14:paraId="14D5C463" w14:textId="77777777" w:rsidTr="006A1AFB">
        <w:tc>
          <w:tcPr>
            <w:tcW w:w="1850" w:type="pct"/>
            <w:vAlign w:val="center"/>
          </w:tcPr>
          <w:p w14:paraId="46553E0F" w14:textId="77777777" w:rsidR="002F401B" w:rsidRPr="006A1AFB" w:rsidRDefault="002F401B" w:rsidP="006A1AFB">
            <w:pPr>
              <w:spacing w:line="360" w:lineRule="auto"/>
              <w:rPr>
                <w:rFonts w:ascii="Arial" w:hAnsi="Arial" w:cs="Arial"/>
                <w:lang w:val="tr-TR"/>
              </w:rPr>
            </w:pPr>
            <w:r w:rsidRPr="006A1AFB">
              <w:rPr>
                <w:rFonts w:ascii="Arial" w:hAnsi="Arial" w:cs="Arial"/>
                <w:lang w:val="tr-TR"/>
              </w:rPr>
              <w:t>Görevi:</w:t>
            </w:r>
          </w:p>
        </w:tc>
        <w:tc>
          <w:tcPr>
            <w:tcW w:w="3150" w:type="pct"/>
          </w:tcPr>
          <w:p w14:paraId="4F3A90E7" w14:textId="77777777" w:rsidR="002F401B" w:rsidRPr="006A1AFB" w:rsidRDefault="002F401B" w:rsidP="00060DAC">
            <w:pPr>
              <w:spacing w:line="360" w:lineRule="auto"/>
              <w:rPr>
                <w:rFonts w:ascii="Arial" w:hAnsi="Arial" w:cs="Arial"/>
                <w:i/>
                <w:iCs/>
                <w:color w:val="808080" w:themeColor="background1" w:themeShade="80"/>
                <w:sz w:val="20"/>
                <w:lang w:val="tr-TR"/>
              </w:rPr>
            </w:pPr>
            <w:r w:rsidRPr="006A1AFB">
              <w:rPr>
                <w:rFonts w:ascii="Arial" w:hAnsi="Arial" w:cs="Arial"/>
                <w:i/>
                <w:iCs/>
                <w:color w:val="808080" w:themeColor="background1" w:themeShade="80"/>
                <w:sz w:val="20"/>
                <w:lang w:val="tr-TR"/>
              </w:rPr>
              <w:t>(Görevi veya pozisyonu, örneğin: Yönetici, Memur, Teknik Personel vb.)</w:t>
            </w:r>
          </w:p>
        </w:tc>
      </w:tr>
      <w:tr w:rsidR="002F401B" w:rsidRPr="00060DAC" w14:paraId="6AE59943" w14:textId="77777777" w:rsidTr="006A1AFB">
        <w:tc>
          <w:tcPr>
            <w:tcW w:w="1850" w:type="pct"/>
            <w:vAlign w:val="center"/>
          </w:tcPr>
          <w:p w14:paraId="67DBD4F7" w14:textId="77777777" w:rsidR="002F401B" w:rsidRPr="006A1AFB" w:rsidRDefault="002F401B" w:rsidP="006A1AFB">
            <w:pPr>
              <w:spacing w:line="360" w:lineRule="auto"/>
              <w:rPr>
                <w:rFonts w:ascii="Arial" w:hAnsi="Arial" w:cs="Arial"/>
                <w:lang w:val="tr-TR"/>
              </w:rPr>
            </w:pPr>
            <w:r w:rsidRPr="006A1AFB">
              <w:rPr>
                <w:rFonts w:ascii="Arial" w:hAnsi="Arial" w:cs="Arial"/>
                <w:lang w:val="tr-TR"/>
              </w:rPr>
              <w:t>Telefon Numarası:</w:t>
            </w:r>
          </w:p>
        </w:tc>
        <w:tc>
          <w:tcPr>
            <w:tcW w:w="3150" w:type="pct"/>
          </w:tcPr>
          <w:p w14:paraId="7786011C" w14:textId="77777777" w:rsidR="002F401B" w:rsidRPr="006A1AFB" w:rsidRDefault="002F401B" w:rsidP="00060DAC">
            <w:pPr>
              <w:spacing w:line="360" w:lineRule="auto"/>
              <w:rPr>
                <w:rFonts w:ascii="Arial" w:hAnsi="Arial" w:cs="Arial"/>
                <w:i/>
                <w:iCs/>
                <w:color w:val="808080" w:themeColor="background1" w:themeShade="80"/>
                <w:sz w:val="20"/>
                <w:lang w:val="tr-TR"/>
              </w:rPr>
            </w:pPr>
            <w:r w:rsidRPr="006A1AFB">
              <w:rPr>
                <w:rFonts w:ascii="Arial" w:hAnsi="Arial" w:cs="Arial"/>
                <w:i/>
                <w:iCs/>
                <w:color w:val="808080" w:themeColor="background1" w:themeShade="80"/>
                <w:sz w:val="20"/>
                <w:lang w:val="tr-TR"/>
              </w:rPr>
              <w:t>(İletişim kurulacak telefon numarası)</w:t>
            </w:r>
          </w:p>
        </w:tc>
      </w:tr>
      <w:tr w:rsidR="002F401B" w:rsidRPr="00060DAC" w14:paraId="126EAD01" w14:textId="77777777" w:rsidTr="006A1AFB">
        <w:tc>
          <w:tcPr>
            <w:tcW w:w="1850" w:type="pct"/>
            <w:vAlign w:val="center"/>
          </w:tcPr>
          <w:p w14:paraId="0535968E" w14:textId="77777777" w:rsidR="002F401B" w:rsidRPr="006A1AFB" w:rsidRDefault="002F401B" w:rsidP="006A1AFB">
            <w:pPr>
              <w:spacing w:line="360" w:lineRule="auto"/>
              <w:rPr>
                <w:rFonts w:ascii="Arial" w:hAnsi="Arial" w:cs="Arial"/>
                <w:lang w:val="tr-TR"/>
              </w:rPr>
            </w:pPr>
            <w:r w:rsidRPr="006A1AFB">
              <w:rPr>
                <w:rFonts w:ascii="Arial" w:hAnsi="Arial" w:cs="Arial"/>
                <w:lang w:val="tr-TR"/>
              </w:rPr>
              <w:t>E-posta Adresi:</w:t>
            </w:r>
          </w:p>
        </w:tc>
        <w:tc>
          <w:tcPr>
            <w:tcW w:w="3150" w:type="pct"/>
          </w:tcPr>
          <w:p w14:paraId="73DD78C2" w14:textId="77777777" w:rsidR="002F401B" w:rsidRPr="006A1AFB" w:rsidRDefault="002F401B" w:rsidP="00060DAC">
            <w:pPr>
              <w:spacing w:line="360" w:lineRule="auto"/>
              <w:rPr>
                <w:rFonts w:ascii="Arial" w:hAnsi="Arial" w:cs="Arial"/>
                <w:i/>
                <w:iCs/>
                <w:color w:val="808080" w:themeColor="background1" w:themeShade="80"/>
                <w:sz w:val="20"/>
                <w:lang w:val="tr-TR"/>
              </w:rPr>
            </w:pPr>
            <w:r w:rsidRPr="006A1AFB">
              <w:rPr>
                <w:rFonts w:ascii="Arial" w:hAnsi="Arial" w:cs="Arial"/>
                <w:i/>
                <w:iCs/>
                <w:color w:val="808080" w:themeColor="background1" w:themeShade="80"/>
                <w:sz w:val="20"/>
                <w:lang w:val="tr-TR"/>
              </w:rPr>
              <w:t>(İletişim kurulacak e-posta adresi)</w:t>
            </w:r>
          </w:p>
        </w:tc>
      </w:tr>
      <w:tr w:rsidR="00060DAC" w:rsidRPr="00060DAC" w14:paraId="3FE30B11" w14:textId="77777777" w:rsidTr="00F54444">
        <w:tc>
          <w:tcPr>
            <w:tcW w:w="5000" w:type="pct"/>
            <w:gridSpan w:val="2"/>
            <w:shd w:val="clear" w:color="auto" w:fill="BFBFBF" w:themeFill="background1" w:themeFillShade="BF"/>
          </w:tcPr>
          <w:p w14:paraId="1B1997D8" w14:textId="0DF0FEF3" w:rsidR="00060DAC" w:rsidRPr="006A1AFB" w:rsidRDefault="00060DAC" w:rsidP="00060DAC">
            <w:pPr>
              <w:spacing w:line="360" w:lineRule="auto"/>
              <w:rPr>
                <w:rFonts w:ascii="Arial" w:hAnsi="Arial" w:cs="Arial"/>
                <w:b/>
                <w:bCs/>
                <w:lang w:val="tr-TR"/>
              </w:rPr>
            </w:pPr>
            <w:r w:rsidRPr="006A1AFB">
              <w:rPr>
                <w:rFonts w:ascii="Arial" w:hAnsi="Arial" w:cs="Arial"/>
                <w:b/>
                <w:bCs/>
                <w:lang w:val="tr-TR"/>
              </w:rPr>
              <w:t>2. Talep Edilen Yazılımın Adı ve Amacı:</w:t>
            </w:r>
          </w:p>
        </w:tc>
      </w:tr>
      <w:tr w:rsidR="002C6C0B" w:rsidRPr="00060DAC" w14:paraId="3004DDD7" w14:textId="77777777" w:rsidTr="006A1AFB">
        <w:tc>
          <w:tcPr>
            <w:tcW w:w="1850" w:type="pct"/>
            <w:vAlign w:val="center"/>
          </w:tcPr>
          <w:p w14:paraId="042C5D9A" w14:textId="77777777" w:rsidR="002C6C0B" w:rsidRPr="006A1AFB" w:rsidRDefault="0039001A" w:rsidP="006A1AFB">
            <w:pPr>
              <w:spacing w:line="360" w:lineRule="auto"/>
              <w:rPr>
                <w:rFonts w:ascii="Arial" w:hAnsi="Arial" w:cs="Arial"/>
                <w:lang w:val="tr-TR"/>
              </w:rPr>
            </w:pPr>
            <w:r w:rsidRPr="006A1AFB">
              <w:rPr>
                <w:rFonts w:ascii="Arial" w:hAnsi="Arial" w:cs="Arial"/>
                <w:lang w:val="tr-TR"/>
              </w:rPr>
              <w:t>Yazılımın Adı (Varsa):</w:t>
            </w:r>
          </w:p>
        </w:tc>
        <w:tc>
          <w:tcPr>
            <w:tcW w:w="3150" w:type="pct"/>
          </w:tcPr>
          <w:p w14:paraId="350F88EE" w14:textId="74773E05" w:rsidR="002C6C0B" w:rsidRPr="006A1AFB" w:rsidRDefault="0039001A" w:rsidP="00060DAC">
            <w:pPr>
              <w:spacing w:line="360" w:lineRule="auto"/>
              <w:rPr>
                <w:rFonts w:ascii="Arial" w:hAnsi="Arial" w:cs="Arial"/>
                <w:i/>
                <w:iCs/>
                <w:color w:val="808080" w:themeColor="background1" w:themeShade="80"/>
                <w:sz w:val="20"/>
                <w:lang w:val="tr-TR"/>
              </w:rPr>
            </w:pPr>
            <w:r w:rsidRPr="006A1AFB">
              <w:rPr>
                <w:rFonts w:ascii="Arial" w:hAnsi="Arial" w:cs="Arial"/>
                <w:i/>
                <w:iCs/>
                <w:color w:val="808080" w:themeColor="background1" w:themeShade="80"/>
                <w:sz w:val="20"/>
                <w:lang w:val="tr-TR"/>
              </w:rPr>
              <w:t>(Eğer talep edilen yazılımın belirli bir adı varsa buraya yazılmalıdır</w:t>
            </w:r>
            <w:r w:rsidR="00060DAC" w:rsidRPr="006A1AFB">
              <w:rPr>
                <w:rFonts w:ascii="Arial" w:hAnsi="Arial" w:cs="Arial"/>
                <w:i/>
                <w:iCs/>
                <w:color w:val="808080" w:themeColor="background1" w:themeShade="80"/>
                <w:sz w:val="20"/>
                <w:lang w:val="tr-TR"/>
              </w:rPr>
              <w:t xml:space="preserve"> </w:t>
            </w:r>
            <w:proofErr w:type="gramStart"/>
            <w:r w:rsidR="00060DAC" w:rsidRPr="006A1AFB">
              <w:rPr>
                <w:rFonts w:ascii="Arial" w:hAnsi="Arial" w:cs="Arial"/>
                <w:i/>
                <w:iCs/>
                <w:color w:val="808080" w:themeColor="background1" w:themeShade="80"/>
                <w:sz w:val="20"/>
                <w:lang w:val="tr-TR"/>
              </w:rPr>
              <w:t>Örneğin</w:t>
            </w:r>
            <w:proofErr w:type="gramEnd"/>
            <w:r w:rsidR="00060DAC" w:rsidRPr="006A1AFB">
              <w:rPr>
                <w:rFonts w:ascii="Arial" w:hAnsi="Arial" w:cs="Arial"/>
                <w:i/>
                <w:iCs/>
                <w:color w:val="808080" w:themeColor="background1" w:themeShade="80"/>
                <w:sz w:val="20"/>
                <w:lang w:val="tr-TR"/>
              </w:rPr>
              <w:t>: SERBİS – MEVSİS vb.</w:t>
            </w:r>
            <w:r w:rsidRPr="006A1AFB">
              <w:rPr>
                <w:rFonts w:ascii="Arial" w:hAnsi="Arial" w:cs="Arial"/>
                <w:i/>
                <w:iCs/>
                <w:color w:val="808080" w:themeColor="background1" w:themeShade="80"/>
                <w:sz w:val="20"/>
                <w:lang w:val="tr-TR"/>
              </w:rPr>
              <w:t>)</w:t>
            </w:r>
          </w:p>
        </w:tc>
      </w:tr>
      <w:tr w:rsidR="002C6C0B" w:rsidRPr="00060DAC" w14:paraId="01D089F9" w14:textId="77777777" w:rsidTr="006A1AFB">
        <w:tc>
          <w:tcPr>
            <w:tcW w:w="1850" w:type="pct"/>
            <w:vAlign w:val="center"/>
          </w:tcPr>
          <w:p w14:paraId="45BF509B" w14:textId="77777777" w:rsidR="002C6C0B" w:rsidRPr="006A1AFB" w:rsidRDefault="0039001A" w:rsidP="006A1AFB">
            <w:pPr>
              <w:spacing w:line="360" w:lineRule="auto"/>
              <w:rPr>
                <w:rFonts w:ascii="Arial" w:hAnsi="Arial" w:cs="Arial"/>
                <w:lang w:val="tr-TR"/>
              </w:rPr>
            </w:pPr>
            <w:r w:rsidRPr="006A1AFB">
              <w:rPr>
                <w:rFonts w:ascii="Arial" w:hAnsi="Arial" w:cs="Arial"/>
                <w:lang w:val="tr-TR"/>
              </w:rPr>
              <w:t>Yazılımın Kullanım Amacı:</w:t>
            </w:r>
          </w:p>
        </w:tc>
        <w:tc>
          <w:tcPr>
            <w:tcW w:w="3150" w:type="pct"/>
          </w:tcPr>
          <w:p w14:paraId="5784196F" w14:textId="77777777" w:rsidR="002C6C0B" w:rsidRPr="006A1AFB" w:rsidRDefault="0039001A" w:rsidP="00060DAC">
            <w:pPr>
              <w:spacing w:line="360" w:lineRule="auto"/>
              <w:rPr>
                <w:rFonts w:ascii="Arial" w:hAnsi="Arial" w:cs="Arial"/>
                <w:i/>
                <w:iCs/>
                <w:color w:val="808080" w:themeColor="background1" w:themeShade="80"/>
                <w:sz w:val="20"/>
                <w:lang w:val="tr-TR"/>
              </w:rPr>
            </w:pPr>
            <w:r w:rsidRPr="006A1AFB">
              <w:rPr>
                <w:rFonts w:ascii="Arial" w:hAnsi="Arial" w:cs="Arial"/>
                <w:i/>
                <w:iCs/>
                <w:color w:val="808080" w:themeColor="background1" w:themeShade="80"/>
                <w:sz w:val="20"/>
                <w:lang w:val="tr-TR"/>
              </w:rPr>
              <w:t>(Bu yazılımın hangi ihtiyacı karşılayacağını ve hangi sorunu çözeceğini lütfen belirtin. Örneğin: "Personel takibini kolaylaştırmak" veya "Stok yönetimindeki hataları azaltmak")</w:t>
            </w:r>
          </w:p>
        </w:tc>
      </w:tr>
      <w:tr w:rsidR="00060DAC" w:rsidRPr="00060DAC" w14:paraId="31A8E4F6" w14:textId="77777777" w:rsidTr="00F54444">
        <w:tc>
          <w:tcPr>
            <w:tcW w:w="5000" w:type="pct"/>
            <w:gridSpan w:val="2"/>
            <w:shd w:val="clear" w:color="auto" w:fill="BFBFBF" w:themeFill="background1" w:themeFillShade="BF"/>
          </w:tcPr>
          <w:p w14:paraId="03B0D35A" w14:textId="5D5B282E" w:rsidR="00060DAC" w:rsidRPr="006A1AFB" w:rsidRDefault="00060DAC" w:rsidP="00060DAC">
            <w:pPr>
              <w:spacing w:line="360" w:lineRule="auto"/>
              <w:rPr>
                <w:rFonts w:ascii="Arial" w:hAnsi="Arial" w:cs="Arial"/>
                <w:b/>
                <w:bCs/>
                <w:lang w:val="tr-TR"/>
              </w:rPr>
            </w:pPr>
            <w:r w:rsidRPr="006A1AFB">
              <w:rPr>
                <w:rFonts w:ascii="Arial" w:hAnsi="Arial" w:cs="Arial"/>
                <w:b/>
                <w:bCs/>
                <w:lang w:val="tr-TR"/>
              </w:rPr>
              <w:t>3. Yazılımın Kullanılacağı Alan ve İşlevleri:</w:t>
            </w:r>
          </w:p>
        </w:tc>
      </w:tr>
      <w:tr w:rsidR="002C6C0B" w:rsidRPr="00060DAC" w14:paraId="7EB174C4" w14:textId="77777777" w:rsidTr="006A1AFB">
        <w:tc>
          <w:tcPr>
            <w:tcW w:w="1850" w:type="pct"/>
            <w:vAlign w:val="center"/>
          </w:tcPr>
          <w:p w14:paraId="37646CDC" w14:textId="77777777" w:rsidR="002C6C0B" w:rsidRPr="006A1AFB" w:rsidRDefault="0039001A" w:rsidP="006A1AFB">
            <w:pPr>
              <w:spacing w:line="360" w:lineRule="auto"/>
              <w:rPr>
                <w:rFonts w:ascii="Arial" w:hAnsi="Arial" w:cs="Arial"/>
                <w:lang w:val="tr-TR"/>
              </w:rPr>
            </w:pPr>
            <w:r w:rsidRPr="006A1AFB">
              <w:rPr>
                <w:rFonts w:ascii="Arial" w:hAnsi="Arial" w:cs="Arial"/>
                <w:lang w:val="tr-TR"/>
              </w:rPr>
              <w:t>Yazılımın Kullanılacağı Alan:</w:t>
            </w:r>
          </w:p>
        </w:tc>
        <w:tc>
          <w:tcPr>
            <w:tcW w:w="3150" w:type="pct"/>
          </w:tcPr>
          <w:p w14:paraId="22B1164E" w14:textId="77538DD6" w:rsidR="002C6C0B" w:rsidRPr="006A1AFB" w:rsidRDefault="0039001A" w:rsidP="00060DAC">
            <w:pPr>
              <w:spacing w:line="360" w:lineRule="auto"/>
              <w:rPr>
                <w:rFonts w:ascii="Arial" w:hAnsi="Arial" w:cs="Arial"/>
                <w:i/>
                <w:iCs/>
                <w:color w:val="808080" w:themeColor="background1" w:themeShade="80"/>
                <w:sz w:val="20"/>
                <w:lang w:val="tr-TR"/>
              </w:rPr>
            </w:pPr>
            <w:r w:rsidRPr="006A1AFB">
              <w:rPr>
                <w:rFonts w:ascii="Arial" w:hAnsi="Arial" w:cs="Arial"/>
                <w:i/>
                <w:iCs/>
                <w:color w:val="808080" w:themeColor="background1" w:themeShade="80"/>
                <w:sz w:val="20"/>
                <w:lang w:val="tr-TR"/>
              </w:rPr>
              <w:t>(Yazılımın kullanılacağı genel alan veya alanlar belirtin</w:t>
            </w:r>
            <w:r w:rsidR="00F54444" w:rsidRPr="006A1AFB">
              <w:rPr>
                <w:rFonts w:ascii="Arial" w:hAnsi="Arial" w:cs="Arial"/>
                <w:i/>
                <w:iCs/>
                <w:color w:val="808080" w:themeColor="background1" w:themeShade="80"/>
                <w:sz w:val="20"/>
                <w:lang w:val="tr-TR"/>
              </w:rPr>
              <w:t>. Örneğin: Başvuru işlemleri, Muhasebe işlemleri vb.</w:t>
            </w:r>
            <w:r w:rsidRPr="006A1AFB">
              <w:rPr>
                <w:rFonts w:ascii="Arial" w:hAnsi="Arial" w:cs="Arial"/>
                <w:i/>
                <w:iCs/>
                <w:color w:val="808080" w:themeColor="background1" w:themeShade="80"/>
                <w:sz w:val="20"/>
                <w:lang w:val="tr-TR"/>
              </w:rPr>
              <w:t>)</w:t>
            </w:r>
          </w:p>
        </w:tc>
      </w:tr>
      <w:tr w:rsidR="002C6C0B" w:rsidRPr="00060DAC" w14:paraId="04ECC7E9" w14:textId="77777777" w:rsidTr="006A1AFB">
        <w:tc>
          <w:tcPr>
            <w:tcW w:w="1850" w:type="pct"/>
            <w:vAlign w:val="center"/>
          </w:tcPr>
          <w:p w14:paraId="78D97983" w14:textId="77777777" w:rsidR="002C6C0B" w:rsidRPr="006A1AFB" w:rsidRDefault="0039001A" w:rsidP="006A1AFB">
            <w:pPr>
              <w:spacing w:line="360" w:lineRule="auto"/>
              <w:rPr>
                <w:rFonts w:ascii="Arial" w:hAnsi="Arial" w:cs="Arial"/>
                <w:lang w:val="tr-TR"/>
              </w:rPr>
            </w:pPr>
            <w:r w:rsidRPr="006A1AFB">
              <w:rPr>
                <w:rFonts w:ascii="Arial" w:hAnsi="Arial" w:cs="Arial"/>
                <w:lang w:val="tr-TR"/>
              </w:rPr>
              <w:t>Yazılımın Yapmasını İstediğiniz İşlemler:</w:t>
            </w:r>
          </w:p>
        </w:tc>
        <w:tc>
          <w:tcPr>
            <w:tcW w:w="3150" w:type="pct"/>
          </w:tcPr>
          <w:p w14:paraId="4A178F99" w14:textId="77777777" w:rsidR="002C6C0B" w:rsidRPr="006A1AFB" w:rsidRDefault="0039001A" w:rsidP="00060DAC">
            <w:pPr>
              <w:spacing w:line="360" w:lineRule="auto"/>
              <w:rPr>
                <w:rFonts w:ascii="Arial" w:hAnsi="Arial" w:cs="Arial"/>
                <w:i/>
                <w:iCs/>
                <w:color w:val="808080" w:themeColor="background1" w:themeShade="80"/>
                <w:sz w:val="20"/>
                <w:lang w:val="tr-TR"/>
              </w:rPr>
            </w:pPr>
            <w:r w:rsidRPr="006A1AFB">
              <w:rPr>
                <w:rFonts w:ascii="Arial" w:hAnsi="Arial" w:cs="Arial"/>
                <w:i/>
                <w:iCs/>
                <w:color w:val="808080" w:themeColor="background1" w:themeShade="80"/>
                <w:sz w:val="20"/>
                <w:lang w:val="tr-TR"/>
              </w:rPr>
              <w:t>(Lütfen ayrıntılı bir şekilde yazılımın hangi işlemleri yapmasını istediğinizi açıklayın. Örneğin: "Veri girişi, raporlama, kullanıcı yönetimi, izin takip" gibi işlemler)</w:t>
            </w:r>
          </w:p>
        </w:tc>
      </w:tr>
      <w:tr w:rsidR="007327AC" w:rsidRPr="00060DAC" w14:paraId="691DA435" w14:textId="77777777" w:rsidTr="006A1AFB">
        <w:tc>
          <w:tcPr>
            <w:tcW w:w="1850" w:type="pct"/>
            <w:vAlign w:val="center"/>
          </w:tcPr>
          <w:p w14:paraId="0ABDFBA2" w14:textId="77777777" w:rsidR="007327AC" w:rsidRPr="006A1AFB" w:rsidRDefault="007327AC" w:rsidP="006A1AFB">
            <w:pPr>
              <w:spacing w:line="360" w:lineRule="auto"/>
              <w:rPr>
                <w:rFonts w:ascii="Arial" w:hAnsi="Arial" w:cs="Arial"/>
                <w:lang w:val="tr-TR"/>
              </w:rPr>
            </w:pPr>
            <w:r w:rsidRPr="006A1AFB">
              <w:rPr>
                <w:rFonts w:ascii="Arial" w:hAnsi="Arial" w:cs="Arial"/>
                <w:lang w:val="tr-TR"/>
              </w:rPr>
              <w:t>İşlem Açıklamaları</w:t>
            </w:r>
          </w:p>
        </w:tc>
        <w:tc>
          <w:tcPr>
            <w:tcW w:w="3150" w:type="pct"/>
          </w:tcPr>
          <w:p w14:paraId="356B1BFE" w14:textId="77777777" w:rsidR="007327AC" w:rsidRPr="006A1AFB" w:rsidRDefault="007327AC" w:rsidP="00060DAC">
            <w:pPr>
              <w:spacing w:line="360" w:lineRule="auto"/>
              <w:rPr>
                <w:rFonts w:ascii="Arial" w:hAnsi="Arial" w:cs="Arial"/>
                <w:i/>
                <w:iCs/>
                <w:color w:val="808080" w:themeColor="background1" w:themeShade="80"/>
                <w:sz w:val="20"/>
                <w:lang w:val="tr-TR"/>
              </w:rPr>
            </w:pPr>
            <w:r w:rsidRPr="006A1AFB">
              <w:rPr>
                <w:rFonts w:ascii="Arial" w:hAnsi="Arial" w:cs="Arial"/>
                <w:i/>
                <w:iCs/>
                <w:color w:val="808080" w:themeColor="background1" w:themeShade="80"/>
                <w:sz w:val="20"/>
                <w:lang w:val="tr-TR"/>
              </w:rPr>
              <w:t>(Yazılımın Yapmasını İstediğiniz İşlemlerin Açıklaması)</w:t>
            </w:r>
          </w:p>
        </w:tc>
      </w:tr>
      <w:tr w:rsidR="007327AC" w:rsidRPr="00060DAC" w14:paraId="1BCCBE18" w14:textId="77777777" w:rsidTr="006A1AFB">
        <w:tc>
          <w:tcPr>
            <w:tcW w:w="5000" w:type="pct"/>
            <w:gridSpan w:val="2"/>
            <w:vAlign w:val="center"/>
          </w:tcPr>
          <w:p w14:paraId="4EBAE626" w14:textId="61165486" w:rsidR="007327AC" w:rsidRPr="006A1AFB" w:rsidRDefault="007327AC" w:rsidP="006A1AFB">
            <w:pPr>
              <w:spacing w:line="360" w:lineRule="auto"/>
              <w:rPr>
                <w:rFonts w:ascii="Arial" w:hAnsi="Arial" w:cs="Arial"/>
                <w:lang w:val="tr-TR"/>
              </w:rPr>
            </w:pPr>
            <w:r w:rsidRPr="006A1AFB">
              <w:rPr>
                <w:rFonts w:ascii="Arial" w:hAnsi="Arial" w:cs="Arial"/>
                <w:lang w:val="tr-TR"/>
              </w:rPr>
              <w:t>(Örneğin Veri Girişi işlemi için</w:t>
            </w:r>
          </w:p>
          <w:p w14:paraId="731C1898" w14:textId="77777777" w:rsidR="007327AC" w:rsidRPr="006A1AFB" w:rsidRDefault="007327AC" w:rsidP="006A1AFB">
            <w:pPr>
              <w:pStyle w:val="ListeParagraf"/>
              <w:numPr>
                <w:ilvl w:val="0"/>
                <w:numId w:val="11"/>
              </w:numPr>
              <w:spacing w:line="360" w:lineRule="auto"/>
              <w:rPr>
                <w:rFonts w:ascii="Arial" w:hAnsi="Arial" w:cs="Arial"/>
                <w:lang w:val="tr-TR"/>
              </w:rPr>
            </w:pPr>
            <w:proofErr w:type="spellStart"/>
            <w:r w:rsidRPr="006A1AFB">
              <w:rPr>
                <w:rFonts w:ascii="Arial" w:hAnsi="Arial" w:cs="Arial"/>
                <w:lang w:val="tr-TR"/>
              </w:rPr>
              <w:lastRenderedPageBreak/>
              <w:t>Tc</w:t>
            </w:r>
            <w:proofErr w:type="spellEnd"/>
            <w:r w:rsidRPr="006A1AFB">
              <w:rPr>
                <w:rFonts w:ascii="Arial" w:hAnsi="Arial" w:cs="Arial"/>
                <w:lang w:val="tr-TR"/>
              </w:rPr>
              <w:t xml:space="preserve"> Kimlik No: 11 Haneli sayısal değer içermeli.</w:t>
            </w:r>
          </w:p>
          <w:p w14:paraId="17E8626D" w14:textId="77777777" w:rsidR="007327AC" w:rsidRPr="006A1AFB" w:rsidRDefault="007327AC" w:rsidP="006A1AFB">
            <w:pPr>
              <w:pStyle w:val="ListeParagraf"/>
              <w:numPr>
                <w:ilvl w:val="0"/>
                <w:numId w:val="11"/>
              </w:numPr>
              <w:spacing w:line="360" w:lineRule="auto"/>
              <w:rPr>
                <w:rFonts w:ascii="Arial" w:hAnsi="Arial" w:cs="Arial"/>
                <w:lang w:val="tr-TR"/>
              </w:rPr>
            </w:pPr>
            <w:r w:rsidRPr="006A1AFB">
              <w:rPr>
                <w:rFonts w:ascii="Arial" w:hAnsi="Arial" w:cs="Arial"/>
                <w:lang w:val="tr-TR"/>
              </w:rPr>
              <w:t xml:space="preserve">Ad </w:t>
            </w:r>
            <w:proofErr w:type="spellStart"/>
            <w:proofErr w:type="gramStart"/>
            <w:r w:rsidRPr="006A1AFB">
              <w:rPr>
                <w:rFonts w:ascii="Arial" w:hAnsi="Arial" w:cs="Arial"/>
                <w:lang w:val="tr-TR"/>
              </w:rPr>
              <w:t>soyad</w:t>
            </w:r>
            <w:proofErr w:type="spellEnd"/>
            <w:r w:rsidRPr="006A1AFB">
              <w:rPr>
                <w:rFonts w:ascii="Arial" w:hAnsi="Arial" w:cs="Arial"/>
                <w:lang w:val="tr-TR"/>
              </w:rPr>
              <w:t xml:space="preserve"> :</w:t>
            </w:r>
            <w:proofErr w:type="gramEnd"/>
            <w:r w:rsidRPr="006A1AFB">
              <w:rPr>
                <w:rFonts w:ascii="Arial" w:hAnsi="Arial" w:cs="Arial"/>
                <w:lang w:val="tr-TR"/>
              </w:rPr>
              <w:t xml:space="preserve"> Zorunlu Alan olmalı</w:t>
            </w:r>
          </w:p>
          <w:p w14:paraId="4914B5F5" w14:textId="77777777" w:rsidR="007327AC" w:rsidRPr="006A1AFB" w:rsidRDefault="007327AC" w:rsidP="006A1AFB">
            <w:pPr>
              <w:pStyle w:val="ListeParagraf"/>
              <w:numPr>
                <w:ilvl w:val="0"/>
                <w:numId w:val="11"/>
              </w:numPr>
              <w:spacing w:line="360" w:lineRule="auto"/>
              <w:rPr>
                <w:rFonts w:ascii="Arial" w:hAnsi="Arial" w:cs="Arial"/>
                <w:lang w:val="tr-TR"/>
              </w:rPr>
            </w:pPr>
            <w:proofErr w:type="gramStart"/>
            <w:r w:rsidRPr="006A1AFB">
              <w:rPr>
                <w:rFonts w:ascii="Arial" w:hAnsi="Arial" w:cs="Arial"/>
                <w:lang w:val="tr-TR"/>
              </w:rPr>
              <w:t>Telefon :</w:t>
            </w:r>
            <w:proofErr w:type="gramEnd"/>
            <w:r w:rsidRPr="006A1AFB">
              <w:rPr>
                <w:rFonts w:ascii="Arial" w:hAnsi="Arial" w:cs="Arial"/>
                <w:lang w:val="tr-TR"/>
              </w:rPr>
              <w:t xml:space="preserve"> Sıfır ile başlamalı ve (###-###-##-##) formatında olmalı</w:t>
            </w:r>
          </w:p>
          <w:p w14:paraId="3A9540FC" w14:textId="77777777" w:rsidR="007327AC" w:rsidRPr="006A1AFB" w:rsidRDefault="007327AC" w:rsidP="006A1AFB">
            <w:pPr>
              <w:pStyle w:val="ListeParagraf"/>
              <w:numPr>
                <w:ilvl w:val="0"/>
                <w:numId w:val="11"/>
              </w:numPr>
              <w:spacing w:line="360" w:lineRule="auto"/>
              <w:rPr>
                <w:rFonts w:ascii="Arial" w:hAnsi="Arial" w:cs="Arial"/>
                <w:lang w:val="tr-TR"/>
              </w:rPr>
            </w:pPr>
            <w:r w:rsidRPr="006A1AFB">
              <w:rPr>
                <w:rFonts w:ascii="Arial" w:hAnsi="Arial" w:cs="Arial"/>
                <w:lang w:val="tr-TR"/>
              </w:rPr>
              <w:t>E-</w:t>
            </w:r>
            <w:proofErr w:type="gramStart"/>
            <w:r w:rsidRPr="006A1AFB">
              <w:rPr>
                <w:rFonts w:ascii="Arial" w:hAnsi="Arial" w:cs="Arial"/>
                <w:lang w:val="tr-TR"/>
              </w:rPr>
              <w:t>posta :</w:t>
            </w:r>
            <w:proofErr w:type="gramEnd"/>
            <w:r w:rsidRPr="006A1AFB">
              <w:rPr>
                <w:rFonts w:ascii="Arial" w:hAnsi="Arial" w:cs="Arial"/>
                <w:lang w:val="tr-TR"/>
              </w:rPr>
              <w:t xml:space="preserve"> Sadece kurumsal e-posta hesabı girilmeli</w:t>
            </w:r>
          </w:p>
          <w:p w14:paraId="0AEADA3E" w14:textId="77777777" w:rsidR="007327AC" w:rsidRPr="006A1AFB" w:rsidRDefault="00F33846" w:rsidP="006A1AFB">
            <w:pPr>
              <w:pStyle w:val="ListeParagraf"/>
              <w:numPr>
                <w:ilvl w:val="0"/>
                <w:numId w:val="11"/>
              </w:numPr>
              <w:spacing w:line="360" w:lineRule="auto"/>
              <w:rPr>
                <w:rFonts w:ascii="Arial" w:hAnsi="Arial" w:cs="Arial"/>
                <w:lang w:val="tr-TR"/>
              </w:rPr>
            </w:pPr>
            <w:proofErr w:type="gramStart"/>
            <w:r w:rsidRPr="006A1AFB">
              <w:rPr>
                <w:rFonts w:ascii="Arial" w:hAnsi="Arial" w:cs="Arial"/>
                <w:lang w:val="tr-TR"/>
              </w:rPr>
              <w:t>Birimi :</w:t>
            </w:r>
            <w:proofErr w:type="gramEnd"/>
            <w:r w:rsidRPr="006A1AFB">
              <w:rPr>
                <w:rFonts w:ascii="Arial" w:hAnsi="Arial" w:cs="Arial"/>
                <w:lang w:val="tr-TR"/>
              </w:rPr>
              <w:t xml:space="preserve"> Üniversitemiz Birimleri arasından seçim yapmalı</w:t>
            </w:r>
          </w:p>
          <w:p w14:paraId="51FE1732" w14:textId="283D8E4E" w:rsidR="007327AC" w:rsidRPr="00060DAC" w:rsidRDefault="00C16BBB" w:rsidP="006A1AFB">
            <w:pPr>
              <w:pStyle w:val="ListeParagraf"/>
              <w:numPr>
                <w:ilvl w:val="0"/>
                <w:numId w:val="11"/>
              </w:numPr>
              <w:spacing w:line="360" w:lineRule="auto"/>
              <w:rPr>
                <w:rFonts w:ascii="Times New Roman" w:hAnsi="Times New Roman" w:cs="Times New Roman"/>
                <w:lang w:val="tr-TR"/>
              </w:rPr>
            </w:pPr>
            <w:r w:rsidRPr="006A1AFB">
              <w:rPr>
                <w:rFonts w:ascii="Arial" w:hAnsi="Arial" w:cs="Arial"/>
                <w:lang w:val="tr-TR"/>
              </w:rPr>
              <w:t>Tüm Bilgilerinin doğruluğunu Kabul ettiğine dair bilgi içermeli.</w:t>
            </w:r>
            <w:r w:rsidR="00A752C5" w:rsidRPr="006A1AFB">
              <w:rPr>
                <w:rFonts w:ascii="Arial" w:hAnsi="Arial" w:cs="Arial"/>
                <w:lang w:val="tr-TR"/>
              </w:rPr>
              <w:t>)</w:t>
            </w:r>
          </w:p>
        </w:tc>
      </w:tr>
      <w:tr w:rsidR="00060DAC" w:rsidRPr="00060DAC" w14:paraId="4AF6E0A1" w14:textId="77777777" w:rsidTr="00F54444">
        <w:tc>
          <w:tcPr>
            <w:tcW w:w="5000" w:type="pct"/>
            <w:gridSpan w:val="2"/>
            <w:shd w:val="clear" w:color="auto" w:fill="BFBFBF" w:themeFill="background1" w:themeFillShade="BF"/>
          </w:tcPr>
          <w:p w14:paraId="1D290D7B" w14:textId="0CAF4ECA" w:rsidR="00060DAC" w:rsidRPr="006A1AFB" w:rsidRDefault="00060DAC" w:rsidP="00060DAC">
            <w:pPr>
              <w:spacing w:line="360" w:lineRule="auto"/>
              <w:rPr>
                <w:rFonts w:ascii="Arial" w:hAnsi="Arial" w:cs="Arial"/>
                <w:b/>
                <w:bCs/>
                <w:lang w:val="tr-TR"/>
              </w:rPr>
            </w:pPr>
            <w:r w:rsidRPr="006A1AFB">
              <w:rPr>
                <w:rFonts w:ascii="Arial" w:hAnsi="Arial" w:cs="Arial"/>
                <w:b/>
                <w:bCs/>
                <w:lang w:val="tr-TR"/>
              </w:rPr>
              <w:lastRenderedPageBreak/>
              <w:t>4. Kullanıcı Bilgileri (Hedef Kitle):</w:t>
            </w:r>
          </w:p>
        </w:tc>
      </w:tr>
      <w:tr w:rsidR="002C6C0B" w:rsidRPr="00060DAC" w14:paraId="27C56A5B" w14:textId="77777777" w:rsidTr="006A1AFB">
        <w:tc>
          <w:tcPr>
            <w:tcW w:w="1850" w:type="pct"/>
            <w:vAlign w:val="center"/>
          </w:tcPr>
          <w:p w14:paraId="7C145C1F" w14:textId="77777777" w:rsidR="002C6C0B" w:rsidRPr="006A1AFB" w:rsidRDefault="0039001A" w:rsidP="006A1AFB">
            <w:pPr>
              <w:spacing w:line="360" w:lineRule="auto"/>
              <w:rPr>
                <w:rFonts w:ascii="Arial" w:hAnsi="Arial" w:cs="Arial"/>
                <w:lang w:val="tr-TR"/>
              </w:rPr>
            </w:pPr>
            <w:r w:rsidRPr="006A1AFB">
              <w:rPr>
                <w:rFonts w:ascii="Arial" w:hAnsi="Arial" w:cs="Arial"/>
                <w:lang w:val="tr-TR"/>
              </w:rPr>
              <w:t>Yazılımı Kullanacak Kişi Sayısı:</w:t>
            </w:r>
          </w:p>
        </w:tc>
        <w:tc>
          <w:tcPr>
            <w:tcW w:w="3150" w:type="pct"/>
          </w:tcPr>
          <w:p w14:paraId="341F1716" w14:textId="77777777" w:rsidR="002C6C0B" w:rsidRPr="006A1AFB" w:rsidRDefault="0039001A" w:rsidP="00060DAC">
            <w:pPr>
              <w:spacing w:line="360" w:lineRule="auto"/>
              <w:rPr>
                <w:rFonts w:ascii="Arial" w:hAnsi="Arial" w:cs="Arial"/>
                <w:i/>
                <w:iCs/>
                <w:color w:val="808080" w:themeColor="background1" w:themeShade="80"/>
                <w:sz w:val="20"/>
                <w:lang w:val="tr-TR"/>
              </w:rPr>
            </w:pPr>
            <w:r w:rsidRPr="006A1AFB">
              <w:rPr>
                <w:rFonts w:ascii="Arial" w:hAnsi="Arial" w:cs="Arial"/>
                <w:i/>
                <w:iCs/>
                <w:color w:val="808080" w:themeColor="background1" w:themeShade="80"/>
                <w:sz w:val="20"/>
                <w:lang w:val="tr-TR"/>
              </w:rPr>
              <w:t>(Yazılımı kaç kişinin kullanacağını belirtin)</w:t>
            </w:r>
          </w:p>
        </w:tc>
        <w:bookmarkStart w:id="0" w:name="_GoBack"/>
        <w:bookmarkEnd w:id="0"/>
      </w:tr>
      <w:tr w:rsidR="002C6C0B" w:rsidRPr="00060DAC" w14:paraId="37D02AEE" w14:textId="77777777" w:rsidTr="006A1AFB">
        <w:tc>
          <w:tcPr>
            <w:tcW w:w="1850" w:type="pct"/>
            <w:vAlign w:val="center"/>
          </w:tcPr>
          <w:p w14:paraId="5B8DE3D9" w14:textId="77777777" w:rsidR="002C6C0B" w:rsidRPr="006A1AFB" w:rsidRDefault="0039001A" w:rsidP="006A1AFB">
            <w:pPr>
              <w:spacing w:line="360" w:lineRule="auto"/>
              <w:rPr>
                <w:rFonts w:ascii="Arial" w:hAnsi="Arial" w:cs="Arial"/>
                <w:lang w:val="tr-TR"/>
              </w:rPr>
            </w:pPr>
            <w:r w:rsidRPr="006A1AFB">
              <w:rPr>
                <w:rFonts w:ascii="Arial" w:hAnsi="Arial" w:cs="Arial"/>
                <w:lang w:val="tr-TR"/>
              </w:rPr>
              <w:t>Kullanıcıların Görevleri:</w:t>
            </w:r>
          </w:p>
        </w:tc>
        <w:tc>
          <w:tcPr>
            <w:tcW w:w="3150" w:type="pct"/>
          </w:tcPr>
          <w:p w14:paraId="6D6ADDE9" w14:textId="46DBA5C3" w:rsidR="002C6C0B" w:rsidRPr="006A1AFB" w:rsidRDefault="0039001A" w:rsidP="00060DAC">
            <w:pPr>
              <w:spacing w:line="360" w:lineRule="auto"/>
              <w:rPr>
                <w:rFonts w:ascii="Arial" w:hAnsi="Arial" w:cs="Arial"/>
                <w:i/>
                <w:iCs/>
                <w:color w:val="808080" w:themeColor="background1" w:themeShade="80"/>
                <w:sz w:val="20"/>
                <w:lang w:val="tr-TR"/>
              </w:rPr>
            </w:pPr>
            <w:r w:rsidRPr="006A1AFB">
              <w:rPr>
                <w:rFonts w:ascii="Arial" w:hAnsi="Arial" w:cs="Arial"/>
                <w:i/>
                <w:iCs/>
                <w:color w:val="808080" w:themeColor="background1" w:themeShade="80"/>
                <w:sz w:val="20"/>
                <w:lang w:val="tr-TR"/>
              </w:rPr>
              <w:t>(Örneğin: Yönetici, Memur, Teknik Personel vb. Yazılımı kullanacak kişilerin görevleri</w:t>
            </w:r>
            <w:r w:rsidR="00060DAC" w:rsidRPr="006A1AFB">
              <w:rPr>
                <w:rFonts w:ascii="Arial" w:hAnsi="Arial" w:cs="Arial"/>
                <w:i/>
                <w:iCs/>
                <w:color w:val="808080" w:themeColor="background1" w:themeShade="80"/>
                <w:sz w:val="20"/>
                <w:lang w:val="tr-TR"/>
              </w:rPr>
              <w:t>,</w:t>
            </w:r>
            <w:r w:rsidRPr="006A1AFB">
              <w:rPr>
                <w:rFonts w:ascii="Arial" w:hAnsi="Arial" w:cs="Arial"/>
                <w:i/>
                <w:iCs/>
                <w:color w:val="808080" w:themeColor="background1" w:themeShade="80"/>
                <w:sz w:val="20"/>
                <w:lang w:val="tr-TR"/>
              </w:rPr>
              <w:t xml:space="preserve"> pozisyonları</w:t>
            </w:r>
            <w:r w:rsidR="00060DAC" w:rsidRPr="006A1AFB">
              <w:rPr>
                <w:rFonts w:ascii="Arial" w:hAnsi="Arial" w:cs="Arial"/>
                <w:i/>
                <w:iCs/>
                <w:color w:val="808080" w:themeColor="background1" w:themeShade="80"/>
                <w:sz w:val="20"/>
                <w:lang w:val="tr-TR"/>
              </w:rPr>
              <w:t xml:space="preserve"> veya yetkileri</w:t>
            </w:r>
            <w:r w:rsidRPr="006A1AFB">
              <w:rPr>
                <w:rFonts w:ascii="Arial" w:hAnsi="Arial" w:cs="Arial"/>
                <w:i/>
                <w:iCs/>
                <w:color w:val="808080" w:themeColor="background1" w:themeShade="80"/>
                <w:sz w:val="20"/>
                <w:lang w:val="tr-TR"/>
              </w:rPr>
              <w:t>)</w:t>
            </w:r>
          </w:p>
        </w:tc>
      </w:tr>
      <w:tr w:rsidR="002C6C0B" w:rsidRPr="00060DAC" w14:paraId="75217EB5" w14:textId="77777777" w:rsidTr="006A1AFB">
        <w:tc>
          <w:tcPr>
            <w:tcW w:w="1850" w:type="pct"/>
            <w:vAlign w:val="center"/>
          </w:tcPr>
          <w:p w14:paraId="480BCCE5" w14:textId="77777777" w:rsidR="002C6C0B" w:rsidRPr="006A1AFB" w:rsidRDefault="0039001A" w:rsidP="006A1AFB">
            <w:pPr>
              <w:spacing w:line="360" w:lineRule="auto"/>
              <w:rPr>
                <w:rFonts w:ascii="Arial" w:hAnsi="Arial" w:cs="Arial"/>
                <w:sz w:val="20"/>
                <w:lang w:val="tr-TR"/>
              </w:rPr>
            </w:pPr>
            <w:r w:rsidRPr="006A1AFB">
              <w:rPr>
                <w:rFonts w:ascii="Arial" w:hAnsi="Arial" w:cs="Arial"/>
                <w:sz w:val="20"/>
                <w:lang w:val="tr-TR"/>
              </w:rPr>
              <w:t>Kullanıcıların Yazılımı Kullanma Düzeyi:</w:t>
            </w:r>
          </w:p>
        </w:tc>
        <w:tc>
          <w:tcPr>
            <w:tcW w:w="3150" w:type="pct"/>
          </w:tcPr>
          <w:p w14:paraId="07C03E44" w14:textId="77777777" w:rsidR="002C6C0B" w:rsidRPr="006A1AFB" w:rsidRDefault="0039001A" w:rsidP="00060DAC">
            <w:pPr>
              <w:spacing w:line="360" w:lineRule="auto"/>
              <w:rPr>
                <w:rFonts w:ascii="Arial" w:hAnsi="Arial" w:cs="Arial"/>
                <w:i/>
                <w:iCs/>
                <w:color w:val="808080" w:themeColor="background1" w:themeShade="80"/>
                <w:sz w:val="20"/>
                <w:lang w:val="tr-TR"/>
              </w:rPr>
            </w:pPr>
            <w:r w:rsidRPr="006A1AFB">
              <w:rPr>
                <w:rFonts w:ascii="Arial" w:hAnsi="Arial" w:cs="Arial"/>
                <w:i/>
                <w:iCs/>
                <w:color w:val="808080" w:themeColor="background1" w:themeShade="80"/>
                <w:sz w:val="20"/>
                <w:lang w:val="tr-TR"/>
              </w:rPr>
              <w:t>(Başlangıç: Temel bilgisayar ve yazılım bilgisine sahip, Orta: Genel yazılım ve bilgisayar kullanımında deneyimli, İleri: Yüksek düzeyde yazılım ve bilgisayar bilgisine sahip)</w:t>
            </w:r>
          </w:p>
        </w:tc>
      </w:tr>
      <w:tr w:rsidR="00060DAC" w:rsidRPr="00060DAC" w14:paraId="6E60160E" w14:textId="77777777" w:rsidTr="00F54444">
        <w:tc>
          <w:tcPr>
            <w:tcW w:w="5000" w:type="pct"/>
            <w:gridSpan w:val="2"/>
            <w:shd w:val="clear" w:color="auto" w:fill="BFBFBF" w:themeFill="background1" w:themeFillShade="BF"/>
          </w:tcPr>
          <w:p w14:paraId="1E243709" w14:textId="03879F06" w:rsidR="00060DAC" w:rsidRPr="006A1AFB" w:rsidRDefault="00060DAC" w:rsidP="00060DAC">
            <w:pPr>
              <w:spacing w:line="360" w:lineRule="auto"/>
              <w:rPr>
                <w:rFonts w:ascii="Arial" w:hAnsi="Arial" w:cs="Arial"/>
                <w:b/>
                <w:bCs/>
                <w:lang w:val="tr-TR"/>
              </w:rPr>
            </w:pPr>
            <w:r w:rsidRPr="006A1AFB">
              <w:rPr>
                <w:rFonts w:ascii="Arial" w:hAnsi="Arial" w:cs="Arial"/>
                <w:b/>
                <w:bCs/>
                <w:lang w:val="tr-TR"/>
              </w:rPr>
              <w:t>5. Mevcut Sistem Bilgileri:</w:t>
            </w:r>
          </w:p>
        </w:tc>
      </w:tr>
      <w:tr w:rsidR="002C6C0B" w:rsidRPr="00060DAC" w14:paraId="507A5101" w14:textId="77777777" w:rsidTr="006A1AFB">
        <w:tc>
          <w:tcPr>
            <w:tcW w:w="1850" w:type="pct"/>
            <w:vAlign w:val="center"/>
          </w:tcPr>
          <w:p w14:paraId="773B035B" w14:textId="77777777" w:rsidR="002C6C0B" w:rsidRPr="006A1AFB" w:rsidRDefault="0039001A" w:rsidP="006A1AFB">
            <w:pPr>
              <w:spacing w:line="360" w:lineRule="auto"/>
              <w:rPr>
                <w:rFonts w:ascii="Arial" w:hAnsi="Arial" w:cs="Arial"/>
                <w:lang w:val="tr-TR"/>
              </w:rPr>
            </w:pPr>
            <w:r w:rsidRPr="006A1AFB">
              <w:rPr>
                <w:rFonts w:ascii="Arial" w:hAnsi="Arial" w:cs="Arial"/>
                <w:lang w:val="tr-TR"/>
              </w:rPr>
              <w:t>Şu Anda Kullandığınız Benzer Bir Yazılım Var mı?</w:t>
            </w:r>
          </w:p>
        </w:tc>
        <w:tc>
          <w:tcPr>
            <w:tcW w:w="3150" w:type="pct"/>
          </w:tcPr>
          <w:p w14:paraId="2DFCA608" w14:textId="77777777" w:rsidR="002C6C0B" w:rsidRPr="006A1AFB" w:rsidRDefault="0039001A" w:rsidP="00060DAC">
            <w:pPr>
              <w:spacing w:line="360" w:lineRule="auto"/>
              <w:rPr>
                <w:rFonts w:ascii="Arial" w:hAnsi="Arial" w:cs="Arial"/>
                <w:i/>
                <w:iCs/>
                <w:color w:val="808080" w:themeColor="background1" w:themeShade="80"/>
                <w:sz w:val="20"/>
                <w:lang w:val="tr-TR"/>
              </w:rPr>
            </w:pPr>
            <w:r w:rsidRPr="006A1AFB">
              <w:rPr>
                <w:rFonts w:ascii="Arial" w:hAnsi="Arial" w:cs="Arial"/>
                <w:i/>
                <w:iCs/>
                <w:color w:val="808080" w:themeColor="background1" w:themeShade="80"/>
                <w:sz w:val="20"/>
                <w:lang w:val="tr-TR"/>
              </w:rPr>
              <w:t>(Evet/Hayır)</w:t>
            </w:r>
          </w:p>
        </w:tc>
      </w:tr>
      <w:tr w:rsidR="002C6C0B" w:rsidRPr="00060DAC" w14:paraId="12227F0D" w14:textId="77777777" w:rsidTr="006A1AFB">
        <w:tc>
          <w:tcPr>
            <w:tcW w:w="1850" w:type="pct"/>
            <w:vAlign w:val="center"/>
          </w:tcPr>
          <w:p w14:paraId="7F8273DE" w14:textId="77777777" w:rsidR="002C6C0B" w:rsidRPr="006A1AFB" w:rsidRDefault="0039001A" w:rsidP="006A1AFB">
            <w:pPr>
              <w:spacing w:line="360" w:lineRule="auto"/>
              <w:rPr>
                <w:rFonts w:ascii="Arial" w:hAnsi="Arial" w:cs="Arial"/>
                <w:lang w:val="tr-TR"/>
              </w:rPr>
            </w:pPr>
            <w:r w:rsidRPr="006A1AFB">
              <w:rPr>
                <w:rFonts w:ascii="Arial" w:hAnsi="Arial" w:cs="Arial"/>
                <w:lang w:val="tr-TR"/>
              </w:rPr>
              <w:t>Varsa, Mevcut Yazılımın Adı:</w:t>
            </w:r>
          </w:p>
        </w:tc>
        <w:tc>
          <w:tcPr>
            <w:tcW w:w="3150" w:type="pct"/>
          </w:tcPr>
          <w:p w14:paraId="4AA40A0D" w14:textId="77777777" w:rsidR="002C6C0B" w:rsidRPr="006A1AFB" w:rsidRDefault="0039001A" w:rsidP="00060DAC">
            <w:pPr>
              <w:spacing w:line="360" w:lineRule="auto"/>
              <w:rPr>
                <w:rFonts w:ascii="Arial" w:hAnsi="Arial" w:cs="Arial"/>
                <w:i/>
                <w:iCs/>
                <w:color w:val="808080" w:themeColor="background1" w:themeShade="80"/>
                <w:sz w:val="20"/>
                <w:lang w:val="tr-TR"/>
              </w:rPr>
            </w:pPr>
            <w:r w:rsidRPr="006A1AFB">
              <w:rPr>
                <w:rFonts w:ascii="Arial" w:hAnsi="Arial" w:cs="Arial"/>
                <w:i/>
                <w:iCs/>
                <w:color w:val="808080" w:themeColor="background1" w:themeShade="80"/>
                <w:sz w:val="20"/>
                <w:lang w:val="tr-TR"/>
              </w:rPr>
              <w:t>(Eğer şu anda kullandığınız benzer bir yazılım varsa, bu yazılımın adını belirtin)</w:t>
            </w:r>
          </w:p>
        </w:tc>
      </w:tr>
      <w:tr w:rsidR="002C6C0B" w:rsidRPr="00060DAC" w14:paraId="4D7ED105" w14:textId="77777777" w:rsidTr="006A1AFB">
        <w:tc>
          <w:tcPr>
            <w:tcW w:w="1850" w:type="pct"/>
            <w:vAlign w:val="center"/>
          </w:tcPr>
          <w:p w14:paraId="5070BF88" w14:textId="77777777" w:rsidR="002C6C0B" w:rsidRPr="006A1AFB" w:rsidRDefault="0039001A" w:rsidP="006A1AFB">
            <w:pPr>
              <w:spacing w:line="360" w:lineRule="auto"/>
              <w:rPr>
                <w:rFonts w:ascii="Arial" w:hAnsi="Arial" w:cs="Arial"/>
                <w:lang w:val="tr-TR"/>
              </w:rPr>
            </w:pPr>
            <w:r w:rsidRPr="006A1AFB">
              <w:rPr>
                <w:rFonts w:ascii="Arial" w:hAnsi="Arial" w:cs="Arial"/>
                <w:lang w:val="tr-TR"/>
              </w:rPr>
              <w:t>Mevcut Yazılımın Eksiklikleri ve Yeni Yazılımdan Beklentileriniz:</w:t>
            </w:r>
          </w:p>
        </w:tc>
        <w:tc>
          <w:tcPr>
            <w:tcW w:w="3150" w:type="pct"/>
          </w:tcPr>
          <w:p w14:paraId="1070ABE3" w14:textId="77777777" w:rsidR="002C6C0B" w:rsidRPr="006A1AFB" w:rsidRDefault="0039001A" w:rsidP="00060DAC">
            <w:pPr>
              <w:spacing w:line="360" w:lineRule="auto"/>
              <w:rPr>
                <w:rFonts w:ascii="Arial" w:hAnsi="Arial" w:cs="Arial"/>
                <w:i/>
                <w:iCs/>
                <w:color w:val="808080" w:themeColor="background1" w:themeShade="80"/>
                <w:sz w:val="20"/>
                <w:lang w:val="tr-TR"/>
              </w:rPr>
            </w:pPr>
            <w:r w:rsidRPr="006A1AFB">
              <w:rPr>
                <w:rFonts w:ascii="Arial" w:hAnsi="Arial" w:cs="Arial"/>
                <w:i/>
                <w:iCs/>
                <w:color w:val="808080" w:themeColor="background1" w:themeShade="80"/>
                <w:sz w:val="20"/>
                <w:lang w:val="tr-TR"/>
              </w:rPr>
              <w:t>(Mevcut yazılımın eksik kaldığı noktalar ve yeni yazılımdan beklentileriniz nelerdir? Örneğin: "Mevcut yazılım raporlama konusunda yetersiz, yeni yazılımın daha detaylı raporlar sunmasını istiyoruz")</w:t>
            </w:r>
          </w:p>
        </w:tc>
      </w:tr>
      <w:tr w:rsidR="00060DAC" w:rsidRPr="00060DAC" w14:paraId="61A9F649" w14:textId="77777777" w:rsidTr="00F54444">
        <w:tc>
          <w:tcPr>
            <w:tcW w:w="5000" w:type="pct"/>
            <w:gridSpan w:val="2"/>
            <w:shd w:val="clear" w:color="auto" w:fill="BFBFBF" w:themeFill="background1" w:themeFillShade="BF"/>
          </w:tcPr>
          <w:p w14:paraId="5E2F8FBC" w14:textId="7537B6C0" w:rsidR="00060DAC" w:rsidRPr="006A1AFB" w:rsidRDefault="00060DAC" w:rsidP="00060DAC">
            <w:pPr>
              <w:spacing w:line="360" w:lineRule="auto"/>
              <w:rPr>
                <w:rFonts w:ascii="Arial" w:hAnsi="Arial" w:cs="Arial"/>
                <w:b/>
                <w:bCs/>
                <w:lang w:val="tr-TR"/>
              </w:rPr>
            </w:pPr>
            <w:r w:rsidRPr="006A1AFB">
              <w:rPr>
                <w:rFonts w:ascii="Arial" w:hAnsi="Arial" w:cs="Arial"/>
                <w:b/>
                <w:bCs/>
                <w:lang w:val="tr-TR"/>
              </w:rPr>
              <w:t>6. Diğer Önemli Bilgiler:</w:t>
            </w:r>
          </w:p>
        </w:tc>
      </w:tr>
      <w:tr w:rsidR="002C6C0B" w:rsidRPr="00060DAC" w14:paraId="07A78995" w14:textId="77777777" w:rsidTr="006A1AFB">
        <w:tc>
          <w:tcPr>
            <w:tcW w:w="1850" w:type="pct"/>
            <w:vAlign w:val="center"/>
          </w:tcPr>
          <w:p w14:paraId="505A4A4D" w14:textId="77777777" w:rsidR="002C6C0B" w:rsidRPr="006A1AFB" w:rsidRDefault="0039001A" w:rsidP="006A1AFB">
            <w:pPr>
              <w:spacing w:line="360" w:lineRule="auto"/>
              <w:rPr>
                <w:rFonts w:ascii="Arial" w:hAnsi="Arial" w:cs="Arial"/>
                <w:lang w:val="tr-TR"/>
              </w:rPr>
            </w:pPr>
            <w:r w:rsidRPr="006A1AFB">
              <w:rPr>
                <w:rFonts w:ascii="Arial" w:hAnsi="Arial" w:cs="Arial"/>
                <w:lang w:val="tr-TR"/>
              </w:rPr>
              <w:t>Ekstra Notlar ve Açıklamalar:</w:t>
            </w:r>
          </w:p>
        </w:tc>
        <w:tc>
          <w:tcPr>
            <w:tcW w:w="3150" w:type="pct"/>
          </w:tcPr>
          <w:p w14:paraId="32E14883" w14:textId="77777777" w:rsidR="002C6C0B" w:rsidRPr="006A1AFB" w:rsidRDefault="0039001A" w:rsidP="00060DAC">
            <w:pPr>
              <w:spacing w:line="360" w:lineRule="auto"/>
              <w:rPr>
                <w:rFonts w:ascii="Arial" w:hAnsi="Arial" w:cs="Arial"/>
                <w:sz w:val="20"/>
                <w:lang w:val="tr-TR"/>
              </w:rPr>
            </w:pPr>
            <w:r w:rsidRPr="006A1AFB">
              <w:rPr>
                <w:rFonts w:ascii="Arial" w:hAnsi="Arial" w:cs="Arial"/>
                <w:i/>
                <w:iCs/>
                <w:color w:val="808080" w:themeColor="background1" w:themeShade="80"/>
                <w:sz w:val="20"/>
                <w:lang w:val="tr-TR"/>
              </w:rPr>
              <w:t>(Yazılım ile ilgili diğer tüm detayları buraya yazabilirsiniz. Örneğin: "Yedekleme özelliği önemli" vb.)</w:t>
            </w:r>
          </w:p>
        </w:tc>
      </w:tr>
      <w:tr w:rsidR="00060DAC" w:rsidRPr="00060DAC" w14:paraId="5DF346CB" w14:textId="77777777" w:rsidTr="00F54444">
        <w:tc>
          <w:tcPr>
            <w:tcW w:w="5000" w:type="pct"/>
            <w:gridSpan w:val="2"/>
            <w:shd w:val="clear" w:color="auto" w:fill="BFBFBF" w:themeFill="background1" w:themeFillShade="BF"/>
          </w:tcPr>
          <w:p w14:paraId="14495FF7" w14:textId="23961ECA" w:rsidR="00060DAC" w:rsidRPr="006A1AFB" w:rsidRDefault="00060DAC" w:rsidP="00060DAC">
            <w:pPr>
              <w:spacing w:line="360" w:lineRule="auto"/>
              <w:rPr>
                <w:rFonts w:ascii="Arial" w:hAnsi="Arial" w:cs="Arial"/>
                <w:b/>
                <w:bCs/>
                <w:lang w:val="tr-TR"/>
              </w:rPr>
            </w:pPr>
            <w:r w:rsidRPr="006A1AFB">
              <w:rPr>
                <w:rFonts w:ascii="Arial" w:hAnsi="Arial" w:cs="Arial"/>
                <w:b/>
                <w:bCs/>
                <w:lang w:val="tr-TR"/>
              </w:rPr>
              <w:t>7. Onay ve İmza:</w:t>
            </w:r>
          </w:p>
        </w:tc>
      </w:tr>
      <w:tr w:rsidR="002C6C0B" w:rsidRPr="00060DAC" w14:paraId="512A68B3" w14:textId="77777777" w:rsidTr="006A1AFB">
        <w:trPr>
          <w:trHeight w:val="677"/>
        </w:trPr>
        <w:tc>
          <w:tcPr>
            <w:tcW w:w="1850" w:type="pct"/>
            <w:vAlign w:val="center"/>
          </w:tcPr>
          <w:p w14:paraId="58EFBF33" w14:textId="77777777" w:rsidR="002C6C0B" w:rsidRPr="006A1AFB" w:rsidRDefault="0039001A" w:rsidP="006A1AFB">
            <w:pPr>
              <w:spacing w:line="360" w:lineRule="auto"/>
              <w:rPr>
                <w:rFonts w:ascii="Arial" w:hAnsi="Arial" w:cs="Arial"/>
                <w:lang w:val="tr-TR"/>
              </w:rPr>
            </w:pPr>
            <w:r w:rsidRPr="006A1AFB">
              <w:rPr>
                <w:rFonts w:ascii="Arial" w:hAnsi="Arial" w:cs="Arial"/>
                <w:lang w:val="tr-TR"/>
              </w:rPr>
              <w:t>Talepte Bulunan Kişinin İmzası:</w:t>
            </w:r>
          </w:p>
        </w:tc>
        <w:tc>
          <w:tcPr>
            <w:tcW w:w="3150" w:type="pct"/>
          </w:tcPr>
          <w:p w14:paraId="0086DF1F" w14:textId="0B21C5D0" w:rsidR="00F54444" w:rsidRPr="006A1AFB" w:rsidRDefault="0039001A" w:rsidP="00445B85">
            <w:pPr>
              <w:spacing w:line="360" w:lineRule="auto"/>
              <w:rPr>
                <w:rFonts w:ascii="Arial" w:hAnsi="Arial" w:cs="Arial"/>
                <w:i/>
                <w:iCs/>
                <w:color w:val="808080" w:themeColor="background1" w:themeShade="80"/>
                <w:sz w:val="20"/>
                <w:lang w:val="tr-TR"/>
              </w:rPr>
            </w:pPr>
            <w:r w:rsidRPr="006A1AFB">
              <w:rPr>
                <w:rFonts w:ascii="Arial" w:hAnsi="Arial" w:cs="Arial"/>
                <w:i/>
                <w:iCs/>
                <w:color w:val="808080" w:themeColor="background1" w:themeShade="80"/>
                <w:sz w:val="20"/>
                <w:lang w:val="tr-TR"/>
              </w:rPr>
              <w:t>(Talepte bulunan kişinin imzası)</w:t>
            </w:r>
          </w:p>
        </w:tc>
      </w:tr>
      <w:tr w:rsidR="002C6C0B" w:rsidRPr="00060DAC" w14:paraId="38BDAD96" w14:textId="77777777" w:rsidTr="006A1AFB">
        <w:trPr>
          <w:trHeight w:val="698"/>
        </w:trPr>
        <w:tc>
          <w:tcPr>
            <w:tcW w:w="1850" w:type="pct"/>
            <w:vAlign w:val="center"/>
          </w:tcPr>
          <w:p w14:paraId="62FF7CF5" w14:textId="77777777" w:rsidR="002C6C0B" w:rsidRPr="006A1AFB" w:rsidRDefault="0039001A" w:rsidP="006A1AFB">
            <w:pPr>
              <w:spacing w:line="360" w:lineRule="auto"/>
              <w:rPr>
                <w:rFonts w:ascii="Arial" w:hAnsi="Arial" w:cs="Arial"/>
                <w:lang w:val="tr-TR"/>
              </w:rPr>
            </w:pPr>
            <w:r w:rsidRPr="006A1AFB">
              <w:rPr>
                <w:rFonts w:ascii="Arial" w:hAnsi="Arial" w:cs="Arial"/>
                <w:lang w:val="tr-TR"/>
              </w:rPr>
              <w:t>Tarih:</w:t>
            </w:r>
          </w:p>
        </w:tc>
        <w:tc>
          <w:tcPr>
            <w:tcW w:w="3150" w:type="pct"/>
          </w:tcPr>
          <w:p w14:paraId="7E69B7D0" w14:textId="77777777" w:rsidR="002C6C0B" w:rsidRPr="006A1AFB" w:rsidRDefault="0039001A" w:rsidP="00060DAC">
            <w:pPr>
              <w:spacing w:line="360" w:lineRule="auto"/>
              <w:rPr>
                <w:rFonts w:ascii="Arial" w:hAnsi="Arial" w:cs="Arial"/>
                <w:i/>
                <w:iCs/>
                <w:color w:val="808080" w:themeColor="background1" w:themeShade="80"/>
                <w:sz w:val="20"/>
                <w:lang w:val="tr-TR"/>
              </w:rPr>
            </w:pPr>
            <w:r w:rsidRPr="006A1AFB">
              <w:rPr>
                <w:rFonts w:ascii="Arial" w:hAnsi="Arial" w:cs="Arial"/>
                <w:i/>
                <w:iCs/>
                <w:color w:val="808080" w:themeColor="background1" w:themeShade="80"/>
                <w:sz w:val="20"/>
                <w:lang w:val="tr-TR"/>
              </w:rPr>
              <w:t>(Talebin yapıldığı tarih)</w:t>
            </w:r>
          </w:p>
        </w:tc>
      </w:tr>
    </w:tbl>
    <w:p w14:paraId="4886952F" w14:textId="77777777" w:rsidR="0055375B" w:rsidRDefault="0055375B" w:rsidP="0055375B">
      <w:pPr>
        <w:rPr>
          <w:rFonts w:ascii="Times New Roman" w:hAnsi="Times New Roman" w:cs="Times New Roman"/>
          <w:lang w:val="tr-TR"/>
        </w:rPr>
      </w:pPr>
    </w:p>
    <w:sectPr w:rsidR="0055375B" w:rsidSect="00060DAC">
      <w:headerReference w:type="default" r:id="rId8"/>
      <w:footerReference w:type="default" r:id="rId9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2E7CDA" w14:textId="77777777" w:rsidR="00753FAB" w:rsidRDefault="00753FAB" w:rsidP="00060DAC">
      <w:pPr>
        <w:spacing w:after="0" w:line="240" w:lineRule="auto"/>
      </w:pPr>
      <w:r>
        <w:separator/>
      </w:r>
    </w:p>
  </w:endnote>
  <w:endnote w:type="continuationSeparator" w:id="0">
    <w:p w14:paraId="0660D7F2" w14:textId="77777777" w:rsidR="00753FAB" w:rsidRDefault="00753FAB" w:rsidP="00060D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DCD8BC" w14:textId="7A3D3966" w:rsidR="005D607B" w:rsidRPr="005D607B" w:rsidRDefault="005D607B">
    <w:pPr>
      <w:pStyle w:val="AltBilgi"/>
      <w:rPr>
        <w:rFonts w:ascii="Times New Roman" w:hAnsi="Times New Roman" w:cs="Times New Roman"/>
      </w:rPr>
    </w:pPr>
    <w:r w:rsidRPr="005D607B">
      <w:rPr>
        <w:rFonts w:ascii="Times New Roman" w:hAnsi="Times New Roman" w:cs="Times New Roman"/>
      </w:rPr>
      <w:t>KYT-FRM-454/00</w:t>
    </w:r>
  </w:p>
  <w:p w14:paraId="4BE4430F" w14:textId="25E2A4E6" w:rsidR="00F54444" w:rsidRPr="00F54444" w:rsidRDefault="00F54444" w:rsidP="00F54444">
    <w:pPr>
      <w:pStyle w:val="a"/>
      <w:jc w:val="center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DDAF4C" w14:textId="77777777" w:rsidR="00753FAB" w:rsidRDefault="00753FAB" w:rsidP="00060DAC">
      <w:pPr>
        <w:spacing w:after="0" w:line="240" w:lineRule="auto"/>
      </w:pPr>
      <w:r>
        <w:separator/>
      </w:r>
    </w:p>
  </w:footnote>
  <w:footnote w:type="continuationSeparator" w:id="0">
    <w:p w14:paraId="7BDA0D5A" w14:textId="77777777" w:rsidR="00753FAB" w:rsidRDefault="00753FAB" w:rsidP="00060D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475"/>
      <w:gridCol w:w="9295"/>
    </w:tblGrid>
    <w:tr w:rsidR="00060DAC" w:rsidRPr="00060DAC" w14:paraId="513E34EE" w14:textId="77777777" w:rsidTr="00F54444">
      <w:trPr>
        <w:cantSplit/>
        <w:trHeight w:val="1244"/>
        <w:jc w:val="center"/>
      </w:trPr>
      <w:tc>
        <w:tcPr>
          <w:tcW w:w="685" w:type="pct"/>
          <w:tc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  <w:vAlign w:val="center"/>
          <w:hideMark/>
        </w:tcPr>
        <w:p w14:paraId="620FB1ED" w14:textId="678C4E4A" w:rsidR="00060DAC" w:rsidRPr="00060DAC" w:rsidRDefault="00060DAC" w:rsidP="00060DAC">
          <w:pPr>
            <w:pStyle w:val="stBilgi"/>
            <w:jc w:val="center"/>
            <w:rPr>
              <w:b/>
              <w:lang w:val="tr-TR"/>
            </w:rPr>
          </w:pPr>
          <w:r w:rsidRPr="00060DAC">
            <w:rPr>
              <w:noProof/>
              <w:lang w:val="tr-TR"/>
            </w:rPr>
            <w:drawing>
              <wp:inline distT="0" distB="0" distL="0" distR="0" wp14:anchorId="37C6D615" wp14:editId="40646BE7">
                <wp:extent cx="640080" cy="640080"/>
                <wp:effectExtent l="0" t="0" r="7620" b="7620"/>
                <wp:docPr id="1097216251" name="Resi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0080" cy="640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315" w:type="pct"/>
          <w:tc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  <w:vAlign w:val="center"/>
          <w:hideMark/>
        </w:tcPr>
        <w:p w14:paraId="0F29CA2F" w14:textId="2A4D57C9" w:rsidR="00060DAC" w:rsidRPr="007E09CA" w:rsidRDefault="00060DAC" w:rsidP="00060DAC">
          <w:pPr>
            <w:pStyle w:val="AralkYok"/>
            <w:jc w:val="center"/>
            <w:rPr>
              <w:rFonts w:ascii="Arial" w:hAnsi="Arial" w:cs="Arial"/>
              <w:b/>
              <w:bCs/>
              <w:sz w:val="32"/>
              <w:lang w:val="tr-TR"/>
            </w:rPr>
          </w:pPr>
          <w:r w:rsidRPr="007E09CA">
            <w:rPr>
              <w:rFonts w:ascii="Arial" w:eastAsiaTheme="minorHAnsi" w:hAnsi="Arial" w:cs="Arial"/>
              <w:b/>
              <w:bCs/>
              <w:sz w:val="32"/>
              <w:szCs w:val="40"/>
              <w:lang w:val="tr-TR"/>
            </w:rPr>
            <w:t>SİNOP ÜNİVERSİTESİ</w:t>
          </w:r>
          <w:r w:rsidRPr="007E09CA">
            <w:rPr>
              <w:rFonts w:ascii="Arial" w:eastAsiaTheme="minorHAnsi" w:hAnsi="Arial" w:cs="Arial"/>
              <w:b/>
              <w:bCs/>
              <w:sz w:val="32"/>
              <w:szCs w:val="40"/>
              <w:lang w:val="tr-TR"/>
            </w:rPr>
            <w:br/>
          </w:r>
          <w:r w:rsidR="00F54444" w:rsidRPr="007E09CA">
            <w:rPr>
              <w:rFonts w:ascii="Arial" w:eastAsiaTheme="minorHAnsi" w:hAnsi="Arial" w:cs="Arial"/>
              <w:b/>
              <w:bCs/>
              <w:sz w:val="32"/>
              <w:szCs w:val="40"/>
              <w:lang w:val="tr-TR"/>
            </w:rPr>
            <w:t>YAZILIM</w:t>
          </w:r>
          <w:r w:rsidRPr="007E09CA">
            <w:rPr>
              <w:rFonts w:ascii="Arial" w:eastAsiaTheme="minorHAnsi" w:hAnsi="Arial" w:cs="Arial"/>
              <w:b/>
              <w:bCs/>
              <w:sz w:val="32"/>
              <w:szCs w:val="40"/>
              <w:lang w:val="tr-TR"/>
            </w:rPr>
            <w:t xml:space="preserve"> TALEP FORMU</w:t>
          </w:r>
        </w:p>
      </w:tc>
    </w:tr>
  </w:tbl>
  <w:p w14:paraId="55C794A6" w14:textId="77777777" w:rsidR="00060DAC" w:rsidRDefault="00060DAC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32BF7EC9"/>
    <w:multiLevelType w:val="hybridMultilevel"/>
    <w:tmpl w:val="71CAB55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14115C"/>
    <w:multiLevelType w:val="hybridMultilevel"/>
    <w:tmpl w:val="5EE6211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60DAC"/>
    <w:rsid w:val="00145D4A"/>
    <w:rsid w:val="0015074B"/>
    <w:rsid w:val="0029639D"/>
    <w:rsid w:val="002C6C0B"/>
    <w:rsid w:val="002F401B"/>
    <w:rsid w:val="00326F90"/>
    <w:rsid w:val="0039001A"/>
    <w:rsid w:val="00445B85"/>
    <w:rsid w:val="004C2538"/>
    <w:rsid w:val="005142D7"/>
    <w:rsid w:val="00524618"/>
    <w:rsid w:val="0055375B"/>
    <w:rsid w:val="005B6332"/>
    <w:rsid w:val="005D607B"/>
    <w:rsid w:val="006A1AFB"/>
    <w:rsid w:val="007327AC"/>
    <w:rsid w:val="00753FAB"/>
    <w:rsid w:val="007555A8"/>
    <w:rsid w:val="007E09CA"/>
    <w:rsid w:val="008977C4"/>
    <w:rsid w:val="00923A20"/>
    <w:rsid w:val="00976CDB"/>
    <w:rsid w:val="00A752C5"/>
    <w:rsid w:val="00AA1D8D"/>
    <w:rsid w:val="00AE5762"/>
    <w:rsid w:val="00B47730"/>
    <w:rsid w:val="00C16BBB"/>
    <w:rsid w:val="00CB0664"/>
    <w:rsid w:val="00CF34F7"/>
    <w:rsid w:val="00EA5ADD"/>
    <w:rsid w:val="00F33846"/>
    <w:rsid w:val="00F54444"/>
    <w:rsid w:val="00FB6D64"/>
    <w:rsid w:val="00FC693F"/>
    <w:rsid w:val="00FC6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6D5A437F"/>
  <w14:defaultImageDpi w14:val="300"/>
  <w15:docId w15:val="{C8F3BE1A-8A7A-450B-8C5B-BB980D9BB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C693F"/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a">
    <w:basedOn w:val="Normal"/>
    <w:next w:val="AltBilgi"/>
    <w:link w:val="AltbilgiChar0"/>
    <w:uiPriority w:val="99"/>
    <w:rsid w:val="00F54444"/>
    <w:pPr>
      <w:widowControl w:val="0"/>
      <w:tabs>
        <w:tab w:val="center" w:pos="4536"/>
        <w:tab w:val="right" w:pos="9072"/>
      </w:tabs>
      <w:spacing w:after="0" w:line="240" w:lineRule="auto"/>
    </w:pPr>
    <w:rPr>
      <w:lang w:val="en-AU"/>
    </w:rPr>
  </w:style>
  <w:style w:type="character" w:customStyle="1" w:styleId="AltbilgiChar0">
    <w:name w:val="Altbilgi Char"/>
    <w:link w:val="a"/>
    <w:uiPriority w:val="99"/>
    <w:rsid w:val="00F54444"/>
    <w:rPr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718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E888B0E-B79D-4FE8-B649-43F145F751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511</Words>
  <Characters>2917</Characters>
  <Application>Microsoft Office Word</Application>
  <DocSecurity>0</DocSecurity>
  <Lines>24</Lines>
  <Paragraphs>6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3422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Asus</cp:lastModifiedBy>
  <cp:revision>4</cp:revision>
  <dcterms:created xsi:type="dcterms:W3CDTF">2024-12-09T08:53:00Z</dcterms:created>
  <dcterms:modified xsi:type="dcterms:W3CDTF">2024-12-09T08:59:00Z</dcterms:modified>
  <cp:category/>
</cp:coreProperties>
</file>